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59B" w:rsidRDefault="00E1359B" w:rsidP="00E1359B">
      <w:pPr>
        <w:ind w:left="3969"/>
        <w:rPr>
          <w:sz w:val="16"/>
        </w:rPr>
      </w:pPr>
      <w:r>
        <w:rPr>
          <w:sz w:val="16"/>
        </w:rPr>
        <w:t>Załącznik</w:t>
      </w:r>
      <w:r w:rsidR="005929C7">
        <w:rPr>
          <w:sz w:val="16"/>
        </w:rPr>
        <w:t xml:space="preserve"> nr 2</w:t>
      </w:r>
      <w:r>
        <w:rPr>
          <w:sz w:val="16"/>
        </w:rPr>
        <w:t xml:space="preserve"> do zarządzenia nr </w:t>
      </w:r>
      <w:r w:rsidR="00D3396C">
        <w:rPr>
          <w:sz w:val="16"/>
        </w:rPr>
        <w:t>76/25</w:t>
      </w:r>
      <w:r w:rsidR="00975239">
        <w:rPr>
          <w:sz w:val="16"/>
        </w:rPr>
        <w:t xml:space="preserve"> </w:t>
      </w:r>
      <w:r>
        <w:rPr>
          <w:sz w:val="16"/>
        </w:rPr>
        <w:t xml:space="preserve">Rektora Collegium </w:t>
      </w:r>
    </w:p>
    <w:p w:rsidR="00E1359B" w:rsidRPr="00D3396C" w:rsidRDefault="00E1359B" w:rsidP="00975239">
      <w:pPr>
        <w:tabs>
          <w:tab w:val="left" w:pos="8080"/>
        </w:tabs>
        <w:ind w:firstLine="3969"/>
        <w:rPr>
          <w:sz w:val="16"/>
        </w:rPr>
      </w:pPr>
      <w:r>
        <w:rPr>
          <w:sz w:val="16"/>
        </w:rPr>
        <w:t>Witelona Uc</w:t>
      </w:r>
      <w:r w:rsidR="00975239">
        <w:rPr>
          <w:sz w:val="16"/>
        </w:rPr>
        <w:t>zelnia Państwowa z dnia</w:t>
      </w:r>
      <w:r w:rsidR="00D3396C">
        <w:rPr>
          <w:sz w:val="16"/>
        </w:rPr>
        <w:t xml:space="preserve"> 18 grudnia 2025 r.</w:t>
      </w:r>
      <w:r>
        <w:rPr>
          <w:sz w:val="16"/>
        </w:rPr>
        <w:tab/>
      </w:r>
      <w:r>
        <w:tab/>
      </w:r>
    </w:p>
    <w:p w:rsidR="004B26E4" w:rsidRDefault="00392AB7" w:rsidP="00E1359B">
      <w:pPr>
        <w:pStyle w:val="Tytu"/>
        <w:spacing w:before="360"/>
        <w:rPr>
          <w:rFonts w:cs="Arial"/>
          <w:sz w:val="18"/>
          <w:szCs w:val="18"/>
        </w:rPr>
      </w:pPr>
      <w:r w:rsidRPr="006709AE">
        <w:rPr>
          <w:rFonts w:cs="Arial"/>
          <w:sz w:val="18"/>
          <w:szCs w:val="18"/>
        </w:rPr>
        <w:t>SPRAWOZDANIE ROCZNE</w:t>
      </w:r>
      <w:r w:rsidR="004B26E4">
        <w:rPr>
          <w:rFonts w:cs="Arial"/>
          <w:sz w:val="18"/>
          <w:szCs w:val="18"/>
        </w:rPr>
        <w:t xml:space="preserve"> Z DZIAŁALNOŚCI FINANSOWEJ I MERYTORYCZNEJ</w:t>
      </w:r>
      <w:r w:rsidRPr="006709AE">
        <w:rPr>
          <w:rFonts w:cs="Arial"/>
          <w:sz w:val="18"/>
          <w:szCs w:val="18"/>
        </w:rPr>
        <w:t xml:space="preserve"> </w:t>
      </w:r>
    </w:p>
    <w:p w:rsidR="00BF6335" w:rsidRPr="006709AE" w:rsidRDefault="00202372" w:rsidP="00E1359B">
      <w:pPr>
        <w:pStyle w:val="Tytu"/>
        <w:spacing w:before="360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</w:rPr>
        <w:t>STUDENCKIEGO KOŁA NAUKOWEGO ZA ROK</w:t>
      </w:r>
      <w:r w:rsidRPr="006709AE">
        <w:rPr>
          <w:rFonts w:cs="Arial"/>
          <w:sz w:val="18"/>
          <w:szCs w:val="18"/>
          <w:u w:val="dotted"/>
        </w:rPr>
        <w:tab/>
      </w:r>
      <w:r w:rsidRPr="006709AE">
        <w:rPr>
          <w:rFonts w:cs="Arial"/>
          <w:sz w:val="18"/>
          <w:szCs w:val="18"/>
          <w:u w:val="dotted"/>
        </w:rPr>
        <w:tab/>
      </w:r>
    </w:p>
    <w:p w:rsidR="00BF6335" w:rsidRPr="006709AE" w:rsidRDefault="00392AB7" w:rsidP="00807F50">
      <w:pPr>
        <w:pStyle w:val="Nagwek1"/>
        <w:numPr>
          <w:ilvl w:val="0"/>
          <w:numId w:val="13"/>
        </w:numPr>
        <w:rPr>
          <w:rFonts w:cs="Arial"/>
          <w:sz w:val="18"/>
          <w:szCs w:val="18"/>
        </w:rPr>
      </w:pPr>
      <w:r w:rsidRPr="006709AE">
        <w:rPr>
          <w:rFonts w:cs="Arial"/>
          <w:sz w:val="18"/>
          <w:szCs w:val="18"/>
        </w:rPr>
        <w:t xml:space="preserve">Dane </w:t>
      </w:r>
      <w:r w:rsidR="00202372" w:rsidRPr="006709AE">
        <w:rPr>
          <w:rFonts w:cs="Arial"/>
          <w:sz w:val="18"/>
          <w:szCs w:val="18"/>
        </w:rPr>
        <w:t>studenckiego koła naukowego</w:t>
      </w:r>
    </w:p>
    <w:p w:rsidR="00BF6335" w:rsidRPr="006709AE" w:rsidRDefault="00392AB7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</w:rPr>
        <w:t>Pełna nazwa organizacji:</w:t>
      </w:r>
      <w:r w:rsidR="00202372" w:rsidRPr="006709AE">
        <w:rPr>
          <w:rFonts w:cs="Arial"/>
          <w:sz w:val="18"/>
          <w:szCs w:val="18"/>
          <w:u w:val="dotted"/>
        </w:rPr>
        <w:tab/>
      </w:r>
    </w:p>
    <w:p w:rsidR="00202372" w:rsidRPr="006709AE" w:rsidRDefault="00202372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  <w:u w:val="dotted"/>
        </w:rPr>
        <w:tab/>
      </w:r>
    </w:p>
    <w:p w:rsidR="00BF6335" w:rsidRPr="006709AE" w:rsidRDefault="00392AB7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</w:rPr>
      </w:pPr>
      <w:r w:rsidRPr="006709AE">
        <w:rPr>
          <w:rFonts w:cs="Arial"/>
          <w:sz w:val="18"/>
          <w:szCs w:val="18"/>
        </w:rPr>
        <w:t xml:space="preserve">Data </w:t>
      </w:r>
      <w:r w:rsidR="00202372" w:rsidRPr="006709AE">
        <w:rPr>
          <w:rFonts w:cs="Arial"/>
          <w:sz w:val="18"/>
          <w:szCs w:val="18"/>
        </w:rPr>
        <w:t>założenia:</w:t>
      </w:r>
      <w:r w:rsidR="00202372" w:rsidRPr="006709AE">
        <w:rPr>
          <w:rFonts w:cs="Arial"/>
          <w:sz w:val="18"/>
          <w:szCs w:val="18"/>
          <w:u w:val="dotted"/>
        </w:rPr>
        <w:tab/>
      </w:r>
    </w:p>
    <w:p w:rsidR="00BF6335" w:rsidRPr="006709AE" w:rsidRDefault="00392AB7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</w:rPr>
      </w:pPr>
      <w:r w:rsidRPr="006709AE">
        <w:rPr>
          <w:rFonts w:cs="Arial"/>
          <w:sz w:val="18"/>
          <w:szCs w:val="18"/>
        </w:rPr>
        <w:t>Opiekun naukowy</w:t>
      </w:r>
      <w:r w:rsidR="00202372" w:rsidRPr="006709AE">
        <w:rPr>
          <w:rFonts w:cs="Arial"/>
          <w:sz w:val="18"/>
          <w:szCs w:val="18"/>
        </w:rPr>
        <w:t>:</w:t>
      </w:r>
      <w:r w:rsidR="00202372" w:rsidRPr="006709AE">
        <w:rPr>
          <w:rFonts w:cs="Arial"/>
          <w:sz w:val="18"/>
          <w:szCs w:val="18"/>
          <w:u w:val="dotted"/>
        </w:rPr>
        <w:tab/>
      </w:r>
    </w:p>
    <w:p w:rsidR="00BF6335" w:rsidRPr="006709AE" w:rsidRDefault="00202372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</w:rPr>
        <w:t>Wydział</w:t>
      </w:r>
      <w:r w:rsidR="00F950FA">
        <w:rPr>
          <w:rFonts w:cs="Arial"/>
          <w:sz w:val="18"/>
          <w:szCs w:val="18"/>
        </w:rPr>
        <w:t>/filia</w:t>
      </w:r>
      <w:r w:rsidRPr="006709AE">
        <w:rPr>
          <w:rFonts w:cs="Arial"/>
          <w:sz w:val="18"/>
          <w:szCs w:val="18"/>
        </w:rPr>
        <w:t>:</w:t>
      </w:r>
      <w:r w:rsidRPr="006709AE">
        <w:rPr>
          <w:rFonts w:cs="Arial"/>
          <w:sz w:val="18"/>
          <w:szCs w:val="18"/>
          <w:u w:val="dotted"/>
        </w:rPr>
        <w:tab/>
      </w:r>
    </w:p>
    <w:p w:rsidR="00202372" w:rsidRPr="006709AE" w:rsidRDefault="00202372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</w:rPr>
        <w:t>Dane kontaktowe:</w:t>
      </w:r>
      <w:r w:rsidRPr="006709AE">
        <w:rPr>
          <w:rFonts w:cs="Arial"/>
          <w:sz w:val="18"/>
          <w:szCs w:val="18"/>
          <w:u w:val="dotted"/>
        </w:rPr>
        <w:tab/>
      </w:r>
    </w:p>
    <w:p w:rsidR="00BF6335" w:rsidRPr="006709AE" w:rsidRDefault="00807F50" w:rsidP="00807F50">
      <w:pPr>
        <w:pStyle w:val="Nagwek1"/>
        <w:numPr>
          <w:ilvl w:val="0"/>
          <w:numId w:val="13"/>
        </w:numPr>
        <w:rPr>
          <w:rFonts w:cs="Arial"/>
          <w:sz w:val="18"/>
          <w:szCs w:val="18"/>
        </w:rPr>
      </w:pPr>
      <w:r w:rsidRPr="006709AE">
        <w:rPr>
          <w:rFonts w:cs="Arial"/>
          <w:sz w:val="18"/>
          <w:szCs w:val="18"/>
        </w:rPr>
        <w:t>Dane Z</w:t>
      </w:r>
      <w:r w:rsidR="00392AB7" w:rsidRPr="006709AE">
        <w:rPr>
          <w:rFonts w:cs="Arial"/>
          <w:sz w:val="18"/>
          <w:szCs w:val="18"/>
        </w:rPr>
        <w:t>arządu</w:t>
      </w:r>
    </w:p>
    <w:tbl>
      <w:tblPr>
        <w:tblW w:w="889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71"/>
        <w:gridCol w:w="3233"/>
        <w:gridCol w:w="2544"/>
        <w:gridCol w:w="2545"/>
      </w:tblGrid>
      <w:tr w:rsidR="00254658" w:rsidRPr="006709AE" w:rsidTr="006709AE">
        <w:trPr>
          <w:trHeight w:val="322"/>
          <w:tblHeader/>
        </w:trPr>
        <w:tc>
          <w:tcPr>
            <w:tcW w:w="571" w:type="dxa"/>
            <w:shd w:val="clear" w:color="auto" w:fill="D9D9D9" w:themeFill="background1" w:themeFillShade="D9"/>
            <w:vAlign w:val="center"/>
          </w:tcPr>
          <w:p w:rsidR="00254658" w:rsidRPr="006709AE" w:rsidRDefault="00254658" w:rsidP="002B3128">
            <w:pPr>
              <w:jc w:val="left"/>
              <w:rPr>
                <w:rFonts w:cs="Arial"/>
                <w:b/>
                <w:sz w:val="18"/>
                <w:szCs w:val="18"/>
              </w:rPr>
            </w:pPr>
            <w:r w:rsidRPr="006709AE">
              <w:rPr>
                <w:rFonts w:cs="Arial"/>
                <w:b/>
                <w:sz w:val="18"/>
                <w:szCs w:val="18"/>
              </w:rPr>
              <w:t>L.p.</w:t>
            </w:r>
          </w:p>
        </w:tc>
        <w:tc>
          <w:tcPr>
            <w:tcW w:w="3233" w:type="dxa"/>
            <w:shd w:val="clear" w:color="auto" w:fill="D9D9D9" w:themeFill="background1" w:themeFillShade="D9"/>
            <w:vAlign w:val="center"/>
          </w:tcPr>
          <w:p w:rsidR="00254658" w:rsidRPr="006709AE" w:rsidRDefault="00E81749" w:rsidP="002B3128">
            <w:pPr>
              <w:jc w:val="left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f</w:t>
            </w:r>
            <w:r w:rsidR="00254658" w:rsidRPr="006709AE">
              <w:rPr>
                <w:rFonts w:cs="Arial"/>
                <w:b/>
                <w:sz w:val="18"/>
                <w:szCs w:val="18"/>
              </w:rPr>
              <w:t>unkcja</w:t>
            </w:r>
          </w:p>
        </w:tc>
        <w:tc>
          <w:tcPr>
            <w:tcW w:w="2544" w:type="dxa"/>
            <w:shd w:val="clear" w:color="auto" w:fill="D9D9D9" w:themeFill="background1" w:themeFillShade="D9"/>
            <w:vAlign w:val="center"/>
          </w:tcPr>
          <w:p w:rsidR="00254658" w:rsidRPr="006709AE" w:rsidRDefault="00E81749" w:rsidP="002B3128">
            <w:pPr>
              <w:jc w:val="left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i</w:t>
            </w:r>
            <w:r w:rsidR="00254658" w:rsidRPr="006709AE">
              <w:rPr>
                <w:rFonts w:cs="Arial"/>
                <w:b/>
                <w:sz w:val="18"/>
                <w:szCs w:val="18"/>
              </w:rPr>
              <w:t>mię i nazwisko</w:t>
            </w:r>
          </w:p>
        </w:tc>
        <w:tc>
          <w:tcPr>
            <w:tcW w:w="2545" w:type="dxa"/>
            <w:shd w:val="clear" w:color="auto" w:fill="D9D9D9" w:themeFill="background1" w:themeFillShade="D9"/>
            <w:vAlign w:val="center"/>
          </w:tcPr>
          <w:p w:rsidR="00254658" w:rsidRPr="006709AE" w:rsidRDefault="00952403" w:rsidP="002B3128">
            <w:pPr>
              <w:jc w:val="left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kierunek/</w:t>
            </w:r>
            <w:r w:rsidR="00254658" w:rsidRPr="006709AE">
              <w:rPr>
                <w:rFonts w:cs="Arial"/>
                <w:b/>
                <w:sz w:val="18"/>
                <w:szCs w:val="18"/>
              </w:rPr>
              <w:t>rok studiów</w:t>
            </w:r>
          </w:p>
        </w:tc>
      </w:tr>
      <w:tr w:rsidR="00254658" w:rsidRPr="006709AE" w:rsidTr="007F0413">
        <w:trPr>
          <w:trHeight w:val="342"/>
        </w:trPr>
        <w:tc>
          <w:tcPr>
            <w:tcW w:w="571" w:type="dxa"/>
          </w:tcPr>
          <w:p w:rsidR="00254658" w:rsidRPr="006709AE" w:rsidRDefault="00254658" w:rsidP="003D658D">
            <w:pPr>
              <w:pStyle w:val="Akapitzlist"/>
              <w:numPr>
                <w:ilvl w:val="0"/>
                <w:numId w:val="10"/>
              </w:num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233" w:type="dxa"/>
          </w:tcPr>
          <w:p w:rsidR="00254658" w:rsidRPr="006709AE" w:rsidRDefault="00254658" w:rsidP="002023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544" w:type="dxa"/>
          </w:tcPr>
          <w:p w:rsidR="00254658" w:rsidRPr="006709AE" w:rsidRDefault="00254658" w:rsidP="002023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545" w:type="dxa"/>
          </w:tcPr>
          <w:p w:rsidR="00254658" w:rsidRPr="006709AE" w:rsidRDefault="00254658" w:rsidP="00202372">
            <w:pPr>
              <w:rPr>
                <w:rFonts w:cs="Arial"/>
                <w:sz w:val="18"/>
                <w:szCs w:val="18"/>
              </w:rPr>
            </w:pPr>
          </w:p>
        </w:tc>
      </w:tr>
      <w:tr w:rsidR="00254658" w:rsidRPr="006709AE" w:rsidTr="007F0413">
        <w:trPr>
          <w:trHeight w:val="342"/>
        </w:trPr>
        <w:tc>
          <w:tcPr>
            <w:tcW w:w="571" w:type="dxa"/>
          </w:tcPr>
          <w:p w:rsidR="00254658" w:rsidRPr="006709AE" w:rsidRDefault="00254658" w:rsidP="00254658">
            <w:pPr>
              <w:pStyle w:val="Akapitzlist"/>
              <w:numPr>
                <w:ilvl w:val="0"/>
                <w:numId w:val="10"/>
              </w:numPr>
              <w:rPr>
                <w:rFonts w:cs="Arial"/>
                <w:sz w:val="18"/>
                <w:szCs w:val="18"/>
              </w:rPr>
            </w:pPr>
          </w:p>
        </w:tc>
        <w:tc>
          <w:tcPr>
            <w:tcW w:w="3233" w:type="dxa"/>
          </w:tcPr>
          <w:p w:rsidR="00254658" w:rsidRPr="006709AE" w:rsidRDefault="00254658" w:rsidP="002023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544" w:type="dxa"/>
          </w:tcPr>
          <w:p w:rsidR="00254658" w:rsidRPr="006709AE" w:rsidRDefault="00254658" w:rsidP="002023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545" w:type="dxa"/>
          </w:tcPr>
          <w:p w:rsidR="00254658" w:rsidRPr="006709AE" w:rsidRDefault="00254658" w:rsidP="00202372">
            <w:pPr>
              <w:rPr>
                <w:rFonts w:cs="Arial"/>
                <w:sz w:val="18"/>
                <w:szCs w:val="18"/>
              </w:rPr>
            </w:pPr>
          </w:p>
        </w:tc>
      </w:tr>
      <w:tr w:rsidR="00254658" w:rsidRPr="006709AE" w:rsidTr="007F0413">
        <w:trPr>
          <w:trHeight w:val="342"/>
        </w:trPr>
        <w:tc>
          <w:tcPr>
            <w:tcW w:w="571" w:type="dxa"/>
          </w:tcPr>
          <w:p w:rsidR="00254658" w:rsidRPr="006709AE" w:rsidRDefault="00254658" w:rsidP="00254658">
            <w:pPr>
              <w:pStyle w:val="Akapitzlist"/>
              <w:numPr>
                <w:ilvl w:val="0"/>
                <w:numId w:val="10"/>
              </w:numPr>
              <w:rPr>
                <w:rFonts w:cs="Arial"/>
                <w:sz w:val="18"/>
                <w:szCs w:val="18"/>
              </w:rPr>
            </w:pPr>
          </w:p>
        </w:tc>
        <w:tc>
          <w:tcPr>
            <w:tcW w:w="3233" w:type="dxa"/>
          </w:tcPr>
          <w:p w:rsidR="00254658" w:rsidRPr="006709AE" w:rsidRDefault="00254658" w:rsidP="002023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544" w:type="dxa"/>
          </w:tcPr>
          <w:p w:rsidR="00254658" w:rsidRPr="006709AE" w:rsidRDefault="00254658" w:rsidP="002023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545" w:type="dxa"/>
          </w:tcPr>
          <w:p w:rsidR="00254658" w:rsidRPr="006709AE" w:rsidRDefault="00254658" w:rsidP="00202372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C2261B" w:rsidRDefault="00C2261B" w:rsidP="00C2261B">
      <w:pPr>
        <w:pStyle w:val="Akapitzlist"/>
        <w:tabs>
          <w:tab w:val="left" w:pos="8640"/>
        </w:tabs>
        <w:ind w:left="360"/>
        <w:rPr>
          <w:rFonts w:cs="Arial"/>
          <w:sz w:val="18"/>
          <w:szCs w:val="18"/>
        </w:rPr>
      </w:pPr>
    </w:p>
    <w:p w:rsidR="00BF6335" w:rsidRPr="006709AE" w:rsidRDefault="00392AB7" w:rsidP="00975B7E">
      <w:pPr>
        <w:pStyle w:val="Nagwek1"/>
        <w:numPr>
          <w:ilvl w:val="0"/>
          <w:numId w:val="13"/>
        </w:numPr>
        <w:tabs>
          <w:tab w:val="left" w:pos="8647"/>
        </w:tabs>
        <w:rPr>
          <w:u w:val="dotted"/>
        </w:rPr>
      </w:pPr>
      <w:r w:rsidRPr="00975B7E">
        <w:rPr>
          <w:rStyle w:val="Nagwek1Znak"/>
        </w:rPr>
        <w:t>Li</w:t>
      </w:r>
      <w:r w:rsidR="00254658" w:rsidRPr="00975B7E">
        <w:rPr>
          <w:rStyle w:val="Nagwek1Znak"/>
        </w:rPr>
        <w:t>czba</w:t>
      </w:r>
      <w:r w:rsidRPr="00975B7E">
        <w:rPr>
          <w:rStyle w:val="Nagwek1Znak"/>
        </w:rPr>
        <w:t xml:space="preserve"> członków organizacji</w:t>
      </w:r>
      <w:r w:rsidRPr="006709AE">
        <w:t xml:space="preserve"> </w:t>
      </w:r>
      <w:r w:rsidRPr="00975B7E">
        <w:rPr>
          <w:b w:val="0"/>
        </w:rPr>
        <w:t xml:space="preserve">(stan na dzień </w:t>
      </w:r>
      <w:r w:rsidR="0066647D" w:rsidRPr="00975B7E">
        <w:rPr>
          <w:b w:val="0"/>
        </w:rPr>
        <w:t>złożenia sprawozdania</w:t>
      </w:r>
      <w:r w:rsidRPr="00975B7E">
        <w:rPr>
          <w:b w:val="0"/>
        </w:rPr>
        <w:t>)</w:t>
      </w:r>
      <w:r w:rsidR="00254658" w:rsidRPr="00975B7E">
        <w:rPr>
          <w:b w:val="0"/>
        </w:rPr>
        <w:t>:</w:t>
      </w:r>
      <w:r w:rsidR="00254658" w:rsidRPr="006709AE">
        <w:rPr>
          <w:u w:val="dotted"/>
        </w:rPr>
        <w:tab/>
      </w:r>
    </w:p>
    <w:p w:rsidR="00807F50" w:rsidRPr="006709AE" w:rsidRDefault="00254658" w:rsidP="00807F50">
      <w:pPr>
        <w:pStyle w:val="Nagwek1"/>
        <w:numPr>
          <w:ilvl w:val="0"/>
          <w:numId w:val="13"/>
        </w:numPr>
        <w:spacing w:before="240" w:after="0"/>
        <w:contextualSpacing/>
        <w:rPr>
          <w:rFonts w:cs="Arial"/>
          <w:sz w:val="18"/>
          <w:szCs w:val="18"/>
        </w:rPr>
      </w:pPr>
      <w:r w:rsidRPr="006709AE">
        <w:rPr>
          <w:rFonts w:cs="Arial"/>
          <w:sz w:val="18"/>
          <w:szCs w:val="18"/>
        </w:rPr>
        <w:t>Opis zrealizowanych</w:t>
      </w:r>
      <w:r w:rsidR="00807F50" w:rsidRPr="006709AE">
        <w:rPr>
          <w:rFonts w:cs="Arial"/>
          <w:sz w:val="18"/>
          <w:szCs w:val="18"/>
        </w:rPr>
        <w:t xml:space="preserve"> wydarzeń,</w:t>
      </w:r>
      <w:r w:rsidRPr="006709AE">
        <w:rPr>
          <w:rFonts w:cs="Arial"/>
          <w:sz w:val="18"/>
          <w:szCs w:val="18"/>
        </w:rPr>
        <w:t xml:space="preserve"> projektów</w:t>
      </w:r>
      <w:r w:rsidR="00392AB7" w:rsidRPr="006709AE">
        <w:rPr>
          <w:rFonts w:cs="Arial"/>
          <w:sz w:val="18"/>
          <w:szCs w:val="18"/>
        </w:rPr>
        <w:t xml:space="preserve"> i </w:t>
      </w:r>
      <w:r w:rsidR="00807F50" w:rsidRPr="006709AE">
        <w:rPr>
          <w:rFonts w:cs="Arial"/>
          <w:sz w:val="18"/>
          <w:szCs w:val="18"/>
        </w:rPr>
        <w:t xml:space="preserve">podjętych </w:t>
      </w:r>
      <w:r w:rsidRPr="006709AE">
        <w:rPr>
          <w:rFonts w:cs="Arial"/>
          <w:sz w:val="18"/>
          <w:szCs w:val="18"/>
        </w:rPr>
        <w:t>działań</w:t>
      </w:r>
    </w:p>
    <w:p w:rsidR="00BF6335" w:rsidRPr="006709AE" w:rsidRDefault="00254658" w:rsidP="00807F50">
      <w:pPr>
        <w:pStyle w:val="Nagwek1"/>
        <w:spacing w:before="0" w:after="0"/>
        <w:contextualSpacing/>
        <w:rPr>
          <w:rFonts w:cs="Arial"/>
          <w:b w:val="0"/>
          <w:sz w:val="18"/>
          <w:szCs w:val="18"/>
        </w:rPr>
      </w:pPr>
      <w:r w:rsidRPr="006709AE">
        <w:rPr>
          <w:rFonts w:cs="Arial"/>
          <w:sz w:val="18"/>
          <w:szCs w:val="18"/>
        </w:rPr>
        <w:t xml:space="preserve"> </w:t>
      </w:r>
      <w:r w:rsidRPr="006709AE">
        <w:rPr>
          <w:rFonts w:cs="Arial"/>
          <w:b w:val="0"/>
          <w:sz w:val="18"/>
          <w:szCs w:val="18"/>
        </w:rPr>
        <w:t xml:space="preserve">(nazwa, termin </w:t>
      </w:r>
      <w:r w:rsidR="00807F50" w:rsidRPr="006709AE">
        <w:rPr>
          <w:rFonts w:cs="Arial"/>
          <w:b w:val="0"/>
          <w:sz w:val="18"/>
          <w:szCs w:val="18"/>
        </w:rPr>
        <w:t xml:space="preserve">realizacji, współorganizatorzy, cele, </w:t>
      </w:r>
      <w:r w:rsidRPr="006709AE">
        <w:rPr>
          <w:rFonts w:cs="Arial"/>
          <w:b w:val="0"/>
          <w:sz w:val="18"/>
          <w:szCs w:val="18"/>
        </w:rPr>
        <w:t>rezultaty)</w:t>
      </w:r>
      <w:bookmarkStart w:id="0" w:name="_GoBack"/>
    </w:p>
    <w:p w:rsidR="00807F50" w:rsidRPr="006709AE" w:rsidRDefault="00807F50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  <w:u w:val="dotted"/>
        </w:rPr>
        <w:tab/>
      </w:r>
    </w:p>
    <w:p w:rsidR="00807F50" w:rsidRPr="006709AE" w:rsidRDefault="00807F50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  <w:u w:val="dotted"/>
        </w:rPr>
        <w:tab/>
      </w:r>
    </w:p>
    <w:p w:rsidR="00807F50" w:rsidRPr="006709AE" w:rsidRDefault="00807F50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  <w:u w:val="dotted"/>
        </w:rPr>
        <w:tab/>
      </w:r>
    </w:p>
    <w:p w:rsidR="00807F50" w:rsidRPr="006709AE" w:rsidRDefault="00807F50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  <w:u w:val="dotted"/>
        </w:rPr>
        <w:tab/>
      </w:r>
    </w:p>
    <w:p w:rsidR="00807F50" w:rsidRPr="006709AE" w:rsidRDefault="00807F50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  <w:u w:val="dotted"/>
        </w:rPr>
        <w:tab/>
      </w:r>
    </w:p>
    <w:p w:rsidR="00807F50" w:rsidRPr="006709AE" w:rsidRDefault="00807F50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  <w:u w:val="dotted"/>
        </w:rPr>
        <w:tab/>
      </w:r>
    </w:p>
    <w:p w:rsidR="00807F50" w:rsidRPr="006709AE" w:rsidRDefault="00807F50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  <w:u w:val="dotted"/>
        </w:rPr>
        <w:tab/>
      </w:r>
    </w:p>
    <w:p w:rsidR="00807F50" w:rsidRPr="006709AE" w:rsidRDefault="00807F50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  <w:u w:val="dotted"/>
        </w:rPr>
        <w:tab/>
      </w:r>
    </w:p>
    <w:p w:rsidR="00807F50" w:rsidRPr="006709AE" w:rsidRDefault="00807F50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  <w:u w:val="dotted"/>
        </w:rPr>
        <w:tab/>
      </w:r>
    </w:p>
    <w:p w:rsidR="00807F50" w:rsidRPr="006709AE" w:rsidRDefault="00807F50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  <w:u w:val="dotted"/>
        </w:rPr>
        <w:tab/>
      </w:r>
    </w:p>
    <w:p w:rsidR="00807F50" w:rsidRPr="006709AE" w:rsidRDefault="00807F50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  <w:u w:val="dotted"/>
        </w:rPr>
        <w:tab/>
      </w:r>
    </w:p>
    <w:p w:rsidR="00807F50" w:rsidRPr="006709AE" w:rsidRDefault="00807F50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  <w:u w:val="dotted"/>
        </w:rPr>
        <w:tab/>
      </w:r>
    </w:p>
    <w:p w:rsidR="00807F50" w:rsidRPr="006709AE" w:rsidRDefault="00807F50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  <w:u w:val="dotted"/>
        </w:rPr>
        <w:tab/>
      </w:r>
    </w:p>
    <w:p w:rsidR="00807F50" w:rsidRPr="006709AE" w:rsidRDefault="00807F50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  <w:u w:val="dotted"/>
        </w:rPr>
        <w:tab/>
      </w:r>
    </w:p>
    <w:p w:rsidR="00807F50" w:rsidRPr="006709AE" w:rsidRDefault="00807F50" w:rsidP="007F041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cs="Arial"/>
          <w:sz w:val="18"/>
          <w:szCs w:val="18"/>
          <w:u w:val="dotted"/>
        </w:rPr>
        <w:tab/>
      </w:r>
    </w:p>
    <w:bookmarkEnd w:id="0"/>
    <w:p w:rsidR="00807F50" w:rsidRPr="006709AE" w:rsidRDefault="00E1359B" w:rsidP="00E16919">
      <w:pPr>
        <w:pStyle w:val="Nagwek1"/>
        <w:numPr>
          <w:ilvl w:val="0"/>
          <w:numId w:val="13"/>
        </w:numPr>
        <w:rPr>
          <w:rFonts w:cs="Arial"/>
          <w:b w:val="0"/>
          <w:sz w:val="18"/>
          <w:szCs w:val="18"/>
        </w:rPr>
      </w:pPr>
      <w:r>
        <w:rPr>
          <w:rFonts w:cs="Arial"/>
          <w:sz w:val="18"/>
          <w:szCs w:val="18"/>
        </w:rPr>
        <w:t>Nawiązana współpraca</w:t>
      </w:r>
      <w:r w:rsidR="00807F50" w:rsidRPr="006709AE">
        <w:rPr>
          <w:rFonts w:cs="Arial"/>
          <w:sz w:val="18"/>
          <w:szCs w:val="18"/>
        </w:rPr>
        <w:t xml:space="preserve"> </w:t>
      </w:r>
      <w:r w:rsidR="00807F50" w:rsidRPr="006709AE">
        <w:rPr>
          <w:rFonts w:cs="Arial"/>
          <w:b w:val="0"/>
          <w:sz w:val="18"/>
          <w:szCs w:val="18"/>
        </w:rPr>
        <w:t xml:space="preserve">(nazwa instytucji, </w:t>
      </w:r>
      <w:r w:rsidR="00E16919" w:rsidRPr="006709AE">
        <w:rPr>
          <w:rFonts w:cs="Arial"/>
          <w:b w:val="0"/>
          <w:sz w:val="18"/>
          <w:szCs w:val="18"/>
        </w:rPr>
        <w:t>zakres</w:t>
      </w:r>
      <w:r w:rsidR="00807F50" w:rsidRPr="006709AE">
        <w:rPr>
          <w:rFonts w:cs="Arial"/>
          <w:b w:val="0"/>
          <w:sz w:val="18"/>
          <w:szCs w:val="18"/>
        </w:rPr>
        <w:t xml:space="preserve"> </w:t>
      </w:r>
      <w:r w:rsidR="00E16919" w:rsidRPr="006709AE">
        <w:rPr>
          <w:rFonts w:cs="Arial"/>
          <w:b w:val="0"/>
          <w:sz w:val="18"/>
          <w:szCs w:val="18"/>
        </w:rPr>
        <w:t>współpracy)</w:t>
      </w:r>
    </w:p>
    <w:p w:rsidR="00E16919" w:rsidRPr="006709AE" w:rsidRDefault="00E16919" w:rsidP="007F0413">
      <w:pPr>
        <w:tabs>
          <w:tab w:val="left" w:pos="8640"/>
        </w:tabs>
        <w:spacing w:line="312" w:lineRule="auto"/>
        <w:rPr>
          <w:rFonts w:eastAsiaTheme="majorEastAsia" w:cs="Arial"/>
          <w:bCs/>
          <w:sz w:val="18"/>
          <w:szCs w:val="18"/>
          <w:u w:val="dotted"/>
        </w:rPr>
      </w:pPr>
      <w:r w:rsidRPr="006709AE">
        <w:rPr>
          <w:rFonts w:eastAsiaTheme="majorEastAsia" w:cs="Arial"/>
          <w:bCs/>
          <w:sz w:val="18"/>
          <w:szCs w:val="18"/>
          <w:u w:val="dotted"/>
        </w:rPr>
        <w:tab/>
      </w:r>
    </w:p>
    <w:p w:rsidR="00E16919" w:rsidRPr="006709AE" w:rsidRDefault="00E16919" w:rsidP="007F0413">
      <w:pPr>
        <w:tabs>
          <w:tab w:val="left" w:pos="8640"/>
        </w:tabs>
        <w:spacing w:line="312" w:lineRule="auto"/>
        <w:rPr>
          <w:rFonts w:eastAsiaTheme="majorEastAsia" w:cs="Arial"/>
          <w:bCs/>
          <w:sz w:val="18"/>
          <w:szCs w:val="18"/>
          <w:u w:val="dotted"/>
        </w:rPr>
      </w:pPr>
      <w:r w:rsidRPr="006709AE">
        <w:rPr>
          <w:rFonts w:eastAsiaTheme="majorEastAsia" w:cs="Arial"/>
          <w:bCs/>
          <w:sz w:val="18"/>
          <w:szCs w:val="18"/>
          <w:u w:val="dotted"/>
        </w:rPr>
        <w:tab/>
      </w:r>
    </w:p>
    <w:p w:rsidR="00E16919" w:rsidRPr="006709AE" w:rsidRDefault="00E16919" w:rsidP="007F0413">
      <w:pPr>
        <w:tabs>
          <w:tab w:val="left" w:pos="8640"/>
        </w:tabs>
        <w:spacing w:line="312" w:lineRule="auto"/>
        <w:rPr>
          <w:rFonts w:eastAsiaTheme="majorEastAsia" w:cs="Arial"/>
          <w:bCs/>
          <w:sz w:val="18"/>
          <w:szCs w:val="18"/>
          <w:u w:val="dotted"/>
        </w:rPr>
      </w:pPr>
      <w:r w:rsidRPr="006709AE">
        <w:rPr>
          <w:rFonts w:eastAsiaTheme="majorEastAsia" w:cs="Arial"/>
          <w:bCs/>
          <w:sz w:val="18"/>
          <w:szCs w:val="18"/>
          <w:u w:val="dotted"/>
        </w:rPr>
        <w:tab/>
      </w:r>
    </w:p>
    <w:p w:rsidR="00E16919" w:rsidRPr="006709AE" w:rsidRDefault="00E16919" w:rsidP="007F0413">
      <w:pPr>
        <w:tabs>
          <w:tab w:val="left" w:pos="8640"/>
        </w:tabs>
        <w:spacing w:line="312" w:lineRule="auto"/>
        <w:rPr>
          <w:rFonts w:eastAsiaTheme="majorEastAsia" w:cs="Arial"/>
          <w:bCs/>
          <w:sz w:val="18"/>
          <w:szCs w:val="18"/>
          <w:u w:val="dotted"/>
        </w:rPr>
      </w:pPr>
      <w:r w:rsidRPr="006709AE">
        <w:rPr>
          <w:rFonts w:eastAsiaTheme="majorEastAsia" w:cs="Arial"/>
          <w:bCs/>
          <w:sz w:val="18"/>
          <w:szCs w:val="18"/>
          <w:u w:val="dotted"/>
        </w:rPr>
        <w:tab/>
      </w:r>
    </w:p>
    <w:p w:rsidR="00E16919" w:rsidRPr="006709AE" w:rsidRDefault="00E16919" w:rsidP="007F0413">
      <w:pPr>
        <w:tabs>
          <w:tab w:val="left" w:pos="8640"/>
        </w:tabs>
        <w:spacing w:line="312" w:lineRule="auto"/>
        <w:rPr>
          <w:rFonts w:eastAsiaTheme="majorEastAsia" w:cs="Arial"/>
          <w:bCs/>
          <w:sz w:val="18"/>
          <w:szCs w:val="18"/>
          <w:u w:val="dotted"/>
        </w:rPr>
      </w:pPr>
      <w:r w:rsidRPr="006709AE">
        <w:rPr>
          <w:rFonts w:eastAsiaTheme="majorEastAsia" w:cs="Arial"/>
          <w:bCs/>
          <w:sz w:val="18"/>
          <w:szCs w:val="18"/>
          <w:u w:val="dotted"/>
        </w:rPr>
        <w:tab/>
      </w:r>
    </w:p>
    <w:p w:rsidR="00E16919" w:rsidRPr="006709AE" w:rsidRDefault="00E16919" w:rsidP="007F0413">
      <w:pPr>
        <w:tabs>
          <w:tab w:val="left" w:pos="8640"/>
        </w:tabs>
        <w:spacing w:line="312" w:lineRule="auto"/>
        <w:rPr>
          <w:rFonts w:eastAsiaTheme="majorEastAsia" w:cs="Arial"/>
          <w:bCs/>
          <w:sz w:val="18"/>
          <w:szCs w:val="18"/>
          <w:u w:val="dotted"/>
        </w:rPr>
      </w:pPr>
      <w:r w:rsidRPr="006709AE">
        <w:rPr>
          <w:rFonts w:eastAsiaTheme="majorEastAsia" w:cs="Arial"/>
          <w:bCs/>
          <w:sz w:val="18"/>
          <w:szCs w:val="18"/>
          <w:u w:val="dotted"/>
        </w:rPr>
        <w:tab/>
      </w:r>
    </w:p>
    <w:p w:rsidR="00E16919" w:rsidRPr="006709AE" w:rsidRDefault="00E16919" w:rsidP="007F0413">
      <w:pPr>
        <w:tabs>
          <w:tab w:val="left" w:pos="8640"/>
        </w:tabs>
        <w:spacing w:line="312" w:lineRule="auto"/>
        <w:rPr>
          <w:rFonts w:eastAsiaTheme="majorEastAsia" w:cs="Arial"/>
          <w:bCs/>
          <w:sz w:val="18"/>
          <w:szCs w:val="18"/>
          <w:u w:val="dotted"/>
        </w:rPr>
      </w:pPr>
      <w:r w:rsidRPr="006709AE">
        <w:rPr>
          <w:rFonts w:eastAsiaTheme="majorEastAsia" w:cs="Arial"/>
          <w:bCs/>
          <w:sz w:val="18"/>
          <w:szCs w:val="18"/>
          <w:u w:val="dotted"/>
        </w:rPr>
        <w:tab/>
      </w:r>
    </w:p>
    <w:p w:rsidR="00975239" w:rsidRPr="00975239" w:rsidRDefault="00392AB7" w:rsidP="00975239">
      <w:pPr>
        <w:pStyle w:val="Nagwek1"/>
        <w:numPr>
          <w:ilvl w:val="0"/>
          <w:numId w:val="13"/>
        </w:numPr>
        <w:rPr>
          <w:rFonts w:cs="Arial"/>
          <w:sz w:val="18"/>
          <w:szCs w:val="18"/>
        </w:rPr>
      </w:pPr>
      <w:r w:rsidRPr="006709AE">
        <w:rPr>
          <w:rFonts w:cs="Arial"/>
          <w:sz w:val="18"/>
          <w:szCs w:val="18"/>
        </w:rPr>
        <w:lastRenderedPageBreak/>
        <w:t>Wykorzystanie pozyskanych środków finansowych</w:t>
      </w:r>
    </w:p>
    <w:tbl>
      <w:tblPr>
        <w:tblpPr w:leftFromText="141" w:rightFromText="141" w:vertAnchor="text" w:horzAnchor="margin" w:tblpXSpec="center" w:tblpY="155"/>
        <w:tblW w:w="9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8"/>
        <w:gridCol w:w="1497"/>
        <w:gridCol w:w="1560"/>
        <w:gridCol w:w="2268"/>
        <w:gridCol w:w="2268"/>
      </w:tblGrid>
      <w:tr w:rsidR="00097D11" w:rsidRPr="006709AE" w:rsidTr="0042297B">
        <w:trPr>
          <w:trHeight w:val="596"/>
          <w:tblHeader/>
        </w:trPr>
        <w:tc>
          <w:tcPr>
            <w:tcW w:w="14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7D11" w:rsidRPr="007504DC" w:rsidRDefault="00097D11" w:rsidP="00097D11">
            <w:pPr>
              <w:spacing w:line="240" w:lineRule="auto"/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  <w:t>ź</w:t>
            </w:r>
            <w:r w:rsidRPr="007504DC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  <w:t>ródło finansowania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7D11" w:rsidRPr="007504DC" w:rsidRDefault="00097D11" w:rsidP="00097D11">
            <w:pPr>
              <w:spacing w:line="240" w:lineRule="auto"/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  <w:t>k</w:t>
            </w:r>
            <w:r w:rsidRPr="007504DC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  <w:t>wota przyznana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7D11" w:rsidRDefault="00097D11" w:rsidP="00097D11">
            <w:pPr>
              <w:spacing w:line="240" w:lineRule="auto"/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  <w:t>k</w:t>
            </w:r>
            <w:r w:rsidRPr="007504DC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  <w:t>wota wydana</w:t>
            </w:r>
          </w:p>
          <w:p w:rsidR="00097D11" w:rsidRPr="007504DC" w:rsidRDefault="00097D11" w:rsidP="00097D11">
            <w:pPr>
              <w:spacing w:line="240" w:lineRule="auto"/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  <w:t>(na podstawie dokumentów księgowych)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7D11" w:rsidRPr="007504DC" w:rsidRDefault="00097D11" w:rsidP="00097D11">
            <w:pPr>
              <w:spacing w:line="240" w:lineRule="auto"/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  <w:t>p</w:t>
            </w:r>
            <w:r w:rsidRPr="007504DC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  <w:t>rzedmiot dofinansowania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7D11" w:rsidRPr="006709AE" w:rsidRDefault="00097D11" w:rsidP="00097D11">
            <w:pPr>
              <w:spacing w:line="240" w:lineRule="auto"/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  <w:t>n</w:t>
            </w:r>
            <w:r w:rsidRPr="006709AE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  <w:t xml:space="preserve">azwa </w:t>
            </w:r>
          </w:p>
          <w:p w:rsidR="00097D11" w:rsidRPr="007504DC" w:rsidRDefault="00097D11" w:rsidP="00097D11">
            <w:pPr>
              <w:spacing w:line="240" w:lineRule="auto"/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6709AE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pl-PL" w:eastAsia="pl-PL"/>
              </w:rPr>
              <w:t>przedsięwzięcia/ projektu</w:t>
            </w:r>
          </w:p>
        </w:tc>
      </w:tr>
      <w:tr w:rsidR="007504DC" w:rsidRPr="006709AE" w:rsidTr="00097D11">
        <w:trPr>
          <w:trHeight w:val="680"/>
        </w:trPr>
        <w:tc>
          <w:tcPr>
            <w:tcW w:w="14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04DC" w:rsidRPr="007504DC" w:rsidRDefault="007504DC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04DC" w:rsidRPr="007504DC" w:rsidRDefault="007504DC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4DC" w:rsidRPr="007504DC" w:rsidRDefault="007504DC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504DC" w:rsidRPr="007504DC" w:rsidRDefault="007504DC" w:rsidP="007504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504DC" w:rsidRPr="007504DC" w:rsidRDefault="007504DC" w:rsidP="007504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7504DC" w:rsidRPr="006709AE" w:rsidTr="00097D11">
        <w:trPr>
          <w:trHeight w:val="680"/>
        </w:trPr>
        <w:tc>
          <w:tcPr>
            <w:tcW w:w="14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04DC" w:rsidRPr="007504DC" w:rsidRDefault="007504DC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04DC" w:rsidRPr="007504DC" w:rsidRDefault="007504DC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4DC" w:rsidRPr="007504DC" w:rsidRDefault="007504DC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504DC" w:rsidRPr="007504DC" w:rsidRDefault="007504DC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504DC" w:rsidRPr="007504DC" w:rsidRDefault="007504DC" w:rsidP="007504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7504DC" w:rsidRPr="006709AE" w:rsidTr="00097D11">
        <w:trPr>
          <w:trHeight w:val="680"/>
        </w:trPr>
        <w:tc>
          <w:tcPr>
            <w:tcW w:w="14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04DC" w:rsidRPr="007504DC" w:rsidRDefault="007504DC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04DC" w:rsidRPr="007504DC" w:rsidRDefault="007504DC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4DC" w:rsidRPr="007504DC" w:rsidRDefault="007504DC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504DC" w:rsidRPr="007504DC" w:rsidRDefault="007504DC" w:rsidP="007504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504DC" w:rsidRPr="007504DC" w:rsidRDefault="007504DC" w:rsidP="007504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7504DC" w:rsidRPr="006709AE" w:rsidTr="00097D11">
        <w:trPr>
          <w:trHeight w:val="680"/>
        </w:trPr>
        <w:tc>
          <w:tcPr>
            <w:tcW w:w="14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04DC" w:rsidRPr="006709AE" w:rsidRDefault="007504DC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04DC" w:rsidRPr="006709AE" w:rsidRDefault="007504DC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4DC" w:rsidRPr="006709AE" w:rsidRDefault="007504DC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504DC" w:rsidRPr="006709AE" w:rsidRDefault="007504DC" w:rsidP="007504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504DC" w:rsidRPr="006709AE" w:rsidRDefault="007504DC" w:rsidP="007504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7504DC" w:rsidRPr="006709AE" w:rsidTr="00097D11">
        <w:trPr>
          <w:trHeight w:val="680"/>
        </w:trPr>
        <w:tc>
          <w:tcPr>
            <w:tcW w:w="14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04DC" w:rsidRPr="006709AE" w:rsidRDefault="007504DC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04DC" w:rsidRPr="006709AE" w:rsidRDefault="007504DC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4DC" w:rsidRPr="006709AE" w:rsidRDefault="007504DC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504DC" w:rsidRPr="006709AE" w:rsidRDefault="007504DC" w:rsidP="007504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504DC" w:rsidRPr="006709AE" w:rsidRDefault="007504DC" w:rsidP="007504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D64BF3" w:rsidRPr="006709AE" w:rsidTr="003D658D">
        <w:trPr>
          <w:trHeight w:val="680"/>
        </w:trPr>
        <w:tc>
          <w:tcPr>
            <w:tcW w:w="14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64BF3" w:rsidRPr="003D658D" w:rsidRDefault="003D658D" w:rsidP="007504DC">
            <w:pPr>
              <w:spacing w:line="240" w:lineRule="auto"/>
              <w:jc w:val="left"/>
              <w:rPr>
                <w:rFonts w:eastAsia="Times New Roman" w:cs="Arial"/>
                <w:b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eastAsia="Times New Roman" w:cs="Arial"/>
                <w:b/>
                <w:color w:val="000000"/>
                <w:sz w:val="18"/>
                <w:szCs w:val="18"/>
                <w:lang w:val="pl-PL" w:eastAsia="pl-PL"/>
              </w:rPr>
              <w:t>Suma: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4BF3" w:rsidRPr="006709AE" w:rsidRDefault="00D64BF3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BF3" w:rsidRPr="006709AE" w:rsidRDefault="00D64BF3" w:rsidP="007504DC">
            <w:pPr>
              <w:spacing w:line="240" w:lineRule="auto"/>
              <w:jc w:val="left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</w:tcPr>
          <w:p w:rsidR="00D64BF3" w:rsidRPr="006709AE" w:rsidRDefault="00D64BF3" w:rsidP="007504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64BF3" w:rsidRPr="006709AE" w:rsidRDefault="00D64BF3" w:rsidP="007504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val="pl-PL" w:eastAsia="pl-PL"/>
              </w:rPr>
            </w:pPr>
          </w:p>
        </w:tc>
      </w:tr>
    </w:tbl>
    <w:p w:rsidR="007504DC" w:rsidRPr="006709AE" w:rsidRDefault="007504DC" w:rsidP="007504DC">
      <w:pPr>
        <w:tabs>
          <w:tab w:val="left" w:pos="8640"/>
        </w:tabs>
        <w:rPr>
          <w:rFonts w:cs="Arial"/>
          <w:sz w:val="18"/>
          <w:szCs w:val="18"/>
          <w:u w:val="dotted"/>
        </w:rPr>
      </w:pPr>
    </w:p>
    <w:p w:rsidR="00975239" w:rsidRDefault="003D658D" w:rsidP="00975239">
      <w:pPr>
        <w:tabs>
          <w:tab w:val="left" w:pos="8640"/>
        </w:tabs>
        <w:spacing w:after="120" w:line="240" w:lineRule="auto"/>
        <w:rPr>
          <w:rFonts w:eastAsia="Times New Roman" w:cs="Arial"/>
          <w:bCs/>
          <w:color w:val="000000"/>
          <w:sz w:val="18"/>
          <w:szCs w:val="18"/>
          <w:u w:val="dotted"/>
          <w:lang w:eastAsia="pl-PL"/>
        </w:rPr>
      </w:pPr>
      <w:r>
        <w:rPr>
          <w:rFonts w:eastAsia="Times New Roman" w:cs="Arial"/>
          <w:bCs/>
          <w:color w:val="000000"/>
          <w:sz w:val="18"/>
          <w:szCs w:val="18"/>
          <w:lang w:eastAsia="pl-PL"/>
        </w:rPr>
        <w:t>S</w:t>
      </w:r>
      <w:r w:rsidR="00975239" w:rsidRPr="00975239">
        <w:rPr>
          <w:rFonts w:eastAsia="Times New Roman" w:cs="Arial"/>
          <w:bCs/>
          <w:color w:val="000000"/>
          <w:sz w:val="18"/>
          <w:szCs w:val="18"/>
          <w:lang w:eastAsia="pl-PL"/>
        </w:rPr>
        <w:t xml:space="preserve">uma pozyskanych środków finansowych: </w:t>
      </w:r>
      <w:r w:rsidR="00975239" w:rsidRPr="00975239">
        <w:rPr>
          <w:rFonts w:eastAsia="Times New Roman" w:cs="Arial"/>
          <w:bCs/>
          <w:color w:val="000000"/>
          <w:sz w:val="18"/>
          <w:szCs w:val="18"/>
          <w:u w:val="dotted"/>
          <w:lang w:eastAsia="pl-PL"/>
        </w:rPr>
        <w:tab/>
      </w:r>
    </w:p>
    <w:p w:rsidR="003D658D" w:rsidRDefault="003D658D" w:rsidP="00975239">
      <w:pPr>
        <w:tabs>
          <w:tab w:val="left" w:pos="8640"/>
        </w:tabs>
        <w:spacing w:after="120" w:line="240" w:lineRule="auto"/>
        <w:rPr>
          <w:rFonts w:eastAsia="Times New Roman" w:cs="Arial"/>
          <w:bCs/>
          <w:color w:val="000000"/>
          <w:sz w:val="18"/>
          <w:szCs w:val="18"/>
          <w:u w:val="dotted"/>
          <w:lang w:eastAsia="pl-PL"/>
        </w:rPr>
      </w:pPr>
      <w:r>
        <w:rPr>
          <w:rFonts w:eastAsia="Times New Roman" w:cs="Arial"/>
          <w:bCs/>
          <w:color w:val="000000"/>
          <w:sz w:val="18"/>
          <w:szCs w:val="18"/>
          <w:u w:val="dotted"/>
          <w:lang w:eastAsia="pl-PL"/>
        </w:rPr>
        <w:tab/>
      </w:r>
    </w:p>
    <w:p w:rsidR="003D658D" w:rsidRDefault="003D658D" w:rsidP="00975239">
      <w:pPr>
        <w:tabs>
          <w:tab w:val="left" w:pos="8640"/>
        </w:tabs>
        <w:spacing w:after="120" w:line="240" w:lineRule="auto"/>
        <w:rPr>
          <w:rFonts w:eastAsia="Times New Roman" w:cs="Arial"/>
          <w:bCs/>
          <w:color w:val="000000"/>
          <w:sz w:val="18"/>
          <w:szCs w:val="18"/>
          <w:u w:val="dotted"/>
          <w:lang w:eastAsia="pl-PL"/>
        </w:rPr>
      </w:pPr>
      <w:r w:rsidRPr="003D658D">
        <w:rPr>
          <w:rFonts w:eastAsia="Times New Roman" w:cs="Arial"/>
          <w:bCs/>
          <w:color w:val="000000"/>
          <w:sz w:val="18"/>
          <w:szCs w:val="18"/>
          <w:lang w:eastAsia="pl-PL"/>
        </w:rPr>
        <w:t>Suma wydanych środków</w:t>
      </w:r>
      <w:r w:rsidR="00F4307A">
        <w:rPr>
          <w:rFonts w:eastAsia="Times New Roman" w:cs="Arial"/>
          <w:bCs/>
          <w:color w:val="000000"/>
          <w:sz w:val="18"/>
          <w:szCs w:val="18"/>
          <w:lang w:eastAsia="pl-PL"/>
        </w:rPr>
        <w:t xml:space="preserve"> finansowych</w:t>
      </w:r>
      <w:r w:rsidRPr="003D658D">
        <w:rPr>
          <w:rFonts w:eastAsia="Times New Roman" w:cs="Arial"/>
          <w:bCs/>
          <w:color w:val="000000"/>
          <w:sz w:val="18"/>
          <w:szCs w:val="18"/>
          <w:lang w:eastAsia="pl-PL"/>
        </w:rPr>
        <w:t xml:space="preserve"> (na podstawie dokumentów księgowych</w:t>
      </w:r>
      <w:r w:rsidR="00F950FA">
        <w:rPr>
          <w:rFonts w:eastAsia="Times New Roman" w:cs="Arial"/>
          <w:bCs/>
          <w:color w:val="000000"/>
          <w:sz w:val="18"/>
          <w:szCs w:val="18"/>
          <w:lang w:eastAsia="pl-PL"/>
        </w:rPr>
        <w:t>)</w:t>
      </w:r>
      <w:r w:rsidRPr="003D658D">
        <w:rPr>
          <w:rFonts w:eastAsia="Times New Roman" w:cs="Arial"/>
          <w:bCs/>
          <w:color w:val="000000"/>
          <w:sz w:val="18"/>
          <w:szCs w:val="18"/>
          <w:lang w:eastAsia="pl-PL"/>
        </w:rPr>
        <w:t>:</w:t>
      </w:r>
      <w:r>
        <w:rPr>
          <w:rFonts w:eastAsia="Times New Roman" w:cs="Arial"/>
          <w:bCs/>
          <w:color w:val="000000"/>
          <w:sz w:val="18"/>
          <w:szCs w:val="18"/>
          <w:u w:val="dotted"/>
          <w:lang w:eastAsia="pl-PL"/>
        </w:rPr>
        <w:tab/>
      </w:r>
    </w:p>
    <w:p w:rsidR="003D658D" w:rsidRPr="003D658D" w:rsidRDefault="003D658D" w:rsidP="00975239">
      <w:pPr>
        <w:tabs>
          <w:tab w:val="left" w:pos="8640"/>
        </w:tabs>
        <w:spacing w:after="120" w:line="240" w:lineRule="auto"/>
        <w:rPr>
          <w:rFonts w:eastAsia="Times New Roman" w:cs="Arial"/>
          <w:bCs/>
          <w:color w:val="000000"/>
          <w:sz w:val="18"/>
          <w:szCs w:val="18"/>
          <w:u w:val="dotted"/>
          <w:lang w:eastAsia="pl-PL"/>
        </w:rPr>
      </w:pPr>
      <w:r>
        <w:rPr>
          <w:rFonts w:eastAsia="Times New Roman" w:cs="Arial"/>
          <w:bCs/>
          <w:color w:val="000000"/>
          <w:sz w:val="18"/>
          <w:szCs w:val="18"/>
          <w:u w:val="dotted"/>
          <w:lang w:eastAsia="pl-PL"/>
        </w:rPr>
        <w:tab/>
      </w:r>
    </w:p>
    <w:p w:rsidR="007504DC" w:rsidRPr="006709AE" w:rsidRDefault="007504DC" w:rsidP="007504DC">
      <w:pPr>
        <w:tabs>
          <w:tab w:val="left" w:pos="8640"/>
        </w:tabs>
        <w:rPr>
          <w:rFonts w:eastAsia="Times New Roman" w:cs="Arial"/>
          <w:bCs/>
          <w:color w:val="000000"/>
          <w:sz w:val="18"/>
          <w:szCs w:val="18"/>
          <w:lang w:eastAsia="pl-PL"/>
        </w:rPr>
      </w:pPr>
      <w:r w:rsidRPr="006709AE">
        <w:rPr>
          <w:rFonts w:eastAsia="Times New Roman" w:cs="Arial"/>
          <w:bCs/>
          <w:color w:val="000000"/>
          <w:sz w:val="18"/>
          <w:szCs w:val="18"/>
          <w:lang w:eastAsia="pl-PL"/>
        </w:rPr>
        <w:t>Dodatkowo pozyskane</w:t>
      </w:r>
      <w:r w:rsidRPr="006709AE">
        <w:rPr>
          <w:rFonts w:eastAsia="Times New Roman" w:cs="Arial"/>
          <w:b/>
          <w:bCs/>
          <w:color w:val="000000"/>
          <w:sz w:val="18"/>
          <w:szCs w:val="18"/>
          <w:lang w:eastAsia="pl-PL"/>
        </w:rPr>
        <w:t xml:space="preserve"> </w:t>
      </w:r>
      <w:r w:rsidRPr="006709AE">
        <w:rPr>
          <w:rFonts w:eastAsia="Times New Roman" w:cs="Arial"/>
          <w:bCs/>
          <w:color w:val="000000"/>
          <w:sz w:val="18"/>
          <w:szCs w:val="18"/>
          <w:lang w:eastAsia="pl-PL"/>
        </w:rPr>
        <w:t>(np. materiały promocyjne, materiały od sponsorów itd.):</w:t>
      </w:r>
    </w:p>
    <w:p w:rsidR="007504DC" w:rsidRPr="006709AE" w:rsidRDefault="007504DC" w:rsidP="007F0413">
      <w:pPr>
        <w:tabs>
          <w:tab w:val="left" w:pos="8640"/>
        </w:tabs>
        <w:spacing w:line="312" w:lineRule="auto"/>
        <w:rPr>
          <w:rFonts w:eastAsia="Times New Roman" w:cs="Arial"/>
          <w:bCs/>
          <w:color w:val="000000"/>
          <w:sz w:val="18"/>
          <w:szCs w:val="18"/>
          <w:u w:val="dotted"/>
          <w:lang w:eastAsia="pl-PL"/>
        </w:rPr>
      </w:pPr>
      <w:r w:rsidRPr="006709AE">
        <w:rPr>
          <w:rFonts w:eastAsia="Times New Roman" w:cs="Arial"/>
          <w:bCs/>
          <w:color w:val="000000"/>
          <w:sz w:val="18"/>
          <w:szCs w:val="18"/>
          <w:u w:val="dotted"/>
          <w:lang w:eastAsia="pl-PL"/>
        </w:rPr>
        <w:tab/>
      </w:r>
    </w:p>
    <w:p w:rsidR="007504DC" w:rsidRPr="006709AE" w:rsidRDefault="007504DC" w:rsidP="007F0413">
      <w:pPr>
        <w:tabs>
          <w:tab w:val="left" w:pos="8640"/>
        </w:tabs>
        <w:spacing w:line="312" w:lineRule="auto"/>
        <w:rPr>
          <w:rFonts w:eastAsia="Times New Roman" w:cs="Arial"/>
          <w:bCs/>
          <w:color w:val="000000"/>
          <w:sz w:val="18"/>
          <w:szCs w:val="18"/>
          <w:u w:val="dotted"/>
          <w:lang w:eastAsia="pl-PL"/>
        </w:rPr>
      </w:pPr>
      <w:r w:rsidRPr="006709AE">
        <w:rPr>
          <w:rFonts w:eastAsia="Times New Roman" w:cs="Arial"/>
          <w:bCs/>
          <w:color w:val="000000"/>
          <w:sz w:val="18"/>
          <w:szCs w:val="18"/>
          <w:u w:val="dotted"/>
          <w:lang w:eastAsia="pl-PL"/>
        </w:rPr>
        <w:tab/>
      </w:r>
    </w:p>
    <w:p w:rsidR="00E16919" w:rsidRPr="006709AE" w:rsidRDefault="007504DC" w:rsidP="00D64BF3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 w:rsidRPr="006709AE">
        <w:rPr>
          <w:rFonts w:eastAsia="Times New Roman" w:cs="Arial"/>
          <w:bCs/>
          <w:color w:val="000000"/>
          <w:sz w:val="18"/>
          <w:szCs w:val="18"/>
          <w:u w:val="dotted"/>
          <w:lang w:eastAsia="pl-PL"/>
        </w:rPr>
        <w:tab/>
      </w:r>
    </w:p>
    <w:p w:rsidR="00BF6335" w:rsidRPr="006709AE" w:rsidRDefault="00392AB7" w:rsidP="00D64BF3">
      <w:pPr>
        <w:pStyle w:val="Nagwek1"/>
        <w:numPr>
          <w:ilvl w:val="0"/>
          <w:numId w:val="13"/>
        </w:numPr>
        <w:rPr>
          <w:rFonts w:cs="Arial"/>
          <w:sz w:val="18"/>
          <w:szCs w:val="18"/>
        </w:rPr>
      </w:pPr>
      <w:r w:rsidRPr="006709AE">
        <w:rPr>
          <w:rFonts w:cs="Arial"/>
          <w:sz w:val="18"/>
          <w:szCs w:val="18"/>
        </w:rPr>
        <w:t>Dodatkowe informacje</w:t>
      </w:r>
    </w:p>
    <w:p w:rsidR="006709AE" w:rsidRDefault="006709AE" w:rsidP="006709AE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>
        <w:rPr>
          <w:rFonts w:cs="Arial"/>
          <w:sz w:val="18"/>
          <w:szCs w:val="18"/>
          <w:u w:val="dotted"/>
        </w:rPr>
        <w:tab/>
      </w:r>
    </w:p>
    <w:p w:rsidR="006709AE" w:rsidRDefault="006709AE" w:rsidP="006709AE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>
        <w:rPr>
          <w:rFonts w:cs="Arial"/>
          <w:sz w:val="18"/>
          <w:szCs w:val="18"/>
          <w:u w:val="dotted"/>
        </w:rPr>
        <w:tab/>
      </w:r>
    </w:p>
    <w:p w:rsidR="006709AE" w:rsidRDefault="006709AE" w:rsidP="006709AE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>
        <w:rPr>
          <w:rFonts w:cs="Arial"/>
          <w:sz w:val="18"/>
          <w:szCs w:val="18"/>
          <w:u w:val="dotted"/>
        </w:rPr>
        <w:tab/>
      </w:r>
    </w:p>
    <w:p w:rsidR="006709AE" w:rsidRDefault="006709AE" w:rsidP="006709AE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>
        <w:rPr>
          <w:rFonts w:cs="Arial"/>
          <w:sz w:val="18"/>
          <w:szCs w:val="18"/>
          <w:u w:val="dotted"/>
        </w:rPr>
        <w:tab/>
      </w:r>
    </w:p>
    <w:p w:rsidR="006709AE" w:rsidRDefault="006709AE" w:rsidP="006709AE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>
        <w:rPr>
          <w:rFonts w:cs="Arial"/>
          <w:sz w:val="18"/>
          <w:szCs w:val="18"/>
          <w:u w:val="dotted"/>
        </w:rPr>
        <w:tab/>
      </w:r>
    </w:p>
    <w:p w:rsidR="006709AE" w:rsidRDefault="006709AE" w:rsidP="006709AE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>
        <w:rPr>
          <w:rFonts w:cs="Arial"/>
          <w:sz w:val="18"/>
          <w:szCs w:val="18"/>
          <w:u w:val="dotted"/>
        </w:rPr>
        <w:tab/>
      </w:r>
    </w:p>
    <w:p w:rsidR="00123679" w:rsidRPr="00123679" w:rsidRDefault="006709AE" w:rsidP="00123679">
      <w:pPr>
        <w:tabs>
          <w:tab w:val="left" w:pos="8640"/>
        </w:tabs>
        <w:spacing w:line="312" w:lineRule="auto"/>
        <w:rPr>
          <w:rFonts w:cs="Arial"/>
          <w:sz w:val="18"/>
          <w:szCs w:val="18"/>
          <w:u w:val="dotted"/>
        </w:rPr>
      </w:pPr>
      <w:r>
        <w:rPr>
          <w:rFonts w:cs="Arial"/>
          <w:sz w:val="18"/>
          <w:szCs w:val="18"/>
          <w:u w:val="dotted"/>
        </w:rPr>
        <w:tab/>
      </w:r>
    </w:p>
    <w:p w:rsidR="00123679" w:rsidRDefault="00123679" w:rsidP="00123679">
      <w:pPr>
        <w:tabs>
          <w:tab w:val="left" w:pos="8640"/>
        </w:tabs>
        <w:spacing w:line="240" w:lineRule="auto"/>
        <w:ind w:left="4253"/>
        <w:jc w:val="left"/>
        <w:rPr>
          <w:rFonts w:cs="Arial"/>
          <w:sz w:val="18"/>
          <w:szCs w:val="18"/>
        </w:rPr>
      </w:pPr>
    </w:p>
    <w:p w:rsidR="00D80944" w:rsidRDefault="00D80944" w:rsidP="00123679">
      <w:pPr>
        <w:tabs>
          <w:tab w:val="left" w:pos="8640"/>
        </w:tabs>
        <w:spacing w:line="240" w:lineRule="auto"/>
        <w:ind w:left="4253"/>
        <w:jc w:val="left"/>
        <w:rPr>
          <w:rFonts w:cs="Arial"/>
          <w:sz w:val="18"/>
          <w:szCs w:val="18"/>
          <w:u w:val="dotted"/>
        </w:rPr>
      </w:pPr>
      <w:r>
        <w:rPr>
          <w:rFonts w:cs="Arial"/>
          <w:sz w:val="18"/>
          <w:szCs w:val="18"/>
        </w:rPr>
        <w:t xml:space="preserve">Legnica, dnia </w:t>
      </w:r>
      <w:r w:rsidR="00392AB7">
        <w:rPr>
          <w:rFonts w:cs="Arial"/>
          <w:sz w:val="18"/>
          <w:szCs w:val="18"/>
          <w:u w:val="dotted"/>
        </w:rPr>
        <w:tab/>
      </w:r>
    </w:p>
    <w:p w:rsidR="00123679" w:rsidRDefault="00123679" w:rsidP="00123679">
      <w:pPr>
        <w:tabs>
          <w:tab w:val="left" w:pos="8640"/>
        </w:tabs>
        <w:spacing w:line="240" w:lineRule="auto"/>
        <w:ind w:left="4253"/>
        <w:jc w:val="left"/>
        <w:rPr>
          <w:rFonts w:cs="Arial"/>
          <w:sz w:val="18"/>
          <w:szCs w:val="18"/>
          <w:u w:val="dotted"/>
        </w:rPr>
      </w:pPr>
    </w:p>
    <w:p w:rsidR="00123679" w:rsidRPr="00392AB7" w:rsidRDefault="00123679" w:rsidP="00123679">
      <w:pPr>
        <w:tabs>
          <w:tab w:val="left" w:pos="8640"/>
        </w:tabs>
        <w:spacing w:line="240" w:lineRule="auto"/>
        <w:ind w:left="4253"/>
        <w:jc w:val="left"/>
        <w:rPr>
          <w:rFonts w:cs="Arial"/>
          <w:sz w:val="18"/>
          <w:szCs w:val="18"/>
          <w:u w:val="dotted"/>
        </w:rPr>
      </w:pPr>
    </w:p>
    <w:p w:rsidR="00D80944" w:rsidRPr="00D80944" w:rsidRDefault="00D80944" w:rsidP="00123679">
      <w:pPr>
        <w:tabs>
          <w:tab w:val="left" w:pos="4253"/>
        </w:tabs>
        <w:spacing w:line="240" w:lineRule="auto"/>
        <w:jc w:val="left"/>
        <w:rPr>
          <w:rFonts w:cs="Arial"/>
          <w:sz w:val="18"/>
          <w:szCs w:val="18"/>
          <w:u w:val="dotted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  <w:u w:val="dotted"/>
        </w:rPr>
        <w:tab/>
      </w:r>
      <w:r>
        <w:rPr>
          <w:rFonts w:cs="Arial"/>
          <w:sz w:val="18"/>
          <w:szCs w:val="18"/>
          <w:u w:val="dotted"/>
        </w:rPr>
        <w:tab/>
      </w:r>
      <w:r>
        <w:rPr>
          <w:rFonts w:cs="Arial"/>
          <w:sz w:val="18"/>
          <w:szCs w:val="18"/>
          <w:u w:val="dotted"/>
        </w:rPr>
        <w:tab/>
      </w:r>
      <w:r>
        <w:rPr>
          <w:rFonts w:cs="Arial"/>
          <w:sz w:val="18"/>
          <w:szCs w:val="18"/>
          <w:u w:val="dotted"/>
        </w:rPr>
        <w:tab/>
      </w:r>
      <w:r>
        <w:rPr>
          <w:rFonts w:cs="Arial"/>
          <w:sz w:val="18"/>
          <w:szCs w:val="18"/>
          <w:u w:val="dotted"/>
        </w:rPr>
        <w:tab/>
      </w:r>
      <w:r>
        <w:rPr>
          <w:rFonts w:cs="Arial"/>
          <w:sz w:val="18"/>
          <w:szCs w:val="18"/>
          <w:u w:val="dotted"/>
        </w:rPr>
        <w:tab/>
      </w:r>
      <w:r>
        <w:rPr>
          <w:rFonts w:cs="Arial"/>
          <w:sz w:val="18"/>
          <w:szCs w:val="18"/>
          <w:u w:val="dotted"/>
        </w:rPr>
        <w:tab/>
      </w:r>
    </w:p>
    <w:p w:rsidR="00D80944" w:rsidRDefault="008B7B81" w:rsidP="00123679">
      <w:pPr>
        <w:spacing w:line="240" w:lineRule="auto"/>
        <w:ind w:firstLine="3969"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(podpis p</w:t>
      </w:r>
      <w:r w:rsidR="00294477">
        <w:rPr>
          <w:rFonts w:cs="Arial"/>
          <w:sz w:val="18"/>
          <w:szCs w:val="18"/>
        </w:rPr>
        <w:t>rzewodniczącego Z</w:t>
      </w:r>
      <w:r w:rsidR="00D80944">
        <w:rPr>
          <w:rFonts w:cs="Arial"/>
          <w:sz w:val="18"/>
          <w:szCs w:val="18"/>
        </w:rPr>
        <w:t>arządu)</w:t>
      </w:r>
    </w:p>
    <w:p w:rsidR="00123679" w:rsidRDefault="00123679" w:rsidP="00123679">
      <w:pPr>
        <w:spacing w:line="240" w:lineRule="auto"/>
        <w:ind w:firstLine="3969"/>
        <w:jc w:val="center"/>
        <w:rPr>
          <w:rFonts w:cs="Arial"/>
          <w:sz w:val="18"/>
          <w:szCs w:val="18"/>
        </w:rPr>
      </w:pPr>
    </w:p>
    <w:p w:rsidR="00123679" w:rsidRDefault="00123679" w:rsidP="00123679">
      <w:pPr>
        <w:spacing w:line="240" w:lineRule="auto"/>
        <w:ind w:firstLine="3969"/>
        <w:jc w:val="center"/>
        <w:rPr>
          <w:rFonts w:cs="Arial"/>
          <w:sz w:val="18"/>
          <w:szCs w:val="18"/>
        </w:rPr>
      </w:pPr>
    </w:p>
    <w:p w:rsidR="00392AB7" w:rsidRPr="00392AB7" w:rsidRDefault="00392AB7" w:rsidP="00123679">
      <w:pPr>
        <w:tabs>
          <w:tab w:val="left" w:pos="5103"/>
        </w:tabs>
        <w:spacing w:line="240" w:lineRule="auto"/>
        <w:ind w:firstLine="4253"/>
        <w:rPr>
          <w:rFonts w:cs="Arial"/>
          <w:sz w:val="18"/>
          <w:szCs w:val="18"/>
          <w:u w:val="dotted"/>
        </w:rPr>
      </w:pPr>
      <w:r>
        <w:rPr>
          <w:rFonts w:cs="Arial"/>
          <w:sz w:val="18"/>
          <w:szCs w:val="18"/>
          <w:u w:val="dotted"/>
        </w:rPr>
        <w:tab/>
      </w:r>
      <w:r>
        <w:rPr>
          <w:rFonts w:cs="Arial"/>
          <w:sz w:val="18"/>
          <w:szCs w:val="18"/>
          <w:u w:val="dotted"/>
        </w:rPr>
        <w:tab/>
      </w:r>
      <w:r>
        <w:rPr>
          <w:rFonts w:cs="Arial"/>
          <w:sz w:val="18"/>
          <w:szCs w:val="18"/>
          <w:u w:val="dotted"/>
        </w:rPr>
        <w:tab/>
      </w:r>
      <w:r>
        <w:rPr>
          <w:rFonts w:cs="Arial"/>
          <w:sz w:val="18"/>
          <w:szCs w:val="18"/>
          <w:u w:val="dotted"/>
        </w:rPr>
        <w:tab/>
      </w:r>
      <w:r>
        <w:rPr>
          <w:rFonts w:cs="Arial"/>
          <w:sz w:val="18"/>
          <w:szCs w:val="18"/>
          <w:u w:val="dotted"/>
        </w:rPr>
        <w:tab/>
      </w:r>
      <w:r>
        <w:rPr>
          <w:rFonts w:cs="Arial"/>
          <w:sz w:val="18"/>
          <w:szCs w:val="18"/>
          <w:u w:val="dotted"/>
        </w:rPr>
        <w:tab/>
      </w:r>
    </w:p>
    <w:p w:rsidR="006709AE" w:rsidRPr="00392AB7" w:rsidRDefault="008B7B81" w:rsidP="00123679">
      <w:pPr>
        <w:tabs>
          <w:tab w:val="left" w:pos="5103"/>
        </w:tabs>
        <w:spacing w:line="240" w:lineRule="auto"/>
        <w:ind w:firstLine="3827"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(podpis o</w:t>
      </w:r>
      <w:r w:rsidR="00392AB7" w:rsidRPr="00392AB7">
        <w:rPr>
          <w:rFonts w:cs="Arial"/>
          <w:sz w:val="18"/>
          <w:szCs w:val="18"/>
        </w:rPr>
        <w:t>piekuna naukowego)</w:t>
      </w:r>
    </w:p>
    <w:sectPr w:rsidR="006709AE" w:rsidRPr="00392AB7" w:rsidSect="00392AB7">
      <w:pgSz w:w="12240" w:h="15840"/>
      <w:pgMar w:top="1440" w:right="1467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928" w:rsidRDefault="00C43928" w:rsidP="00202372">
      <w:pPr>
        <w:spacing w:line="240" w:lineRule="auto"/>
      </w:pPr>
      <w:r>
        <w:separator/>
      </w:r>
    </w:p>
  </w:endnote>
  <w:endnote w:type="continuationSeparator" w:id="0">
    <w:p w:rsidR="00C43928" w:rsidRDefault="00C43928" w:rsidP="002023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928" w:rsidRDefault="00C43928" w:rsidP="00202372">
      <w:pPr>
        <w:spacing w:line="240" w:lineRule="auto"/>
      </w:pPr>
      <w:r>
        <w:separator/>
      </w:r>
    </w:p>
  </w:footnote>
  <w:footnote w:type="continuationSeparator" w:id="0">
    <w:p w:rsidR="00C43928" w:rsidRDefault="00C43928" w:rsidP="0020237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6C31F0"/>
    <w:multiLevelType w:val="hybridMultilevel"/>
    <w:tmpl w:val="3440F77C"/>
    <w:lvl w:ilvl="0" w:tplc="F2125CB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3744E9"/>
    <w:multiLevelType w:val="hybridMultilevel"/>
    <w:tmpl w:val="9EDE51A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AE001A"/>
    <w:multiLevelType w:val="hybridMultilevel"/>
    <w:tmpl w:val="49C222C8"/>
    <w:lvl w:ilvl="0" w:tplc="348A0DDC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513F92"/>
    <w:multiLevelType w:val="hybridMultilevel"/>
    <w:tmpl w:val="0420AE9E"/>
    <w:lvl w:ilvl="0" w:tplc="ECB692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E30453"/>
    <w:multiLevelType w:val="hybridMultilevel"/>
    <w:tmpl w:val="1C203FD6"/>
    <w:lvl w:ilvl="0" w:tplc="65EC8B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1"/>
  </w:num>
  <w:num w:numId="12">
    <w:abstractNumId w:val="10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97D11"/>
    <w:rsid w:val="00123679"/>
    <w:rsid w:val="0015074B"/>
    <w:rsid w:val="00202372"/>
    <w:rsid w:val="00254658"/>
    <w:rsid w:val="00294477"/>
    <w:rsid w:val="0029639D"/>
    <w:rsid w:val="002A77CC"/>
    <w:rsid w:val="002B3128"/>
    <w:rsid w:val="00326F90"/>
    <w:rsid w:val="00392AB7"/>
    <w:rsid w:val="003D658D"/>
    <w:rsid w:val="0042297B"/>
    <w:rsid w:val="004B26E4"/>
    <w:rsid w:val="005929C7"/>
    <w:rsid w:val="0059463A"/>
    <w:rsid w:val="00602696"/>
    <w:rsid w:val="0066647D"/>
    <w:rsid w:val="006709AE"/>
    <w:rsid w:val="007504DC"/>
    <w:rsid w:val="007F0413"/>
    <w:rsid w:val="00807F50"/>
    <w:rsid w:val="008B7B81"/>
    <w:rsid w:val="00952403"/>
    <w:rsid w:val="00975239"/>
    <w:rsid w:val="00975B7E"/>
    <w:rsid w:val="00AA1D8D"/>
    <w:rsid w:val="00B130C3"/>
    <w:rsid w:val="00B153BD"/>
    <w:rsid w:val="00B47730"/>
    <w:rsid w:val="00BB3FCB"/>
    <w:rsid w:val="00BF6335"/>
    <w:rsid w:val="00C2261B"/>
    <w:rsid w:val="00C43928"/>
    <w:rsid w:val="00CB0664"/>
    <w:rsid w:val="00D3396C"/>
    <w:rsid w:val="00D64BF3"/>
    <w:rsid w:val="00D80944"/>
    <w:rsid w:val="00E1359B"/>
    <w:rsid w:val="00E16919"/>
    <w:rsid w:val="00E81749"/>
    <w:rsid w:val="00F4307A"/>
    <w:rsid w:val="00F950F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30"/>
  <w15:docId w15:val="{F1F995E7-8C67-4DCB-B8DA-720A5534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2372"/>
    <w:pPr>
      <w:spacing w:after="0"/>
      <w:jc w:val="both"/>
    </w:pPr>
    <w:rPr>
      <w:rFonts w:ascii="Arial" w:hAnsi="Arial"/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7F50"/>
    <w:pPr>
      <w:keepNext/>
      <w:keepLines/>
      <w:spacing w:before="120" w:after="120"/>
      <w:jc w:val="left"/>
      <w:outlineLvl w:val="0"/>
    </w:pPr>
    <w:rPr>
      <w:rFonts w:eastAsiaTheme="majorEastAsia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07F50"/>
    <w:rPr>
      <w:rFonts w:ascii="Arial" w:eastAsiaTheme="majorEastAsia" w:hAnsi="Arial" w:cstheme="majorBidi"/>
      <w:b/>
      <w:bCs/>
      <w:sz w:val="20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202372"/>
    <w:pPr>
      <w:spacing w:after="300" w:line="240" w:lineRule="auto"/>
      <w:contextualSpacing/>
      <w:jc w:val="center"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202372"/>
    <w:rPr>
      <w:rFonts w:ascii="Arial" w:eastAsiaTheme="majorEastAsia" w:hAnsi="Arial" w:cstheme="majorBidi"/>
      <w:b/>
      <w:spacing w:val="5"/>
      <w:kern w:val="28"/>
      <w:sz w:val="20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12367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36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4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4858A0F-7FE1-4C1A-A02E-D7C86D1EF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183</Words>
  <Characters>1104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Rosa Izabela</cp:lastModifiedBy>
  <cp:revision>32</cp:revision>
  <cp:lastPrinted>2025-11-12T13:01:00Z</cp:lastPrinted>
  <dcterms:created xsi:type="dcterms:W3CDTF">2013-12-23T23:15:00Z</dcterms:created>
  <dcterms:modified xsi:type="dcterms:W3CDTF">2025-12-31T08:16:00Z</dcterms:modified>
  <cp:category/>
</cp:coreProperties>
</file>