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1C0" w:rsidRPr="006701C0" w:rsidRDefault="006701C0" w:rsidP="006701C0">
      <w:pPr>
        <w:ind w:left="3969"/>
        <w:rPr>
          <w:sz w:val="16"/>
        </w:rPr>
      </w:pPr>
      <w:r w:rsidRPr="006701C0">
        <w:rPr>
          <w:sz w:val="16"/>
        </w:rPr>
        <w:t>Załącznik</w:t>
      </w:r>
      <w:r w:rsidR="0081399B">
        <w:rPr>
          <w:sz w:val="16"/>
        </w:rPr>
        <w:t xml:space="preserve"> nr 1</w:t>
      </w:r>
      <w:r w:rsidRPr="006701C0">
        <w:rPr>
          <w:sz w:val="16"/>
        </w:rPr>
        <w:t xml:space="preserve"> do zarządzenia nr </w:t>
      </w:r>
      <w:r w:rsidR="005A2B99">
        <w:rPr>
          <w:sz w:val="16"/>
        </w:rPr>
        <w:t xml:space="preserve">76/25 </w:t>
      </w:r>
      <w:r w:rsidRPr="006701C0">
        <w:rPr>
          <w:sz w:val="16"/>
        </w:rPr>
        <w:t xml:space="preserve">Rektora Collegium </w:t>
      </w:r>
    </w:p>
    <w:p w:rsidR="009027DC" w:rsidRDefault="006701C0" w:rsidP="00E32716">
      <w:pPr>
        <w:spacing w:after="720"/>
        <w:ind w:firstLine="3969"/>
      </w:pPr>
      <w:r w:rsidRPr="006701C0">
        <w:rPr>
          <w:sz w:val="16"/>
        </w:rPr>
        <w:t xml:space="preserve">Witelona </w:t>
      </w:r>
      <w:r w:rsidR="002D0123">
        <w:rPr>
          <w:sz w:val="16"/>
        </w:rPr>
        <w:t>Uczelni</w:t>
      </w:r>
      <w:r w:rsidRPr="006701C0">
        <w:rPr>
          <w:sz w:val="16"/>
        </w:rPr>
        <w:t xml:space="preserve">a Państwowa z dnia </w:t>
      </w:r>
      <w:r w:rsidR="005A2B99">
        <w:rPr>
          <w:sz w:val="16"/>
        </w:rPr>
        <w:t>18 grudnia 2025 r.</w:t>
      </w:r>
    </w:p>
    <w:p w:rsidR="00E32716" w:rsidRDefault="00E32716" w:rsidP="009027DC">
      <w:pPr>
        <w:tabs>
          <w:tab w:val="left" w:pos="8364"/>
        </w:tabs>
        <w:spacing w:before="360"/>
        <w:ind w:firstLine="3969"/>
      </w:pPr>
    </w:p>
    <w:p w:rsidR="007C6D5B" w:rsidRPr="006701C0" w:rsidRDefault="007C6D5B" w:rsidP="009027DC">
      <w:pPr>
        <w:tabs>
          <w:tab w:val="left" w:pos="8364"/>
        </w:tabs>
        <w:spacing w:before="360"/>
        <w:ind w:firstLine="3969"/>
        <w:rPr>
          <w:u w:val="dotted"/>
        </w:rPr>
      </w:pPr>
      <w:r w:rsidRPr="007C6D5B">
        <w:t xml:space="preserve">Legnica, </w:t>
      </w:r>
      <w:r w:rsidR="006701C0">
        <w:rPr>
          <w:u w:val="dotted"/>
        </w:rPr>
        <w:tab/>
      </w:r>
    </w:p>
    <w:p w:rsidR="00E9343A" w:rsidRDefault="009E4941" w:rsidP="006701C0">
      <w:pPr>
        <w:tabs>
          <w:tab w:val="left" w:pos="8505"/>
        </w:tabs>
        <w:spacing w:after="240" w:line="240" w:lineRule="auto"/>
        <w:ind w:left="3969"/>
        <w:rPr>
          <w:b/>
        </w:rPr>
      </w:pPr>
      <w:r w:rsidRPr="007940F7">
        <w:rPr>
          <w:b/>
          <w:sz w:val="20"/>
        </w:rPr>
        <w:br/>
      </w:r>
      <w:r w:rsidRPr="00463CFE">
        <w:rPr>
          <w:b/>
        </w:rPr>
        <w:t>Rektor</w:t>
      </w:r>
      <w:r w:rsidRPr="00463CFE">
        <w:rPr>
          <w:b/>
        </w:rPr>
        <w:br/>
        <w:t xml:space="preserve">Collegium Witelona </w:t>
      </w:r>
      <w:r w:rsidR="002D0123">
        <w:rPr>
          <w:b/>
        </w:rPr>
        <w:t>Uczelni</w:t>
      </w:r>
      <w:r w:rsidRPr="00463CFE">
        <w:rPr>
          <w:b/>
        </w:rPr>
        <w:t>a Państwowa</w:t>
      </w:r>
    </w:p>
    <w:p w:rsidR="00485393" w:rsidRPr="006701C0" w:rsidRDefault="007940F7" w:rsidP="006701C0">
      <w:pPr>
        <w:tabs>
          <w:tab w:val="left" w:pos="8505"/>
        </w:tabs>
        <w:spacing w:after="240" w:line="240" w:lineRule="auto"/>
        <w:ind w:left="3969"/>
        <w:rPr>
          <w:b/>
        </w:rPr>
      </w:pPr>
      <w:r w:rsidRPr="00463CFE">
        <w:rPr>
          <w:b/>
          <w:u w:val="dotted"/>
        </w:rPr>
        <w:tab/>
      </w:r>
      <w:r w:rsidRPr="00463CFE">
        <w:rPr>
          <w:b/>
          <w:u w:val="dotted"/>
        </w:rPr>
        <w:tab/>
      </w:r>
    </w:p>
    <w:p w:rsidR="007C6D5B" w:rsidRPr="00485393" w:rsidRDefault="00485393" w:rsidP="00485393">
      <w:pPr>
        <w:pStyle w:val="Tytu"/>
        <w:tabs>
          <w:tab w:val="center" w:pos="4298"/>
          <w:tab w:val="right" w:pos="8597"/>
        </w:tabs>
        <w:spacing w:after="120"/>
        <w:jc w:val="left"/>
        <w:rPr>
          <w:bCs/>
        </w:rPr>
      </w:pPr>
      <w:r>
        <w:rPr>
          <w:bCs/>
        </w:rPr>
        <w:tab/>
      </w:r>
      <w:r w:rsidR="009E4941" w:rsidRPr="00485393">
        <w:rPr>
          <w:bCs/>
        </w:rPr>
        <w:t xml:space="preserve">WNIOSEK O REJESTRACJĘ </w:t>
      </w:r>
      <w:r>
        <w:rPr>
          <w:bCs/>
        </w:rPr>
        <w:t>STUDENCKIEG</w:t>
      </w:r>
      <w:r w:rsidR="00B35A64" w:rsidRPr="00485393">
        <w:rPr>
          <w:bCs/>
        </w:rPr>
        <w:t xml:space="preserve">O </w:t>
      </w:r>
      <w:r w:rsidR="00136343">
        <w:rPr>
          <w:bCs/>
        </w:rPr>
        <w:t>KOŁA</w:t>
      </w:r>
      <w:r w:rsidR="009E4941" w:rsidRPr="00485393">
        <w:rPr>
          <w:bCs/>
        </w:rPr>
        <w:t xml:space="preserve"> NAUKOWEGO</w:t>
      </w:r>
      <w:r>
        <w:rPr>
          <w:bCs/>
        </w:rPr>
        <w:tab/>
      </w:r>
    </w:p>
    <w:p w:rsidR="008E4CE0" w:rsidRPr="0013109F" w:rsidRDefault="004A280F" w:rsidP="007C540B">
      <w:pPr>
        <w:tabs>
          <w:tab w:val="left" w:pos="8505"/>
        </w:tabs>
        <w:ind w:firstLine="426"/>
      </w:pPr>
      <w:r>
        <w:t>Dz</w:t>
      </w:r>
      <w:r w:rsidR="000A3527">
        <w:t xml:space="preserve">iałając na podstawie </w:t>
      </w:r>
      <w:r w:rsidR="000A3527" w:rsidRPr="000A73B1">
        <w:t>art. 111</w:t>
      </w:r>
      <w:r w:rsidR="000A3527">
        <w:t xml:space="preserve"> pkt 1</w:t>
      </w:r>
      <w:r w:rsidR="00C225D6">
        <w:t xml:space="preserve"> i</w:t>
      </w:r>
      <w:r w:rsidR="000A3527">
        <w:t xml:space="preserve"> pkt 2</w:t>
      </w:r>
      <w:r w:rsidR="000A3527" w:rsidRPr="000A73B1">
        <w:t xml:space="preserve"> </w:t>
      </w:r>
      <w:r w:rsidR="000A3527">
        <w:t>ustawy z dnia 20 lipca 2018 г. Prawo o szkolnictwie wyższym i nauce (Dz. U. z 2024 r. poz. 157</w:t>
      </w:r>
      <w:r w:rsidR="00C225D6">
        <w:t>1</w:t>
      </w:r>
      <w:r w:rsidR="000A3527">
        <w:t xml:space="preserve"> </w:t>
      </w:r>
      <w:r w:rsidR="00C225D6">
        <w:t>ze zm.</w:t>
      </w:r>
      <w:r w:rsidR="000A3527">
        <w:t>) oraz §</w:t>
      </w:r>
      <w:r w:rsidR="00771B9A">
        <w:t xml:space="preserve"> </w:t>
      </w:r>
      <w:r w:rsidR="000A3527">
        <w:t>2  zarządzenia nr</w:t>
      </w:r>
      <w:r w:rsidR="004F2DE1">
        <w:t xml:space="preserve"> 76/25</w:t>
      </w:r>
      <w:r w:rsidR="000A3527">
        <w:t xml:space="preserve"> Rektora Collegium Witelona </w:t>
      </w:r>
      <w:r w:rsidR="002D0123">
        <w:t>Uczelni</w:t>
      </w:r>
      <w:r w:rsidR="000A3527">
        <w:t>a Państwowa z dnia</w:t>
      </w:r>
      <w:r w:rsidR="004F2DE1">
        <w:t xml:space="preserve"> 18 grudnia 2025 r.</w:t>
      </w:r>
      <w:r w:rsidR="000A3527">
        <w:t xml:space="preserve"> w sprawie wprowadzenia zasad rejestracji, działalności i likwidacji studenckich kół naukowych</w:t>
      </w:r>
      <w:r w:rsidR="009A508F">
        <w:t xml:space="preserve">, </w:t>
      </w:r>
      <w:r w:rsidR="009E4941">
        <w:t xml:space="preserve">zwracamy się z uprzejmą prośbą o </w:t>
      </w:r>
      <w:r w:rsidR="00B35A64">
        <w:t xml:space="preserve">rejestrację </w:t>
      </w:r>
      <w:r w:rsidR="00C225D6">
        <w:t>k</w:t>
      </w:r>
      <w:r w:rsidR="00136343">
        <w:t>oła</w:t>
      </w:r>
      <w:r w:rsidR="002D0123">
        <w:t xml:space="preserve"> </w:t>
      </w:r>
      <w:r w:rsidR="00C225D6">
        <w:t>n</w:t>
      </w:r>
      <w:r w:rsidR="009E4941">
        <w:t>aukowego</w:t>
      </w:r>
      <w:r w:rsidR="007940F7">
        <w:t>:</w:t>
      </w:r>
      <w:r w:rsidR="007C540B">
        <w:br/>
      </w:r>
      <w:r w:rsidR="007940F7">
        <w:rPr>
          <w:u w:val="dotted"/>
        </w:rPr>
        <w:tab/>
      </w:r>
      <w:r w:rsidR="008E4CE0">
        <w:rPr>
          <w:u w:val="dotted"/>
        </w:rPr>
        <w:tab/>
      </w:r>
    </w:p>
    <w:p w:rsidR="008E4CE0" w:rsidRDefault="008E4CE0" w:rsidP="008E4CE0">
      <w:pPr>
        <w:tabs>
          <w:tab w:val="left" w:pos="8505"/>
        </w:tabs>
      </w:pPr>
      <w:r>
        <w:rPr>
          <w:u w:val="dotted"/>
        </w:rPr>
        <w:tab/>
      </w:r>
    </w:p>
    <w:p w:rsidR="007940F7" w:rsidRPr="009D377A" w:rsidRDefault="0068143D" w:rsidP="0068143D">
      <w:pPr>
        <w:jc w:val="center"/>
        <w:rPr>
          <w:szCs w:val="18"/>
        </w:rPr>
      </w:pPr>
      <w:r w:rsidRPr="009D377A">
        <w:rPr>
          <w:szCs w:val="18"/>
        </w:rPr>
        <w:t>(</w:t>
      </w:r>
      <w:r w:rsidR="007940F7" w:rsidRPr="009D377A">
        <w:rPr>
          <w:szCs w:val="18"/>
        </w:rPr>
        <w:t xml:space="preserve">pełna nazwa </w:t>
      </w:r>
      <w:r w:rsidR="00C225D6">
        <w:rPr>
          <w:szCs w:val="18"/>
        </w:rPr>
        <w:t>k</w:t>
      </w:r>
      <w:r w:rsidR="00136343">
        <w:rPr>
          <w:szCs w:val="18"/>
        </w:rPr>
        <w:t>oła</w:t>
      </w:r>
      <w:r w:rsidR="007940F7" w:rsidRPr="009D377A">
        <w:rPr>
          <w:szCs w:val="18"/>
        </w:rPr>
        <w:t>)</w:t>
      </w:r>
    </w:p>
    <w:p w:rsidR="0068143D" w:rsidRDefault="007940F7" w:rsidP="008E4CE0">
      <w:pPr>
        <w:tabs>
          <w:tab w:val="left" w:pos="8505"/>
        </w:tabs>
        <w:rPr>
          <w:u w:val="dotted"/>
        </w:rPr>
      </w:pPr>
      <w:r>
        <w:t>działającego przy</w:t>
      </w:r>
      <w:r w:rsidR="008E4CE0">
        <w:rPr>
          <w:u w:val="dotted"/>
        </w:rPr>
        <w:tab/>
      </w:r>
      <w:r w:rsidR="008E4CE0">
        <w:rPr>
          <w:u w:val="dotted"/>
        </w:rPr>
        <w:tab/>
      </w:r>
    </w:p>
    <w:p w:rsidR="008E4CE0" w:rsidRDefault="008E4CE0" w:rsidP="008E4CE0">
      <w:pPr>
        <w:tabs>
          <w:tab w:val="left" w:pos="8505"/>
        </w:tabs>
      </w:pPr>
      <w:r>
        <w:rPr>
          <w:u w:val="dotted"/>
        </w:rPr>
        <w:tab/>
      </w:r>
    </w:p>
    <w:p w:rsidR="0068143D" w:rsidRPr="009D377A" w:rsidRDefault="007940F7" w:rsidP="00455625">
      <w:pPr>
        <w:jc w:val="center"/>
        <w:rPr>
          <w:sz w:val="20"/>
        </w:rPr>
      </w:pPr>
      <w:r w:rsidRPr="009D377A">
        <w:rPr>
          <w:szCs w:val="16"/>
        </w:rPr>
        <w:t>(nazwa wydziału</w:t>
      </w:r>
      <w:r w:rsidR="00455625">
        <w:rPr>
          <w:szCs w:val="16"/>
        </w:rPr>
        <w:t>/filii</w:t>
      </w:r>
      <w:r w:rsidRPr="009D377A">
        <w:rPr>
          <w:szCs w:val="16"/>
        </w:rPr>
        <w:t>)</w:t>
      </w:r>
    </w:p>
    <w:p w:rsidR="008E4CE0" w:rsidRPr="008E4CE0" w:rsidRDefault="009D377A" w:rsidP="008E4CE0">
      <w:pPr>
        <w:tabs>
          <w:tab w:val="left" w:pos="284"/>
          <w:tab w:val="left" w:pos="8597"/>
        </w:tabs>
      </w:pPr>
      <w:r>
        <w:tab/>
      </w:r>
      <w:r w:rsidR="00E80CBD">
        <w:t>Celem</w:t>
      </w:r>
      <w:r w:rsidR="00E9343A">
        <w:t xml:space="preserve"> działalności</w:t>
      </w:r>
      <w:r w:rsidR="00E80CBD">
        <w:t xml:space="preserve"> </w:t>
      </w:r>
      <w:r w:rsidR="00DD1F1A">
        <w:t>k</w:t>
      </w:r>
      <w:r w:rsidR="002D0123">
        <w:t>oła</w:t>
      </w:r>
      <w:r w:rsidR="009E4941">
        <w:t xml:space="preserve"> </w:t>
      </w:r>
      <w:r w:rsidR="00DD1F1A">
        <w:t xml:space="preserve">naukowego </w:t>
      </w:r>
      <w:r w:rsidR="009E4941">
        <w:t>jest rozwijanie za</w:t>
      </w:r>
      <w:r w:rsidR="002E0CFB">
        <w:t xml:space="preserve">interesowań naukowych studentów </w:t>
      </w:r>
      <w:r w:rsidR="004B42D4">
        <w:t xml:space="preserve">i </w:t>
      </w:r>
      <w:r w:rsidR="009E4941">
        <w:t>pogł</w:t>
      </w:r>
      <w:r w:rsidR="00E80CBD">
        <w:t>ębianie wiedzy z </w:t>
      </w:r>
      <w:r w:rsidR="008E4CE0">
        <w:t>zakresu</w:t>
      </w:r>
      <w:r w:rsidR="00E554EC">
        <w:t> </w:t>
      </w:r>
      <w:r w:rsidR="008E4CE0">
        <w:rPr>
          <w:u w:val="dotted"/>
        </w:rPr>
        <w:tab/>
      </w:r>
    </w:p>
    <w:p w:rsidR="008E4CE0" w:rsidRDefault="008E4CE0" w:rsidP="008E4CE0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8E4CE0" w:rsidRDefault="008E4CE0" w:rsidP="008E4CE0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8E4CE0" w:rsidRDefault="008E4CE0" w:rsidP="008E4CE0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  <w:r w:rsidR="004B42D4">
        <w:rPr>
          <w:u w:val="dotted"/>
        </w:rPr>
        <w:t>,</w:t>
      </w:r>
    </w:p>
    <w:p w:rsidR="009A508F" w:rsidRPr="009D377A" w:rsidRDefault="004B42D4" w:rsidP="009D377A">
      <w:pPr>
        <w:tabs>
          <w:tab w:val="left" w:pos="851"/>
        </w:tabs>
      </w:pPr>
      <w:r>
        <w:t>a ponadto</w:t>
      </w:r>
      <w:r w:rsidR="00C31F76">
        <w:t xml:space="preserve"> </w:t>
      </w:r>
      <w:r w:rsidR="007940F7" w:rsidRPr="0068143D">
        <w:t>p</w:t>
      </w:r>
      <w:r w:rsidR="009E4941" w:rsidRPr="0068143D">
        <w:t>romowanie działalności badawczej i popularyzatorskiej wśród społeczności akademickiej</w:t>
      </w:r>
      <w:r w:rsidR="007940F7" w:rsidRPr="0068143D">
        <w:t xml:space="preserve">, </w:t>
      </w:r>
      <w:r w:rsidR="00DB4D1E">
        <w:t xml:space="preserve">poprzez m. in. </w:t>
      </w:r>
      <w:r w:rsidR="004F2DE1">
        <w:t>organizację</w:t>
      </w:r>
      <w:r w:rsidR="007940F7" w:rsidRPr="0068143D">
        <w:t xml:space="preserve"> semina</w:t>
      </w:r>
      <w:r w:rsidR="004F2DE1">
        <w:t>riów, warsztatów, konferencji i projektów badawczych, współpracę z </w:t>
      </w:r>
      <w:r w:rsidR="007940F7" w:rsidRPr="0068143D">
        <w:t xml:space="preserve">jednostkami organizacyjnymi </w:t>
      </w:r>
      <w:r w:rsidR="002D0123">
        <w:t>Uczelni</w:t>
      </w:r>
      <w:r w:rsidR="007940F7" w:rsidRPr="0068143D">
        <w:t>, innymi ośrodkami akademickimi</w:t>
      </w:r>
      <w:r w:rsidR="004A280F">
        <w:t xml:space="preserve"> or</w:t>
      </w:r>
      <w:r w:rsidR="004F2DE1">
        <w:t>az instytucjami zewnętrznymi, a </w:t>
      </w:r>
      <w:r w:rsidR="004A280F">
        <w:t xml:space="preserve">także </w:t>
      </w:r>
      <w:r w:rsidR="004F2DE1">
        <w:t>integrację</w:t>
      </w:r>
      <w:r w:rsidR="007940F7" w:rsidRPr="0068143D">
        <w:t xml:space="preserve"> środowiska studenckiego wokół a</w:t>
      </w:r>
      <w:r w:rsidR="004A280F">
        <w:t>ktywności</w:t>
      </w:r>
      <w:r>
        <w:t xml:space="preserve"> naukowej </w:t>
      </w:r>
      <w:r w:rsidR="00455625">
        <w:t>i</w:t>
      </w:r>
      <w:r>
        <w:t> </w:t>
      </w:r>
      <w:r w:rsidR="004A280F">
        <w:t>społecznej.</w:t>
      </w:r>
      <w:r w:rsidR="009D377A">
        <w:t xml:space="preserve"> </w:t>
      </w:r>
      <w:r w:rsidR="00E554EC">
        <w:t>Funkcję opiekuna n</w:t>
      </w:r>
      <w:r w:rsidR="00E80CBD">
        <w:t>aukowego pełnić będzie</w:t>
      </w:r>
      <w:r w:rsidR="009A508F">
        <w:t>:</w:t>
      </w:r>
    </w:p>
    <w:p w:rsidR="008E4CE0" w:rsidRPr="008E4CE0" w:rsidRDefault="008E4CE0" w:rsidP="008E4CE0">
      <w:pPr>
        <w:tabs>
          <w:tab w:val="left" w:pos="8505"/>
        </w:tabs>
      </w:pPr>
      <w:r>
        <w:rPr>
          <w:u w:val="dotted"/>
        </w:rPr>
        <w:tab/>
      </w:r>
    </w:p>
    <w:p w:rsidR="009A508F" w:rsidRPr="009D377A" w:rsidRDefault="009A508F" w:rsidP="00F10AD6">
      <w:pPr>
        <w:jc w:val="center"/>
      </w:pPr>
      <w:r w:rsidRPr="009D377A">
        <w:t>(</w:t>
      </w:r>
      <w:r w:rsidR="009E4941" w:rsidRPr="009D377A">
        <w:t>tytuł naukowy</w:t>
      </w:r>
      <w:r w:rsidR="00455625">
        <w:t>/zawodowy</w:t>
      </w:r>
      <w:r w:rsidR="009E4941" w:rsidRPr="009D377A">
        <w:t>, imię i na</w:t>
      </w:r>
      <w:r w:rsidRPr="009D377A">
        <w:t>zwisko, wydział</w:t>
      </w:r>
      <w:r w:rsidR="004F2DE1">
        <w:t>/filia</w:t>
      </w:r>
      <w:r w:rsidRPr="009D377A">
        <w:t>)</w:t>
      </w:r>
    </w:p>
    <w:p w:rsidR="009170EC" w:rsidRDefault="009E4941" w:rsidP="00F10AD6">
      <w:pPr>
        <w:ind w:firstLine="426"/>
      </w:pPr>
      <w:r>
        <w:t xml:space="preserve">W załączeniu przekazujemy wymagane dokumenty </w:t>
      </w:r>
      <w:r w:rsidR="009A508F">
        <w:t>niezbędne</w:t>
      </w:r>
      <w:r w:rsidR="00F10AD6">
        <w:t xml:space="preserve"> do rejestracji </w:t>
      </w:r>
      <w:r w:rsidR="00E9343A">
        <w:t xml:space="preserve"> studenckiego k</w:t>
      </w:r>
      <w:r w:rsidR="00136343">
        <w:t>oła</w:t>
      </w:r>
      <w:r w:rsidR="00E9343A">
        <w:t xml:space="preserve"> n</w:t>
      </w:r>
      <w:r w:rsidR="00E80CBD">
        <w:t>aukowego. P</w:t>
      </w:r>
      <w:r w:rsidR="00F10AD6">
        <w:t>rosimy o </w:t>
      </w:r>
      <w:r w:rsidR="009A508F">
        <w:t xml:space="preserve">pozytywne </w:t>
      </w:r>
      <w:r>
        <w:t>ro</w:t>
      </w:r>
      <w:r w:rsidR="009A508F">
        <w:t>zpatrzenie wniosku.</w:t>
      </w:r>
    </w:p>
    <w:p w:rsidR="00F10AD6" w:rsidRDefault="00F10AD6" w:rsidP="009A4749"/>
    <w:p w:rsidR="008E4CE0" w:rsidRPr="00826A55" w:rsidRDefault="00C31F76" w:rsidP="00826A55">
      <w:pPr>
        <w:tabs>
          <w:tab w:val="left" w:pos="8597"/>
        </w:tabs>
        <w:rPr>
          <w:i/>
          <w:u w:val="dotted"/>
        </w:rPr>
      </w:pPr>
      <w:r>
        <w:t>Opinia d</w:t>
      </w:r>
      <w:r w:rsidR="00F10AD6" w:rsidRPr="00E80CBD">
        <w:t>ziekana</w:t>
      </w:r>
      <w:r w:rsidR="00455625">
        <w:t>/dyrektora filii</w:t>
      </w:r>
      <w:r w:rsidR="00F10AD6" w:rsidRPr="00E80CBD">
        <w:t>:</w:t>
      </w:r>
      <w:r w:rsidR="00F10AD6" w:rsidRPr="00E80CBD">
        <w:rPr>
          <w:i/>
          <w:u w:val="dotted"/>
        </w:rPr>
        <w:tab/>
      </w:r>
      <w:r w:rsidR="00F10AD6" w:rsidRPr="00E80CBD">
        <w:rPr>
          <w:i/>
          <w:u w:val="dotted"/>
        </w:rPr>
        <w:tab/>
      </w:r>
    </w:p>
    <w:p w:rsidR="00E2518F" w:rsidRDefault="00E2518F" w:rsidP="008E4CE0">
      <w:pPr>
        <w:tabs>
          <w:tab w:val="left" w:pos="8597"/>
        </w:tabs>
        <w:ind w:firstLine="5245"/>
        <w:rPr>
          <w:u w:val="dotted"/>
        </w:rPr>
      </w:pPr>
    </w:p>
    <w:p w:rsidR="004A280F" w:rsidRPr="008E4CE0" w:rsidRDefault="008E4CE0" w:rsidP="008E4CE0">
      <w:pPr>
        <w:tabs>
          <w:tab w:val="left" w:pos="8597"/>
        </w:tabs>
        <w:ind w:firstLine="5245"/>
        <w:rPr>
          <w:u w:val="dotted"/>
        </w:rPr>
      </w:pPr>
      <w:r>
        <w:rPr>
          <w:u w:val="dotted"/>
        </w:rPr>
        <w:tab/>
      </w:r>
    </w:p>
    <w:p w:rsidR="004A280F" w:rsidRPr="009D377A" w:rsidRDefault="001620D7" w:rsidP="00F10AD6">
      <w:pPr>
        <w:ind w:firstLine="5387"/>
        <w:jc w:val="center"/>
      </w:pPr>
      <w:r>
        <w:t>(podpis d</w:t>
      </w:r>
      <w:r w:rsidR="00F10AD6" w:rsidRPr="009D377A">
        <w:t>ziekana</w:t>
      </w:r>
      <w:r w:rsidR="004F2DE1">
        <w:t>/dyrektora filii</w:t>
      </w:r>
      <w:r w:rsidR="00F10AD6" w:rsidRPr="009D377A">
        <w:t>)</w:t>
      </w:r>
    </w:p>
    <w:p w:rsidR="00692295" w:rsidRPr="004A280F" w:rsidRDefault="00692295">
      <w:r w:rsidRPr="004A280F">
        <w:t>Załączniki do wniosku:</w:t>
      </w:r>
    </w:p>
    <w:p w:rsidR="009A508F" w:rsidRPr="004A280F" w:rsidRDefault="00692295" w:rsidP="00AC5D59">
      <w:pPr>
        <w:jc w:val="left"/>
      </w:pPr>
      <w:r w:rsidRPr="004A280F">
        <w:rPr>
          <w:lang w:eastAsia="pl-PL"/>
        </w:rPr>
        <w:t>1. Lista członków – założycieli</w:t>
      </w:r>
      <w:r w:rsidR="00E80CBD">
        <w:rPr>
          <w:lang w:eastAsia="pl-PL"/>
        </w:rPr>
        <w:t>,</w:t>
      </w:r>
      <w:r w:rsidRPr="004A280F">
        <w:rPr>
          <w:lang w:eastAsia="pl-PL"/>
        </w:rPr>
        <w:t xml:space="preserve"> </w:t>
      </w:r>
      <w:r w:rsidRPr="004A280F">
        <w:rPr>
          <w:lang w:eastAsia="pl-PL"/>
        </w:rPr>
        <w:br/>
        <w:t>2. Zgoda opiekuna naukowego</w:t>
      </w:r>
      <w:r w:rsidR="00E80CBD">
        <w:rPr>
          <w:lang w:eastAsia="pl-PL"/>
        </w:rPr>
        <w:t>,</w:t>
      </w:r>
      <w:r w:rsidR="00E80CBD">
        <w:rPr>
          <w:lang w:eastAsia="pl-PL"/>
        </w:rPr>
        <w:br/>
        <w:t xml:space="preserve">3. </w:t>
      </w:r>
      <w:r w:rsidR="00DD1F1A">
        <w:rPr>
          <w:lang w:eastAsia="pl-PL"/>
        </w:rPr>
        <w:t>Regulamin koła naukowego</w:t>
      </w:r>
      <w:r w:rsidR="00E80CBD">
        <w:rPr>
          <w:lang w:eastAsia="pl-PL"/>
        </w:rPr>
        <w:t>,</w:t>
      </w:r>
      <w:r w:rsidRPr="004A280F">
        <w:rPr>
          <w:lang w:eastAsia="pl-PL"/>
        </w:rPr>
        <w:br/>
        <w:t>4. Protokół z zebrania założycielskiego</w:t>
      </w:r>
      <w:r w:rsidR="00E80CBD">
        <w:rPr>
          <w:lang w:eastAsia="pl-PL"/>
        </w:rPr>
        <w:t>.</w:t>
      </w:r>
    </w:p>
    <w:p w:rsidR="009A508F" w:rsidRDefault="008E4CE0" w:rsidP="004466E9">
      <w:pPr>
        <w:tabs>
          <w:tab w:val="left" w:pos="8505"/>
        </w:tabs>
        <w:ind w:firstLine="5103"/>
        <w:rPr>
          <w:u w:val="dotted"/>
        </w:rPr>
      </w:pPr>
      <w:r>
        <w:rPr>
          <w:u w:val="dotted"/>
        </w:rPr>
        <w:tab/>
      </w:r>
    </w:p>
    <w:p w:rsidR="009A508F" w:rsidRPr="009D377A" w:rsidRDefault="009A508F" w:rsidP="009A4749">
      <w:pPr>
        <w:ind w:firstLine="5103"/>
        <w:jc w:val="center"/>
      </w:pPr>
      <w:r w:rsidRPr="009D377A">
        <w:t>(podpis opiekuna</w:t>
      </w:r>
      <w:r w:rsidR="009A4749" w:rsidRPr="009D377A">
        <w:t xml:space="preserve"> naukowego</w:t>
      </w:r>
      <w:r w:rsidRPr="009D377A">
        <w:t>)</w:t>
      </w:r>
    </w:p>
    <w:tbl>
      <w:tblPr>
        <w:tblStyle w:val="Tabela-Siatka"/>
        <w:tblpPr w:leftFromText="141" w:rightFromText="141" w:vertAnchor="text" w:horzAnchor="margin" w:tblpY="108"/>
        <w:tblW w:w="10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1"/>
        <w:gridCol w:w="5458"/>
      </w:tblGrid>
      <w:tr w:rsidR="004466E9" w:rsidTr="004466E9">
        <w:trPr>
          <w:trHeight w:val="962"/>
        </w:trPr>
        <w:tc>
          <w:tcPr>
            <w:tcW w:w="5051" w:type="dxa"/>
          </w:tcPr>
          <w:p w:rsidR="004466E9" w:rsidRPr="003A76E4" w:rsidRDefault="004466E9" w:rsidP="004466E9">
            <w:pPr>
              <w:tabs>
                <w:tab w:val="left" w:pos="3402"/>
                <w:tab w:val="left" w:pos="4148"/>
              </w:tabs>
              <w:spacing w:line="276" w:lineRule="auto"/>
              <w:jc w:val="left"/>
              <w:rPr>
                <w:sz w:val="20"/>
                <w:u w:val="dotted"/>
              </w:rPr>
            </w:pPr>
            <w:r w:rsidRPr="003A76E4">
              <w:rPr>
                <w:sz w:val="20"/>
                <w:u w:val="dotted"/>
              </w:rPr>
              <w:t>1.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 w:rsidRPr="003A76E4">
              <w:rPr>
                <w:sz w:val="20"/>
                <w:u w:val="dotted"/>
              </w:rPr>
              <w:t>2.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 w:rsidRPr="003A76E4">
              <w:rPr>
                <w:sz w:val="20"/>
                <w:u w:val="dotted"/>
              </w:rPr>
              <w:t>3.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 w:rsidRPr="003A76E4">
              <w:rPr>
                <w:sz w:val="20"/>
                <w:u w:val="dotted"/>
              </w:rPr>
              <w:t>4.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 w:rsidRPr="003A76E4">
              <w:rPr>
                <w:sz w:val="20"/>
                <w:u w:val="dotted"/>
              </w:rPr>
              <w:t>5.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ind w:hanging="1134"/>
              <w:jc w:val="center"/>
              <w:rPr>
                <w:sz w:val="20"/>
                <w:u w:val="dotted"/>
              </w:rPr>
            </w:pPr>
            <w:r w:rsidRPr="003A76E4">
              <w:rPr>
                <w:sz w:val="20"/>
              </w:rPr>
              <w:t>(podpisy założycieli)</w:t>
            </w:r>
          </w:p>
        </w:tc>
        <w:tc>
          <w:tcPr>
            <w:tcW w:w="5458" w:type="dxa"/>
          </w:tcPr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>
              <w:rPr>
                <w:sz w:val="20"/>
                <w:u w:val="dotted"/>
              </w:rPr>
              <w:t>6</w:t>
            </w:r>
            <w:r w:rsidRPr="003A76E4">
              <w:rPr>
                <w:sz w:val="20"/>
                <w:u w:val="dotted"/>
              </w:rPr>
              <w:t>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>
              <w:rPr>
                <w:sz w:val="20"/>
                <w:u w:val="dotted"/>
              </w:rPr>
              <w:t>7</w:t>
            </w:r>
            <w:r w:rsidRPr="003A76E4">
              <w:rPr>
                <w:sz w:val="20"/>
                <w:u w:val="dotted"/>
              </w:rPr>
              <w:t>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>
              <w:rPr>
                <w:sz w:val="20"/>
                <w:u w:val="dotted"/>
              </w:rPr>
              <w:t>8</w:t>
            </w:r>
            <w:r w:rsidRPr="003A76E4">
              <w:rPr>
                <w:sz w:val="20"/>
                <w:u w:val="dotted"/>
              </w:rPr>
              <w:t>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>
              <w:rPr>
                <w:sz w:val="20"/>
                <w:u w:val="dotted"/>
              </w:rPr>
              <w:t>9</w:t>
            </w:r>
            <w:r w:rsidRPr="003A76E4">
              <w:rPr>
                <w:sz w:val="20"/>
                <w:u w:val="dotted"/>
              </w:rPr>
              <w:t>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Default="004466E9" w:rsidP="004466E9">
            <w:pPr>
              <w:tabs>
                <w:tab w:val="left" w:pos="3402"/>
              </w:tabs>
              <w:spacing w:line="276" w:lineRule="auto"/>
              <w:jc w:val="left"/>
              <w:rPr>
                <w:sz w:val="20"/>
                <w:u w:val="dotted"/>
              </w:rPr>
            </w:pPr>
            <w:r>
              <w:rPr>
                <w:sz w:val="20"/>
                <w:u w:val="dotted"/>
              </w:rPr>
              <w:t>10</w:t>
            </w:r>
            <w:r w:rsidRPr="003A76E4">
              <w:rPr>
                <w:sz w:val="20"/>
                <w:u w:val="dotted"/>
              </w:rPr>
              <w:t>.</w:t>
            </w:r>
            <w:r w:rsidRPr="003A76E4">
              <w:rPr>
                <w:sz w:val="20"/>
                <w:u w:val="dotted"/>
              </w:rPr>
              <w:tab/>
            </w:r>
          </w:p>
          <w:p w:rsidR="004466E9" w:rsidRPr="003A76E4" w:rsidRDefault="004466E9" w:rsidP="004466E9">
            <w:pPr>
              <w:tabs>
                <w:tab w:val="left" w:pos="3402"/>
              </w:tabs>
              <w:ind w:hanging="1703"/>
              <w:jc w:val="center"/>
              <w:rPr>
                <w:sz w:val="20"/>
                <w:u w:val="dotted"/>
              </w:rPr>
            </w:pPr>
            <w:r w:rsidRPr="003A76E4">
              <w:rPr>
                <w:sz w:val="20"/>
              </w:rPr>
              <w:t>(podpisy założycieli)</w:t>
            </w:r>
          </w:p>
        </w:tc>
      </w:tr>
    </w:tbl>
    <w:p w:rsidR="00E80CBD" w:rsidRPr="006701C0" w:rsidRDefault="00E80CBD" w:rsidP="006701C0">
      <w:pPr>
        <w:ind w:left="2694" w:firstLine="850"/>
        <w:jc w:val="left"/>
        <w:rPr>
          <w:bCs/>
          <w:sz w:val="16"/>
          <w:szCs w:val="16"/>
        </w:rPr>
      </w:pPr>
      <w:r w:rsidRPr="006701C0">
        <w:rPr>
          <w:bCs/>
          <w:sz w:val="16"/>
          <w:szCs w:val="16"/>
        </w:rPr>
        <w:lastRenderedPageBreak/>
        <w:t xml:space="preserve">Załącznik nr 1 do wniosku o rejestrację studenckiego </w:t>
      </w:r>
      <w:r w:rsidR="005B17C4">
        <w:rPr>
          <w:bCs/>
          <w:sz w:val="16"/>
          <w:szCs w:val="16"/>
        </w:rPr>
        <w:t>k</w:t>
      </w:r>
      <w:r w:rsidR="00136343">
        <w:rPr>
          <w:bCs/>
          <w:sz w:val="16"/>
          <w:szCs w:val="16"/>
        </w:rPr>
        <w:t>oła</w:t>
      </w:r>
      <w:r w:rsidRPr="006701C0">
        <w:rPr>
          <w:bCs/>
          <w:sz w:val="16"/>
          <w:szCs w:val="16"/>
        </w:rPr>
        <w:t xml:space="preserve"> naukowego  </w:t>
      </w:r>
    </w:p>
    <w:p w:rsidR="00826A55" w:rsidRPr="00E80CBD" w:rsidRDefault="00826A55" w:rsidP="00E80CBD">
      <w:pPr>
        <w:ind w:left="3969"/>
        <w:jc w:val="left"/>
        <w:rPr>
          <w:bCs/>
          <w:sz w:val="14"/>
          <w:szCs w:val="16"/>
        </w:rPr>
      </w:pPr>
    </w:p>
    <w:p w:rsidR="00692295" w:rsidRDefault="00826A55" w:rsidP="00826A55">
      <w:pPr>
        <w:jc w:val="center"/>
      </w:pPr>
      <w:r w:rsidRPr="00826A55">
        <w:rPr>
          <w:b/>
        </w:rPr>
        <w:t>List</w:t>
      </w:r>
      <w:r w:rsidR="002E4D31">
        <w:rPr>
          <w:b/>
        </w:rPr>
        <w:t>a członków – założycieli (min. 10</w:t>
      </w:r>
      <w:r w:rsidRPr="00826A55">
        <w:rPr>
          <w:b/>
        </w:rPr>
        <w:t xml:space="preserve"> osób)</w:t>
      </w:r>
    </w:p>
    <w:tbl>
      <w:tblPr>
        <w:tblStyle w:val="Tabela-Siatka"/>
        <w:tblW w:w="9556" w:type="dxa"/>
        <w:tblInd w:w="-318" w:type="dxa"/>
        <w:tblLook w:val="04A0" w:firstRow="1" w:lastRow="0" w:firstColumn="1" w:lastColumn="0" w:noHBand="0" w:noVBand="1"/>
        <w:tblCaption w:val="Lista członków - założycieli"/>
      </w:tblPr>
      <w:tblGrid>
        <w:gridCol w:w="1001"/>
        <w:gridCol w:w="3067"/>
        <w:gridCol w:w="1182"/>
        <w:gridCol w:w="2803"/>
        <w:gridCol w:w="1503"/>
      </w:tblGrid>
      <w:tr w:rsidR="00692295" w:rsidTr="00275A27">
        <w:trPr>
          <w:trHeight w:val="943"/>
          <w:tblHeader/>
        </w:trPr>
        <w:tc>
          <w:tcPr>
            <w:tcW w:w="1001" w:type="dxa"/>
            <w:vAlign w:val="center"/>
          </w:tcPr>
          <w:p w:rsidR="00692295" w:rsidRPr="00A654B6" w:rsidRDefault="00A654B6" w:rsidP="00A654B6">
            <w:pPr>
              <w:tabs>
                <w:tab w:val="left" w:pos="253"/>
              </w:tabs>
              <w:ind w:left="360" w:hanging="360"/>
              <w:jc w:val="center"/>
              <w:rPr>
                <w:b/>
              </w:rPr>
            </w:pPr>
            <w:r w:rsidRPr="00A654B6">
              <w:rPr>
                <w:b/>
              </w:rPr>
              <w:t>L.P</w:t>
            </w:r>
          </w:p>
        </w:tc>
        <w:tc>
          <w:tcPr>
            <w:tcW w:w="3067" w:type="dxa"/>
            <w:vAlign w:val="center"/>
          </w:tcPr>
          <w:p w:rsidR="00692295" w:rsidRPr="00A654B6" w:rsidRDefault="00A654B6" w:rsidP="00A654B6">
            <w:pPr>
              <w:jc w:val="center"/>
              <w:rPr>
                <w:b/>
              </w:rPr>
            </w:pPr>
            <w:r w:rsidRPr="00A654B6">
              <w:rPr>
                <w:b/>
              </w:rPr>
              <w:t>IMIĘ I NAZWISKO</w:t>
            </w:r>
          </w:p>
        </w:tc>
        <w:tc>
          <w:tcPr>
            <w:tcW w:w="1182" w:type="dxa"/>
            <w:vAlign w:val="center"/>
          </w:tcPr>
          <w:p w:rsidR="00692295" w:rsidRPr="00A654B6" w:rsidRDefault="00A654B6" w:rsidP="00A654B6">
            <w:pPr>
              <w:jc w:val="center"/>
              <w:rPr>
                <w:b/>
              </w:rPr>
            </w:pPr>
            <w:r w:rsidRPr="00A654B6">
              <w:rPr>
                <w:b/>
              </w:rPr>
              <w:t>NR ALBUMU</w:t>
            </w:r>
          </w:p>
        </w:tc>
        <w:tc>
          <w:tcPr>
            <w:tcW w:w="2803" w:type="dxa"/>
            <w:vAlign w:val="center"/>
          </w:tcPr>
          <w:p w:rsidR="00692295" w:rsidRPr="00A654B6" w:rsidRDefault="00A654B6" w:rsidP="00A654B6">
            <w:pPr>
              <w:jc w:val="center"/>
              <w:rPr>
                <w:b/>
              </w:rPr>
            </w:pPr>
            <w:r w:rsidRPr="00A654B6">
              <w:rPr>
                <w:b/>
              </w:rPr>
              <w:t>KIERUNEK STUDIÓW</w:t>
            </w:r>
          </w:p>
        </w:tc>
        <w:tc>
          <w:tcPr>
            <w:tcW w:w="1503" w:type="dxa"/>
            <w:vAlign w:val="center"/>
          </w:tcPr>
          <w:p w:rsidR="00692295" w:rsidRPr="00A654B6" w:rsidRDefault="00A654B6" w:rsidP="00A654B6">
            <w:pPr>
              <w:jc w:val="center"/>
              <w:rPr>
                <w:b/>
              </w:rPr>
            </w:pPr>
            <w:r w:rsidRPr="00A654B6">
              <w:rPr>
                <w:b/>
              </w:rPr>
              <w:t>PODPIS</w:t>
            </w:r>
          </w:p>
        </w:tc>
      </w:tr>
      <w:tr w:rsidR="00E80CBD" w:rsidTr="00275A27">
        <w:trPr>
          <w:trHeight w:val="875"/>
        </w:trPr>
        <w:tc>
          <w:tcPr>
            <w:tcW w:w="1001" w:type="dxa"/>
          </w:tcPr>
          <w:p w:rsidR="00E80CBD" w:rsidRDefault="00E80CBD" w:rsidP="00275A27">
            <w:pPr>
              <w:pStyle w:val="Akapitzlist"/>
              <w:numPr>
                <w:ilvl w:val="0"/>
                <w:numId w:val="34"/>
              </w:numPr>
              <w:tabs>
                <w:tab w:val="left" w:pos="0"/>
              </w:tabs>
              <w:spacing w:line="720" w:lineRule="auto"/>
              <w:ind w:left="0" w:firstLine="0"/>
              <w:jc w:val="center"/>
            </w:pPr>
          </w:p>
        </w:tc>
        <w:tc>
          <w:tcPr>
            <w:tcW w:w="3067" w:type="dxa"/>
          </w:tcPr>
          <w:p w:rsidR="00E80CBD" w:rsidRDefault="00E80CBD" w:rsidP="00692295"/>
        </w:tc>
        <w:tc>
          <w:tcPr>
            <w:tcW w:w="1182" w:type="dxa"/>
          </w:tcPr>
          <w:p w:rsidR="00E80CBD" w:rsidRDefault="00E80CBD" w:rsidP="00692295"/>
        </w:tc>
        <w:tc>
          <w:tcPr>
            <w:tcW w:w="2803" w:type="dxa"/>
          </w:tcPr>
          <w:p w:rsidR="00E80CBD" w:rsidRDefault="00E80CBD" w:rsidP="00692295"/>
        </w:tc>
        <w:tc>
          <w:tcPr>
            <w:tcW w:w="1503" w:type="dxa"/>
          </w:tcPr>
          <w:p w:rsidR="00E80CBD" w:rsidRDefault="00E80CBD" w:rsidP="00692295"/>
        </w:tc>
      </w:tr>
      <w:tr w:rsidR="00E80CBD" w:rsidTr="00275A27">
        <w:trPr>
          <w:trHeight w:val="943"/>
        </w:trPr>
        <w:tc>
          <w:tcPr>
            <w:tcW w:w="1001" w:type="dxa"/>
          </w:tcPr>
          <w:p w:rsidR="00E80CBD" w:rsidRDefault="00E80CBD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E80CBD" w:rsidRDefault="00E80CBD" w:rsidP="00692295"/>
        </w:tc>
        <w:tc>
          <w:tcPr>
            <w:tcW w:w="1182" w:type="dxa"/>
          </w:tcPr>
          <w:p w:rsidR="00E80CBD" w:rsidRDefault="00E80CBD" w:rsidP="00692295"/>
        </w:tc>
        <w:tc>
          <w:tcPr>
            <w:tcW w:w="2803" w:type="dxa"/>
          </w:tcPr>
          <w:p w:rsidR="00E80CBD" w:rsidRDefault="00E80CBD" w:rsidP="00692295"/>
        </w:tc>
        <w:tc>
          <w:tcPr>
            <w:tcW w:w="1503" w:type="dxa"/>
          </w:tcPr>
          <w:p w:rsidR="00E80CBD" w:rsidRDefault="00E80CBD" w:rsidP="00692295"/>
        </w:tc>
      </w:tr>
      <w:tr w:rsidR="00692295" w:rsidTr="00275A27">
        <w:trPr>
          <w:trHeight w:val="875"/>
        </w:trPr>
        <w:tc>
          <w:tcPr>
            <w:tcW w:w="1001" w:type="dxa"/>
          </w:tcPr>
          <w:p w:rsidR="00692295" w:rsidRDefault="00692295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692295" w:rsidRDefault="00692295" w:rsidP="00692295"/>
        </w:tc>
        <w:tc>
          <w:tcPr>
            <w:tcW w:w="1182" w:type="dxa"/>
          </w:tcPr>
          <w:p w:rsidR="00692295" w:rsidRDefault="00692295" w:rsidP="00692295"/>
        </w:tc>
        <w:tc>
          <w:tcPr>
            <w:tcW w:w="2803" w:type="dxa"/>
          </w:tcPr>
          <w:p w:rsidR="00692295" w:rsidRDefault="00692295" w:rsidP="00692295"/>
        </w:tc>
        <w:tc>
          <w:tcPr>
            <w:tcW w:w="1503" w:type="dxa"/>
          </w:tcPr>
          <w:p w:rsidR="00692295" w:rsidRDefault="00692295" w:rsidP="00692295"/>
        </w:tc>
      </w:tr>
      <w:tr w:rsidR="00692295" w:rsidTr="00275A27">
        <w:trPr>
          <w:trHeight w:val="943"/>
        </w:trPr>
        <w:tc>
          <w:tcPr>
            <w:tcW w:w="1001" w:type="dxa"/>
          </w:tcPr>
          <w:p w:rsidR="00692295" w:rsidRDefault="00692295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692295" w:rsidRDefault="00692295" w:rsidP="00692295"/>
        </w:tc>
        <w:tc>
          <w:tcPr>
            <w:tcW w:w="1182" w:type="dxa"/>
          </w:tcPr>
          <w:p w:rsidR="00692295" w:rsidRDefault="00692295" w:rsidP="00692295"/>
        </w:tc>
        <w:tc>
          <w:tcPr>
            <w:tcW w:w="2803" w:type="dxa"/>
          </w:tcPr>
          <w:p w:rsidR="00692295" w:rsidRDefault="00692295" w:rsidP="00692295"/>
        </w:tc>
        <w:tc>
          <w:tcPr>
            <w:tcW w:w="1503" w:type="dxa"/>
          </w:tcPr>
          <w:p w:rsidR="00692295" w:rsidRDefault="00692295" w:rsidP="00692295"/>
        </w:tc>
      </w:tr>
      <w:tr w:rsidR="00692295" w:rsidTr="00275A27">
        <w:trPr>
          <w:trHeight w:val="875"/>
        </w:trPr>
        <w:tc>
          <w:tcPr>
            <w:tcW w:w="1001" w:type="dxa"/>
          </w:tcPr>
          <w:p w:rsidR="00692295" w:rsidRDefault="00692295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692295" w:rsidRDefault="00692295" w:rsidP="00692295"/>
        </w:tc>
        <w:tc>
          <w:tcPr>
            <w:tcW w:w="1182" w:type="dxa"/>
          </w:tcPr>
          <w:p w:rsidR="00692295" w:rsidRDefault="00692295" w:rsidP="00692295"/>
        </w:tc>
        <w:tc>
          <w:tcPr>
            <w:tcW w:w="2803" w:type="dxa"/>
          </w:tcPr>
          <w:p w:rsidR="00692295" w:rsidRDefault="00692295" w:rsidP="00692295"/>
        </w:tc>
        <w:tc>
          <w:tcPr>
            <w:tcW w:w="1503" w:type="dxa"/>
          </w:tcPr>
          <w:p w:rsidR="00692295" w:rsidRDefault="00692295" w:rsidP="00692295"/>
        </w:tc>
      </w:tr>
      <w:tr w:rsidR="00692295" w:rsidTr="00275A27">
        <w:trPr>
          <w:trHeight w:val="943"/>
        </w:trPr>
        <w:tc>
          <w:tcPr>
            <w:tcW w:w="1001" w:type="dxa"/>
          </w:tcPr>
          <w:p w:rsidR="00692295" w:rsidRDefault="00692295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692295" w:rsidRDefault="00692295" w:rsidP="00692295"/>
        </w:tc>
        <w:tc>
          <w:tcPr>
            <w:tcW w:w="1182" w:type="dxa"/>
          </w:tcPr>
          <w:p w:rsidR="00692295" w:rsidRDefault="00692295" w:rsidP="00692295"/>
        </w:tc>
        <w:tc>
          <w:tcPr>
            <w:tcW w:w="2803" w:type="dxa"/>
          </w:tcPr>
          <w:p w:rsidR="00692295" w:rsidRDefault="00692295" w:rsidP="00692295"/>
        </w:tc>
        <w:tc>
          <w:tcPr>
            <w:tcW w:w="1503" w:type="dxa"/>
          </w:tcPr>
          <w:p w:rsidR="00692295" w:rsidRDefault="00692295" w:rsidP="00692295"/>
        </w:tc>
      </w:tr>
      <w:tr w:rsidR="00692295" w:rsidTr="00275A27">
        <w:trPr>
          <w:trHeight w:val="875"/>
        </w:trPr>
        <w:tc>
          <w:tcPr>
            <w:tcW w:w="1001" w:type="dxa"/>
          </w:tcPr>
          <w:p w:rsidR="00692295" w:rsidRDefault="00692295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692295" w:rsidRDefault="00692295" w:rsidP="00692295"/>
        </w:tc>
        <w:tc>
          <w:tcPr>
            <w:tcW w:w="1182" w:type="dxa"/>
          </w:tcPr>
          <w:p w:rsidR="00692295" w:rsidRDefault="00692295" w:rsidP="00692295"/>
        </w:tc>
        <w:tc>
          <w:tcPr>
            <w:tcW w:w="2803" w:type="dxa"/>
          </w:tcPr>
          <w:p w:rsidR="00692295" w:rsidRDefault="00692295" w:rsidP="00692295"/>
        </w:tc>
        <w:tc>
          <w:tcPr>
            <w:tcW w:w="1503" w:type="dxa"/>
          </w:tcPr>
          <w:p w:rsidR="00692295" w:rsidRDefault="00692295" w:rsidP="00692295"/>
        </w:tc>
      </w:tr>
      <w:tr w:rsidR="00E80CBD" w:rsidTr="00275A27">
        <w:trPr>
          <w:trHeight w:val="943"/>
        </w:trPr>
        <w:tc>
          <w:tcPr>
            <w:tcW w:w="1001" w:type="dxa"/>
          </w:tcPr>
          <w:p w:rsidR="00E80CBD" w:rsidRDefault="00E80CBD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E80CBD" w:rsidRDefault="00E80CBD" w:rsidP="00692295"/>
        </w:tc>
        <w:tc>
          <w:tcPr>
            <w:tcW w:w="1182" w:type="dxa"/>
          </w:tcPr>
          <w:p w:rsidR="00E80CBD" w:rsidRDefault="00E80CBD" w:rsidP="00692295"/>
        </w:tc>
        <w:tc>
          <w:tcPr>
            <w:tcW w:w="2803" w:type="dxa"/>
          </w:tcPr>
          <w:p w:rsidR="00E80CBD" w:rsidRDefault="00E80CBD" w:rsidP="00692295"/>
        </w:tc>
        <w:tc>
          <w:tcPr>
            <w:tcW w:w="1503" w:type="dxa"/>
          </w:tcPr>
          <w:p w:rsidR="00E80CBD" w:rsidRDefault="00E80CBD" w:rsidP="00692295"/>
        </w:tc>
      </w:tr>
      <w:tr w:rsidR="00E80CBD" w:rsidTr="00275A27">
        <w:trPr>
          <w:trHeight w:val="875"/>
        </w:trPr>
        <w:tc>
          <w:tcPr>
            <w:tcW w:w="1001" w:type="dxa"/>
          </w:tcPr>
          <w:p w:rsidR="00E80CBD" w:rsidRDefault="00E80CBD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E80CBD" w:rsidRDefault="00E80CBD" w:rsidP="00692295"/>
        </w:tc>
        <w:tc>
          <w:tcPr>
            <w:tcW w:w="1182" w:type="dxa"/>
          </w:tcPr>
          <w:p w:rsidR="00E80CBD" w:rsidRDefault="00E80CBD" w:rsidP="00692295"/>
        </w:tc>
        <w:tc>
          <w:tcPr>
            <w:tcW w:w="2803" w:type="dxa"/>
          </w:tcPr>
          <w:p w:rsidR="00E80CBD" w:rsidRDefault="00E80CBD" w:rsidP="00692295"/>
        </w:tc>
        <w:tc>
          <w:tcPr>
            <w:tcW w:w="1503" w:type="dxa"/>
          </w:tcPr>
          <w:p w:rsidR="00E80CBD" w:rsidRDefault="00E80CBD" w:rsidP="00692295"/>
        </w:tc>
      </w:tr>
      <w:tr w:rsidR="00692295" w:rsidTr="00275A27">
        <w:trPr>
          <w:trHeight w:val="943"/>
        </w:trPr>
        <w:tc>
          <w:tcPr>
            <w:tcW w:w="1001" w:type="dxa"/>
          </w:tcPr>
          <w:p w:rsidR="00692295" w:rsidRDefault="00692295" w:rsidP="00275A27">
            <w:pPr>
              <w:pStyle w:val="Akapitzlist"/>
              <w:numPr>
                <w:ilvl w:val="0"/>
                <w:numId w:val="34"/>
              </w:numPr>
              <w:tabs>
                <w:tab w:val="left" w:pos="253"/>
              </w:tabs>
              <w:ind w:left="0" w:firstLine="0"/>
              <w:jc w:val="center"/>
            </w:pPr>
          </w:p>
        </w:tc>
        <w:tc>
          <w:tcPr>
            <w:tcW w:w="3067" w:type="dxa"/>
          </w:tcPr>
          <w:p w:rsidR="00692295" w:rsidRDefault="00692295" w:rsidP="00692295"/>
        </w:tc>
        <w:tc>
          <w:tcPr>
            <w:tcW w:w="1182" w:type="dxa"/>
          </w:tcPr>
          <w:p w:rsidR="00692295" w:rsidRDefault="00692295" w:rsidP="00692295"/>
        </w:tc>
        <w:tc>
          <w:tcPr>
            <w:tcW w:w="2803" w:type="dxa"/>
          </w:tcPr>
          <w:p w:rsidR="00692295" w:rsidRDefault="00692295" w:rsidP="00692295"/>
        </w:tc>
        <w:tc>
          <w:tcPr>
            <w:tcW w:w="1503" w:type="dxa"/>
          </w:tcPr>
          <w:p w:rsidR="00692295" w:rsidRDefault="00692295" w:rsidP="00692295"/>
        </w:tc>
      </w:tr>
    </w:tbl>
    <w:p w:rsidR="00692295" w:rsidRPr="006701C0" w:rsidRDefault="00E554EC" w:rsidP="006701C0">
      <w:pPr>
        <w:ind w:firstLine="3544"/>
        <w:jc w:val="left"/>
        <w:rPr>
          <w:bCs/>
          <w:sz w:val="16"/>
        </w:rPr>
      </w:pPr>
      <w:r>
        <w:rPr>
          <w:bCs/>
        </w:rPr>
        <w:br w:type="column"/>
      </w:r>
      <w:r w:rsidR="00692295" w:rsidRPr="006701C0">
        <w:rPr>
          <w:bCs/>
          <w:sz w:val="16"/>
        </w:rPr>
        <w:lastRenderedPageBreak/>
        <w:t xml:space="preserve">Załącznik nr 2 do wniosku o rejestrację </w:t>
      </w:r>
      <w:r w:rsidR="00E80CBD" w:rsidRPr="006701C0">
        <w:rPr>
          <w:bCs/>
          <w:sz w:val="16"/>
        </w:rPr>
        <w:t xml:space="preserve">studenckiego </w:t>
      </w:r>
      <w:r w:rsidR="005B17C4">
        <w:rPr>
          <w:bCs/>
          <w:sz w:val="16"/>
        </w:rPr>
        <w:t>k</w:t>
      </w:r>
      <w:r w:rsidR="00136343">
        <w:rPr>
          <w:bCs/>
          <w:sz w:val="16"/>
        </w:rPr>
        <w:t>oła</w:t>
      </w:r>
      <w:r w:rsidR="00692295" w:rsidRPr="006701C0">
        <w:rPr>
          <w:bCs/>
          <w:sz w:val="16"/>
        </w:rPr>
        <w:t xml:space="preserve"> naukowego  </w:t>
      </w:r>
    </w:p>
    <w:p w:rsidR="009170EC" w:rsidRDefault="009170EC" w:rsidP="00692295"/>
    <w:p w:rsidR="00692295" w:rsidRDefault="009E4941" w:rsidP="00826A55">
      <w:pPr>
        <w:tabs>
          <w:tab w:val="left" w:pos="8597"/>
        </w:tabs>
        <w:spacing w:before="240" w:after="240"/>
        <w:jc w:val="center"/>
      </w:pPr>
      <w:r>
        <w:br/>
        <w:t>Ja, niżej podpisany/a</w:t>
      </w:r>
      <w:r w:rsidR="00692295">
        <w:rPr>
          <w:u w:val="dotted"/>
        </w:rPr>
        <w:tab/>
      </w:r>
      <w:r w:rsidR="00692295">
        <w:rPr>
          <w:u w:val="dotted"/>
        </w:rPr>
        <w:tab/>
      </w:r>
      <w:r w:rsidR="00D117FD">
        <w:rPr>
          <w:u w:val="dotted"/>
        </w:rPr>
        <w:t>,</w:t>
      </w:r>
      <w:r>
        <w:br/>
      </w:r>
      <w:r w:rsidR="00692295" w:rsidRPr="009D377A">
        <w:t>(tytuł naukowy</w:t>
      </w:r>
      <w:r w:rsidR="00AD5E22">
        <w:t>/zawodowy</w:t>
      </w:r>
      <w:r w:rsidR="00692295" w:rsidRPr="009D377A">
        <w:t>, imię i nazwisko)</w:t>
      </w:r>
    </w:p>
    <w:p w:rsidR="00692295" w:rsidRDefault="001620D7" w:rsidP="00096F5F">
      <w:pPr>
        <w:tabs>
          <w:tab w:val="left" w:pos="8597"/>
        </w:tabs>
        <w:rPr>
          <w:u w:val="dotted"/>
        </w:rPr>
      </w:pPr>
      <w:r>
        <w:t>pracownik dydaktyczny</w:t>
      </w:r>
      <w:r w:rsidR="009E4941">
        <w:t xml:space="preserve"> Collegi</w:t>
      </w:r>
      <w:r w:rsidR="00692295">
        <w:t xml:space="preserve">um Witelona </w:t>
      </w:r>
      <w:r w:rsidR="002D0123">
        <w:t>Uczelni</w:t>
      </w:r>
      <w:r w:rsidR="00692295">
        <w:t xml:space="preserve">a Państwowa, </w:t>
      </w:r>
      <w:r w:rsidR="009E4941">
        <w:t>wyrażam zgod</w:t>
      </w:r>
      <w:r w:rsidR="00911E95">
        <w:t>ę na objęcie</w:t>
      </w:r>
      <w:r w:rsidR="00CE6AC2">
        <w:t xml:space="preserve"> funkcji o</w:t>
      </w:r>
      <w:r w:rsidR="00F10AD6">
        <w:t>piekuna naukowego</w:t>
      </w:r>
      <w:r w:rsidR="00692295">
        <w:rPr>
          <w:u w:val="dotted"/>
        </w:rPr>
        <w:tab/>
      </w:r>
      <w:r w:rsidR="00692295">
        <w:rPr>
          <w:u w:val="dotted"/>
        </w:rPr>
        <w:tab/>
      </w:r>
    </w:p>
    <w:p w:rsidR="001620D7" w:rsidRPr="001620D7" w:rsidRDefault="001620D7" w:rsidP="004B42D4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  <w:r w:rsidR="004B42D4">
        <w:rPr>
          <w:u w:val="dotted"/>
        </w:rPr>
        <w:tab/>
      </w:r>
    </w:p>
    <w:p w:rsidR="00692295" w:rsidRDefault="00096F5F" w:rsidP="001620D7">
      <w:pPr>
        <w:spacing w:after="720"/>
        <w:contextualSpacing w:val="0"/>
        <w:jc w:val="center"/>
      </w:pPr>
      <w:r w:rsidRPr="009D377A">
        <w:t>(nazwa</w:t>
      </w:r>
      <w:r w:rsidR="00E80CBD" w:rsidRPr="009D377A">
        <w:t xml:space="preserve"> </w:t>
      </w:r>
      <w:r w:rsidR="009A0A62">
        <w:t>k</w:t>
      </w:r>
      <w:r w:rsidR="00136343">
        <w:t>oła</w:t>
      </w:r>
      <w:r w:rsidR="009A0A62">
        <w:t xml:space="preserve"> naukowego</w:t>
      </w:r>
      <w:r w:rsidR="00692295" w:rsidRPr="009D377A">
        <w:t>)</w:t>
      </w:r>
    </w:p>
    <w:p w:rsidR="00692295" w:rsidRPr="00692295" w:rsidRDefault="0088706C" w:rsidP="001620D7">
      <w:pPr>
        <w:tabs>
          <w:tab w:val="left" w:pos="8505"/>
        </w:tabs>
        <w:ind w:left="4536"/>
        <w:contextualSpacing w:val="0"/>
        <w:jc w:val="left"/>
        <w:rPr>
          <w:u w:val="dotted"/>
        </w:rPr>
      </w:pPr>
      <w:r>
        <w:rPr>
          <w:u w:val="dotted"/>
        </w:rPr>
        <w:t>Legnica,</w:t>
      </w:r>
      <w:r w:rsidR="00692295">
        <w:rPr>
          <w:u w:val="dotted"/>
        </w:rPr>
        <w:tab/>
      </w:r>
    </w:p>
    <w:p w:rsidR="009170EC" w:rsidRPr="009D377A" w:rsidRDefault="009E4941" w:rsidP="001620D7">
      <w:pPr>
        <w:ind w:firstLine="4111"/>
        <w:contextualSpacing w:val="0"/>
        <w:jc w:val="center"/>
      </w:pPr>
      <w:r w:rsidRPr="009D377A">
        <w:t>(</w:t>
      </w:r>
      <w:r w:rsidR="00692295" w:rsidRPr="009D377A">
        <w:t xml:space="preserve">data, </w:t>
      </w:r>
      <w:r w:rsidRPr="009D377A">
        <w:t>podpis opiekuna naukowego)</w:t>
      </w:r>
      <w:r w:rsidRPr="009D377A">
        <w:br/>
      </w:r>
    </w:p>
    <w:p w:rsidR="00B812D3" w:rsidRPr="00004CA5" w:rsidRDefault="009E4941" w:rsidP="006701C0">
      <w:pPr>
        <w:ind w:firstLine="3402"/>
        <w:rPr>
          <w:sz w:val="14"/>
        </w:rPr>
      </w:pPr>
      <w:r>
        <w:br w:type="page"/>
      </w:r>
      <w:r w:rsidR="00125D9B" w:rsidRPr="006701C0">
        <w:rPr>
          <w:sz w:val="16"/>
        </w:rPr>
        <w:lastRenderedPageBreak/>
        <w:t>Załącznik nr 3 do wniosku o rejestrację</w:t>
      </w:r>
      <w:r w:rsidR="00E80CBD" w:rsidRPr="006701C0">
        <w:rPr>
          <w:sz w:val="16"/>
        </w:rPr>
        <w:t xml:space="preserve"> studenckiego</w:t>
      </w:r>
      <w:r w:rsidR="00125D9B" w:rsidRPr="006701C0">
        <w:rPr>
          <w:sz w:val="16"/>
        </w:rPr>
        <w:t xml:space="preserve"> </w:t>
      </w:r>
      <w:r w:rsidR="005B17C4">
        <w:rPr>
          <w:sz w:val="16"/>
        </w:rPr>
        <w:t>k</w:t>
      </w:r>
      <w:r w:rsidR="00136343">
        <w:rPr>
          <w:sz w:val="16"/>
        </w:rPr>
        <w:t>oła</w:t>
      </w:r>
      <w:r w:rsidR="00125D9B" w:rsidRPr="006701C0">
        <w:rPr>
          <w:sz w:val="16"/>
        </w:rPr>
        <w:t xml:space="preserve"> naukowego </w:t>
      </w:r>
    </w:p>
    <w:p w:rsidR="00AE55B6" w:rsidRPr="00AE55B6" w:rsidRDefault="00647610" w:rsidP="0073520B">
      <w:pPr>
        <w:pStyle w:val="Nagwek1"/>
      </w:pPr>
      <w:r>
        <w:t>REGULAMIN</w:t>
      </w:r>
      <w:r w:rsidR="009E4941" w:rsidRPr="00AE55B6">
        <w:t xml:space="preserve"> </w:t>
      </w:r>
      <w:r w:rsidR="00136343">
        <w:t>KOŁA</w:t>
      </w:r>
      <w:r w:rsidR="009E4941" w:rsidRPr="00AE55B6">
        <w:t xml:space="preserve"> NAUKOWEGO</w:t>
      </w:r>
      <w:r w:rsidR="006F45A2">
        <w:t xml:space="preserve"> - WZÓR</w:t>
      </w:r>
      <w:r w:rsidR="00AC5D59" w:rsidRPr="00AE55B6">
        <w:t xml:space="preserve"> </w:t>
      </w:r>
    </w:p>
    <w:p w:rsidR="00AE55B6" w:rsidRPr="009D377A" w:rsidRDefault="00AE55B6" w:rsidP="00004CA5">
      <w:pPr>
        <w:jc w:val="center"/>
        <w:rPr>
          <w:sz w:val="16"/>
        </w:rPr>
      </w:pPr>
      <w:r w:rsidRPr="009D377A">
        <w:rPr>
          <w:sz w:val="16"/>
        </w:rPr>
        <w:t xml:space="preserve">(dopuszczalne jest modyfikowanie, dopisywanie/usuwanie </w:t>
      </w:r>
      <w:r w:rsidR="00A94DCB">
        <w:rPr>
          <w:sz w:val="16"/>
        </w:rPr>
        <w:t>treści</w:t>
      </w:r>
      <w:r w:rsidRPr="009D377A">
        <w:rPr>
          <w:sz w:val="16"/>
        </w:rPr>
        <w:t>, zgo</w:t>
      </w:r>
      <w:r w:rsidR="00C85140">
        <w:rPr>
          <w:sz w:val="16"/>
        </w:rPr>
        <w:t xml:space="preserve">dnie z planowaną działalnością </w:t>
      </w:r>
      <w:r w:rsidR="00DB4D1E">
        <w:rPr>
          <w:sz w:val="16"/>
        </w:rPr>
        <w:t>k</w:t>
      </w:r>
      <w:r w:rsidR="00136343">
        <w:rPr>
          <w:sz w:val="16"/>
        </w:rPr>
        <w:t>oła</w:t>
      </w:r>
      <w:r w:rsidRPr="009D377A">
        <w:rPr>
          <w:sz w:val="16"/>
        </w:rPr>
        <w:t>)</w:t>
      </w:r>
    </w:p>
    <w:p w:rsidR="00AE55B6" w:rsidRDefault="00AE55B6" w:rsidP="00004CA5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004CA5" w:rsidRDefault="00004CA5" w:rsidP="00004CA5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004CA5" w:rsidRDefault="00004CA5" w:rsidP="00004CA5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9170EC" w:rsidRPr="009D377A" w:rsidRDefault="00AE55B6" w:rsidP="00AE55B6">
      <w:pPr>
        <w:jc w:val="center"/>
      </w:pPr>
      <w:r w:rsidRPr="009D377A">
        <w:t xml:space="preserve">(nazwa </w:t>
      </w:r>
      <w:r w:rsidR="00647610">
        <w:t>k</w:t>
      </w:r>
      <w:r w:rsidR="00136343">
        <w:t>oła</w:t>
      </w:r>
      <w:r w:rsidRPr="009D377A">
        <w:t>)</w:t>
      </w:r>
    </w:p>
    <w:p w:rsidR="0073520B" w:rsidRDefault="009E4941" w:rsidP="0073520B">
      <w:pPr>
        <w:pStyle w:val="Nagwek1"/>
        <w:rPr>
          <w:rStyle w:val="Nagwek1Znak"/>
          <w:b/>
          <w:bCs/>
        </w:rPr>
      </w:pPr>
      <w:r w:rsidRPr="00997C73">
        <w:rPr>
          <w:rStyle w:val="Nagwek1Znak"/>
          <w:b/>
          <w:bCs/>
        </w:rPr>
        <w:t>§ 1.</w:t>
      </w:r>
      <w:r w:rsidR="00647610">
        <w:rPr>
          <w:rStyle w:val="Nagwek1Znak"/>
          <w:b/>
          <w:bCs/>
        </w:rPr>
        <w:t xml:space="preserve"> </w:t>
      </w:r>
    </w:p>
    <w:p w:rsidR="00125D9B" w:rsidRPr="00997C73" w:rsidRDefault="009E4941" w:rsidP="0073520B">
      <w:pPr>
        <w:pStyle w:val="Nagwek1"/>
      </w:pPr>
      <w:r w:rsidRPr="00997C73">
        <w:rPr>
          <w:rStyle w:val="Nagwek1Znak"/>
          <w:b/>
          <w:bCs/>
        </w:rPr>
        <w:t>Postanowienia ogólne</w:t>
      </w:r>
    </w:p>
    <w:p w:rsidR="00AB3CBC" w:rsidRDefault="009E4941" w:rsidP="00485393">
      <w:pPr>
        <w:pStyle w:val="Akapitzlist"/>
        <w:numPr>
          <w:ilvl w:val="0"/>
          <w:numId w:val="7"/>
        </w:numPr>
        <w:tabs>
          <w:tab w:val="left" w:pos="8597"/>
        </w:tabs>
        <w:rPr>
          <w:u w:val="dotted"/>
        </w:rPr>
      </w:pPr>
      <w:r>
        <w:t xml:space="preserve">Koło Naukowe </w:t>
      </w:r>
      <w:r w:rsidR="00B812D3" w:rsidRPr="00AB3CBC">
        <w:rPr>
          <w:u w:val="dotted"/>
        </w:rPr>
        <w:tab/>
      </w:r>
    </w:p>
    <w:p w:rsidR="00AB3CBC" w:rsidRDefault="00AB3CBC" w:rsidP="00AB3CBC">
      <w:pPr>
        <w:pStyle w:val="Akapitzlist"/>
        <w:tabs>
          <w:tab w:val="left" w:pos="8597"/>
        </w:tabs>
        <w:ind w:left="180"/>
        <w:rPr>
          <w:u w:val="dotted"/>
        </w:rPr>
      </w:pPr>
      <w:r>
        <w:rPr>
          <w:u w:val="dotted"/>
        </w:rPr>
        <w:tab/>
      </w:r>
    </w:p>
    <w:p w:rsidR="00AB3CBC" w:rsidRPr="00AB3CBC" w:rsidRDefault="006E0FE8" w:rsidP="00AB3CBC">
      <w:pPr>
        <w:pStyle w:val="Akapitzlist"/>
        <w:tabs>
          <w:tab w:val="left" w:pos="8597"/>
        </w:tabs>
        <w:ind w:left="180"/>
        <w:rPr>
          <w:u w:val="dotted"/>
        </w:rPr>
      </w:pPr>
      <w:r>
        <w:t>zwane dalej “</w:t>
      </w:r>
      <w:r w:rsidR="00241FF3">
        <w:t xml:space="preserve">Kołem” </w:t>
      </w:r>
      <w:r w:rsidR="009E4941">
        <w:t xml:space="preserve">jest studencką organizacją naukową działającą przy Collegium Witelona </w:t>
      </w:r>
      <w:r w:rsidR="002D0123">
        <w:t>Uczelni</w:t>
      </w:r>
      <w:r w:rsidR="009E4941">
        <w:t>a Państ</w:t>
      </w:r>
      <w:r w:rsidR="00D117FD">
        <w:t>wowa, zwan</w:t>
      </w:r>
      <w:r w:rsidR="00647610">
        <w:t>ym</w:t>
      </w:r>
      <w:r w:rsidR="00D117FD">
        <w:t xml:space="preserve"> dalej “Uczelnią”.</w:t>
      </w:r>
    </w:p>
    <w:p w:rsidR="0029749B" w:rsidRDefault="009E4941" w:rsidP="00826B19">
      <w:pPr>
        <w:pStyle w:val="Akapitzlist"/>
        <w:numPr>
          <w:ilvl w:val="0"/>
          <w:numId w:val="7"/>
        </w:numPr>
        <w:tabs>
          <w:tab w:val="left" w:pos="8597"/>
        </w:tabs>
      </w:pPr>
      <w:r>
        <w:t>Koło działa zgodni</w:t>
      </w:r>
      <w:r w:rsidR="002D0123">
        <w:t>e z przepisami prawa, S</w:t>
      </w:r>
      <w:r w:rsidR="0029749B">
        <w:t xml:space="preserve">tatutem </w:t>
      </w:r>
      <w:r w:rsidR="002D0123">
        <w:t>Uczelni</w:t>
      </w:r>
      <w:r>
        <w:t xml:space="preserve"> oraz </w:t>
      </w:r>
      <w:r w:rsidR="0029749B" w:rsidRPr="0029749B">
        <w:t>z</w:t>
      </w:r>
      <w:r w:rsidR="0029749B">
        <w:t>arządzeniem</w:t>
      </w:r>
      <w:r w:rsidR="0029749B" w:rsidRPr="0029749B">
        <w:t xml:space="preserve"> nr……… Rektora Collegium Witelona </w:t>
      </w:r>
      <w:r w:rsidR="002D0123">
        <w:t>Uczelni</w:t>
      </w:r>
      <w:r w:rsidR="0029749B" w:rsidRPr="0029749B">
        <w:t>a Państwowa z dnia….</w:t>
      </w:r>
      <w:r w:rsidR="00886933">
        <w:t xml:space="preserve"> r.</w:t>
      </w:r>
      <w:r w:rsidR="0029749B" w:rsidRPr="0029749B">
        <w:t xml:space="preserve"> w sprawie wprowadzenia za</w:t>
      </w:r>
      <w:r w:rsidR="0029749B">
        <w:t>sad rejestracji, działalności i </w:t>
      </w:r>
      <w:r w:rsidR="0029749B" w:rsidRPr="0029749B">
        <w:t>likwidacji studenckich kół naukowych</w:t>
      </w:r>
      <w:r w:rsidR="002D0123">
        <w:t>.</w:t>
      </w:r>
    </w:p>
    <w:p w:rsidR="00AB3CBC" w:rsidRDefault="009E4941" w:rsidP="00826B19">
      <w:pPr>
        <w:pStyle w:val="Akapitzlist"/>
        <w:numPr>
          <w:ilvl w:val="0"/>
          <w:numId w:val="7"/>
        </w:numPr>
        <w:tabs>
          <w:tab w:val="left" w:pos="8597"/>
        </w:tabs>
      </w:pPr>
      <w:r>
        <w:t xml:space="preserve">Siedzibą </w:t>
      </w:r>
      <w:r w:rsidR="00136343">
        <w:t>Koła</w:t>
      </w:r>
      <w:r>
        <w:t xml:space="preserve"> jest Collegium Witelona </w:t>
      </w:r>
      <w:r w:rsidR="002D0123">
        <w:t>Uczelni</w:t>
      </w:r>
      <w:r>
        <w:t xml:space="preserve">a Państwowa, </w:t>
      </w:r>
      <w:r w:rsidR="00AB3CBC">
        <w:t>ul. Sejmowa 5A, 59-220 Legnica.</w:t>
      </w:r>
    </w:p>
    <w:p w:rsidR="00125D9B" w:rsidRDefault="009E4941" w:rsidP="00485393">
      <w:pPr>
        <w:pStyle w:val="Akapitzlist"/>
        <w:numPr>
          <w:ilvl w:val="0"/>
          <w:numId w:val="7"/>
        </w:numPr>
        <w:tabs>
          <w:tab w:val="left" w:pos="8597"/>
        </w:tabs>
      </w:pPr>
      <w:r>
        <w:t>Koło może używać skrótu swojej nazwy oraz własnego logo (jeśli zostanie opracowane i za</w:t>
      </w:r>
      <w:r w:rsidR="00125D9B">
        <w:t>twierdzone).</w:t>
      </w:r>
    </w:p>
    <w:p w:rsidR="0073520B" w:rsidRDefault="00125D9B" w:rsidP="0073520B">
      <w:pPr>
        <w:pStyle w:val="Nagwek1"/>
        <w:rPr>
          <w:rStyle w:val="Nagwek1Znak"/>
          <w:b/>
        </w:rPr>
      </w:pPr>
      <w:r w:rsidRPr="00997C73">
        <w:rPr>
          <w:rStyle w:val="Nagwek1Znak"/>
          <w:b/>
        </w:rPr>
        <w:t>§ 2.</w:t>
      </w:r>
    </w:p>
    <w:p w:rsidR="00125D9B" w:rsidRPr="00997C73" w:rsidRDefault="00125D9B" w:rsidP="0073520B">
      <w:pPr>
        <w:pStyle w:val="Nagwek1"/>
        <w:rPr>
          <w:rStyle w:val="Nagwek1Znak"/>
          <w:b/>
        </w:rPr>
      </w:pPr>
      <w:r w:rsidRPr="00997C73">
        <w:rPr>
          <w:rStyle w:val="Nagwek1Znak"/>
          <w:b/>
        </w:rPr>
        <w:t>Cele i zadania</w:t>
      </w:r>
    </w:p>
    <w:p w:rsidR="00AB3CBC" w:rsidRPr="00AB3CBC" w:rsidRDefault="009E4941" w:rsidP="00485393">
      <w:pPr>
        <w:pStyle w:val="Akapitzlist"/>
        <w:numPr>
          <w:ilvl w:val="0"/>
          <w:numId w:val="8"/>
        </w:numPr>
        <w:tabs>
          <w:tab w:val="left" w:pos="8597"/>
        </w:tabs>
        <w:ind w:left="284" w:hanging="284"/>
        <w:rPr>
          <w:u w:val="dotted"/>
        </w:rPr>
      </w:pPr>
      <w:r>
        <w:t>Celem</w:t>
      </w:r>
      <w:r w:rsidR="00E9343A">
        <w:t xml:space="preserve"> działalności</w:t>
      </w:r>
      <w:r>
        <w:t xml:space="preserve"> </w:t>
      </w:r>
      <w:r w:rsidR="00136343">
        <w:t>Koła</w:t>
      </w:r>
      <w:r>
        <w:t xml:space="preserve"> jest </w:t>
      </w:r>
      <w:r w:rsidR="00AB3CBC" w:rsidRPr="00AB3CBC"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Pr="00AB3CBC" w:rsidRDefault="009E4941" w:rsidP="00485393">
      <w:pPr>
        <w:pStyle w:val="Akapitzlist"/>
        <w:numPr>
          <w:ilvl w:val="0"/>
          <w:numId w:val="8"/>
        </w:numPr>
        <w:tabs>
          <w:tab w:val="left" w:pos="8597"/>
        </w:tabs>
        <w:ind w:left="284" w:hanging="284"/>
        <w:rPr>
          <w:u w:val="dotted"/>
        </w:rPr>
      </w:pPr>
      <w:r>
        <w:t>Koło</w:t>
      </w:r>
      <w:r w:rsidR="00AC5D59">
        <w:t xml:space="preserve"> realizuje swoje cele poprzez:</w:t>
      </w:r>
      <w:r w:rsidR="00AB3CBC" w:rsidRPr="00AB3CBC"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Default="00AB3CBC" w:rsidP="00AB3CBC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</w:p>
    <w:p w:rsidR="00AB3CBC" w:rsidRPr="00485393" w:rsidRDefault="00AB3CBC" w:rsidP="00485393">
      <w:pPr>
        <w:tabs>
          <w:tab w:val="left" w:pos="8597"/>
        </w:tabs>
        <w:rPr>
          <w:u w:val="dotted"/>
        </w:rPr>
      </w:pPr>
      <w:r>
        <w:rPr>
          <w:u w:val="dotted"/>
        </w:rPr>
        <w:tab/>
      </w:r>
      <w:r w:rsidR="00AC5D59">
        <w:tab/>
      </w:r>
    </w:p>
    <w:p w:rsidR="0073520B" w:rsidRDefault="00AC5D59" w:rsidP="0073520B">
      <w:pPr>
        <w:pStyle w:val="Nagwek1"/>
        <w:rPr>
          <w:rStyle w:val="Nagwek1Znak"/>
          <w:b/>
        </w:rPr>
      </w:pPr>
      <w:r w:rsidRPr="00485393">
        <w:rPr>
          <w:rStyle w:val="Nagwek1Znak"/>
          <w:b/>
        </w:rPr>
        <w:t>§ 3.</w:t>
      </w:r>
    </w:p>
    <w:p w:rsidR="00AC5D59" w:rsidRPr="00485393" w:rsidRDefault="005269E6" w:rsidP="0073520B">
      <w:pPr>
        <w:pStyle w:val="Nagwek1"/>
      </w:pPr>
      <w:r>
        <w:rPr>
          <w:rStyle w:val="Nagwek1Znak"/>
          <w:b/>
        </w:rPr>
        <w:t>Zasady nabywania i utraty członkostwa</w:t>
      </w:r>
      <w:r w:rsidR="00AC5D59" w:rsidRPr="00485393">
        <w:rPr>
          <w:rStyle w:val="Nagwek1Znak"/>
          <w:b/>
        </w:rPr>
        <w:t xml:space="preserve"> </w:t>
      </w:r>
    </w:p>
    <w:p w:rsidR="0011659E" w:rsidRDefault="0011659E" w:rsidP="0011659E">
      <w:pPr>
        <w:pStyle w:val="Akapitzlist"/>
        <w:numPr>
          <w:ilvl w:val="0"/>
          <w:numId w:val="9"/>
        </w:numPr>
        <w:ind w:left="0" w:firstLine="0"/>
      </w:pPr>
      <w:r>
        <w:t xml:space="preserve"> </w:t>
      </w:r>
      <w:r w:rsidR="00AC5D59">
        <w:t>C</w:t>
      </w:r>
      <w:r w:rsidR="00136343">
        <w:t>złonkiem Koła</w:t>
      </w:r>
      <w:r w:rsidR="009E4941">
        <w:t xml:space="preserve"> może być każdy student </w:t>
      </w:r>
      <w:r w:rsidR="00524DFC">
        <w:t>Uczelni</w:t>
      </w:r>
      <w:r w:rsidR="00AC5D59">
        <w:t>.</w:t>
      </w:r>
    </w:p>
    <w:p w:rsidR="0011659E" w:rsidRDefault="0011659E" w:rsidP="0011659E">
      <w:pPr>
        <w:pStyle w:val="Akapitzlist"/>
        <w:numPr>
          <w:ilvl w:val="0"/>
          <w:numId w:val="9"/>
        </w:numPr>
        <w:ind w:left="0" w:firstLine="0"/>
      </w:pPr>
      <w:r>
        <w:t xml:space="preserve"> </w:t>
      </w:r>
      <w:r w:rsidR="0005163A">
        <w:t>Członkostwo Koła uzyskuje się wskutek uchwały Zarządu Koła akceptującej ustną deklarację członkowską złożoną podczas Walnego Zebrania Członków lub pisemną, złożoną poza Walnym Zebraniem Członków jednemu z członków Zarządu Koła.</w:t>
      </w:r>
    </w:p>
    <w:p w:rsidR="00AE4B36" w:rsidRPr="00485393" w:rsidRDefault="00C02FAE" w:rsidP="00485393">
      <w:pPr>
        <w:pStyle w:val="Akapitzlist"/>
        <w:numPr>
          <w:ilvl w:val="0"/>
          <w:numId w:val="9"/>
        </w:numPr>
        <w:ind w:left="0" w:firstLine="0"/>
        <w:rPr>
          <w:rFonts w:cs="Arial"/>
          <w:szCs w:val="18"/>
        </w:rPr>
      </w:pPr>
      <w:r w:rsidRPr="00485393">
        <w:rPr>
          <w:rFonts w:cs="Arial"/>
          <w:szCs w:val="18"/>
        </w:rPr>
        <w:t xml:space="preserve">Utrata członkostwa następuje na </w:t>
      </w:r>
      <w:r w:rsidR="00AA789F" w:rsidRPr="00485393">
        <w:rPr>
          <w:rFonts w:cs="Arial"/>
          <w:szCs w:val="18"/>
        </w:rPr>
        <w:t>skutek:</w:t>
      </w:r>
    </w:p>
    <w:p w:rsidR="00AA789F" w:rsidRPr="00485393" w:rsidRDefault="00AA789F" w:rsidP="00485393">
      <w:pPr>
        <w:pStyle w:val="Akapitzlist"/>
        <w:numPr>
          <w:ilvl w:val="0"/>
          <w:numId w:val="12"/>
        </w:numPr>
        <w:rPr>
          <w:rFonts w:cs="Arial"/>
          <w:szCs w:val="18"/>
        </w:rPr>
      </w:pPr>
      <w:r w:rsidRPr="00485393">
        <w:rPr>
          <w:rFonts w:cs="Arial"/>
          <w:szCs w:val="18"/>
        </w:rPr>
        <w:t>skreślenia z listy studentów,</w:t>
      </w:r>
    </w:p>
    <w:p w:rsidR="00AA789F" w:rsidRPr="00485393" w:rsidRDefault="00AA789F" w:rsidP="00485393">
      <w:pPr>
        <w:pStyle w:val="Akapitzlist"/>
        <w:numPr>
          <w:ilvl w:val="0"/>
          <w:numId w:val="12"/>
        </w:numPr>
        <w:rPr>
          <w:rFonts w:cs="Arial"/>
          <w:szCs w:val="18"/>
        </w:rPr>
      </w:pPr>
      <w:r w:rsidRPr="00485393">
        <w:rPr>
          <w:rFonts w:cs="Arial"/>
          <w:szCs w:val="18"/>
        </w:rPr>
        <w:t xml:space="preserve">uzyskania przez członka </w:t>
      </w:r>
      <w:r w:rsidR="002D0123">
        <w:rPr>
          <w:rFonts w:cs="Arial"/>
          <w:szCs w:val="18"/>
        </w:rPr>
        <w:t xml:space="preserve">Koła </w:t>
      </w:r>
      <w:r w:rsidRPr="00485393">
        <w:rPr>
          <w:rFonts w:cs="Arial"/>
          <w:szCs w:val="18"/>
        </w:rPr>
        <w:t>statusu absolwenta,</w:t>
      </w:r>
    </w:p>
    <w:p w:rsidR="00AA789F" w:rsidRPr="00485393" w:rsidRDefault="00C70A07" w:rsidP="00485393">
      <w:pPr>
        <w:pStyle w:val="Akapitzlist"/>
        <w:numPr>
          <w:ilvl w:val="0"/>
          <w:numId w:val="12"/>
        </w:numPr>
        <w:rPr>
          <w:rFonts w:cs="Arial"/>
          <w:szCs w:val="18"/>
        </w:rPr>
      </w:pPr>
      <w:r>
        <w:rPr>
          <w:rFonts w:cs="Arial"/>
          <w:szCs w:val="18"/>
        </w:rPr>
        <w:t>decyzji Z</w:t>
      </w:r>
      <w:r w:rsidR="00DE5A1E">
        <w:rPr>
          <w:rFonts w:cs="Arial"/>
          <w:szCs w:val="18"/>
        </w:rPr>
        <w:t xml:space="preserve">arządu np. w przypadku </w:t>
      </w:r>
      <w:r w:rsidR="00423185">
        <w:rPr>
          <w:rFonts w:cs="Arial"/>
          <w:szCs w:val="18"/>
        </w:rPr>
        <w:t xml:space="preserve">braku zaangażowania w </w:t>
      </w:r>
      <w:r>
        <w:rPr>
          <w:rFonts w:cs="Arial"/>
          <w:szCs w:val="18"/>
        </w:rPr>
        <w:t>działalność</w:t>
      </w:r>
      <w:r w:rsidR="00423185">
        <w:rPr>
          <w:rFonts w:cs="Arial"/>
          <w:szCs w:val="18"/>
        </w:rPr>
        <w:t xml:space="preserve"> </w:t>
      </w:r>
      <w:r w:rsidR="00136343">
        <w:rPr>
          <w:rFonts w:cs="Arial"/>
          <w:szCs w:val="18"/>
        </w:rPr>
        <w:t>Koła</w:t>
      </w:r>
      <w:r w:rsidR="00AA789F" w:rsidRPr="00485393">
        <w:rPr>
          <w:rFonts w:cs="Arial"/>
          <w:szCs w:val="18"/>
        </w:rPr>
        <w:t>,</w:t>
      </w:r>
    </w:p>
    <w:p w:rsidR="00AA789F" w:rsidRPr="00485393" w:rsidRDefault="00C02FAE" w:rsidP="00485393">
      <w:pPr>
        <w:pStyle w:val="Akapitzlist"/>
        <w:numPr>
          <w:ilvl w:val="0"/>
          <w:numId w:val="12"/>
        </w:numPr>
        <w:rPr>
          <w:rFonts w:cs="Arial"/>
          <w:szCs w:val="18"/>
        </w:rPr>
      </w:pPr>
      <w:r w:rsidRPr="00485393">
        <w:rPr>
          <w:rFonts w:cs="Arial"/>
          <w:szCs w:val="18"/>
        </w:rPr>
        <w:t>z</w:t>
      </w:r>
      <w:r w:rsidR="00DE5A1E">
        <w:rPr>
          <w:rFonts w:cs="Arial"/>
          <w:szCs w:val="18"/>
        </w:rPr>
        <w:t>łożenia pisem</w:t>
      </w:r>
      <w:r w:rsidR="002D0123">
        <w:rPr>
          <w:rFonts w:cs="Arial"/>
          <w:szCs w:val="18"/>
        </w:rPr>
        <w:t>nej rezygnacji do Z</w:t>
      </w:r>
      <w:r w:rsidR="00423185">
        <w:rPr>
          <w:rFonts w:cs="Arial"/>
          <w:szCs w:val="18"/>
        </w:rPr>
        <w:t>arządu</w:t>
      </w:r>
      <w:r w:rsidRPr="00485393">
        <w:rPr>
          <w:rFonts w:cs="Arial"/>
          <w:szCs w:val="18"/>
        </w:rPr>
        <w:t>,</w:t>
      </w:r>
    </w:p>
    <w:p w:rsidR="00AA789F" w:rsidRPr="00485393" w:rsidRDefault="00AA789F" w:rsidP="00485393">
      <w:pPr>
        <w:pStyle w:val="Akapitzlist"/>
        <w:numPr>
          <w:ilvl w:val="0"/>
          <w:numId w:val="12"/>
        </w:numPr>
        <w:rPr>
          <w:rFonts w:cs="Arial"/>
          <w:szCs w:val="18"/>
        </w:rPr>
      </w:pPr>
      <w:r w:rsidRPr="00485393">
        <w:rPr>
          <w:rFonts w:cs="Arial"/>
          <w:szCs w:val="18"/>
        </w:rPr>
        <w:t xml:space="preserve">rażącego naruszenia </w:t>
      </w:r>
      <w:r w:rsidR="001406D2">
        <w:rPr>
          <w:rFonts w:cs="Arial"/>
          <w:szCs w:val="18"/>
        </w:rPr>
        <w:t>przepisów</w:t>
      </w:r>
      <w:r w:rsidR="00423185">
        <w:rPr>
          <w:rFonts w:cs="Arial"/>
          <w:szCs w:val="18"/>
        </w:rPr>
        <w:t xml:space="preserve"> prawa</w:t>
      </w:r>
      <w:r w:rsidR="002D0123">
        <w:rPr>
          <w:rFonts w:cs="Arial"/>
          <w:szCs w:val="18"/>
        </w:rPr>
        <w:t>, S</w:t>
      </w:r>
      <w:r w:rsidRPr="00485393">
        <w:rPr>
          <w:rFonts w:cs="Arial"/>
          <w:szCs w:val="18"/>
        </w:rPr>
        <w:t xml:space="preserve">tatutu </w:t>
      </w:r>
      <w:r w:rsidR="002D0123">
        <w:rPr>
          <w:rFonts w:cs="Arial"/>
          <w:szCs w:val="18"/>
        </w:rPr>
        <w:t>Uczelni</w:t>
      </w:r>
      <w:r w:rsidRPr="00485393">
        <w:rPr>
          <w:rFonts w:cs="Arial"/>
          <w:szCs w:val="18"/>
        </w:rPr>
        <w:t xml:space="preserve">, </w:t>
      </w:r>
      <w:r w:rsidR="00DB4D1E">
        <w:rPr>
          <w:rFonts w:cs="Arial"/>
          <w:szCs w:val="18"/>
        </w:rPr>
        <w:t>r</w:t>
      </w:r>
      <w:r w:rsidR="00423185">
        <w:rPr>
          <w:rFonts w:cs="Arial"/>
          <w:szCs w:val="18"/>
        </w:rPr>
        <w:t xml:space="preserve">egulaminu studiów lub </w:t>
      </w:r>
      <w:r w:rsidR="005011D1">
        <w:rPr>
          <w:rFonts w:cs="Arial"/>
          <w:szCs w:val="18"/>
        </w:rPr>
        <w:t>r</w:t>
      </w:r>
      <w:r w:rsidR="009B3A80">
        <w:rPr>
          <w:rFonts w:cs="Arial"/>
          <w:szCs w:val="18"/>
        </w:rPr>
        <w:t>egulaminu</w:t>
      </w:r>
      <w:r w:rsidR="00423185">
        <w:rPr>
          <w:rFonts w:cs="Arial"/>
          <w:szCs w:val="18"/>
        </w:rPr>
        <w:t xml:space="preserve"> </w:t>
      </w:r>
      <w:r w:rsidR="00136343">
        <w:rPr>
          <w:rFonts w:cs="Arial"/>
          <w:szCs w:val="18"/>
        </w:rPr>
        <w:t>Koła</w:t>
      </w:r>
      <w:r w:rsidRPr="00485393">
        <w:rPr>
          <w:rFonts w:cs="Arial"/>
          <w:szCs w:val="18"/>
        </w:rPr>
        <w:t>,</w:t>
      </w:r>
    </w:p>
    <w:p w:rsidR="00AA789F" w:rsidRDefault="00AA789F" w:rsidP="00485393">
      <w:pPr>
        <w:pStyle w:val="Akapitzlist"/>
        <w:numPr>
          <w:ilvl w:val="0"/>
          <w:numId w:val="12"/>
        </w:numPr>
        <w:rPr>
          <w:rFonts w:cs="Arial"/>
          <w:szCs w:val="18"/>
        </w:rPr>
      </w:pPr>
      <w:r w:rsidRPr="00485393">
        <w:rPr>
          <w:rFonts w:cs="Arial"/>
          <w:szCs w:val="18"/>
        </w:rPr>
        <w:t>śmierci członka</w:t>
      </w:r>
      <w:r w:rsidR="00423185">
        <w:rPr>
          <w:rFonts w:cs="Arial"/>
          <w:szCs w:val="18"/>
        </w:rPr>
        <w:t xml:space="preserve"> </w:t>
      </w:r>
      <w:r w:rsidR="00136343">
        <w:rPr>
          <w:rFonts w:cs="Arial"/>
          <w:szCs w:val="18"/>
        </w:rPr>
        <w:t>Koła</w:t>
      </w:r>
      <w:r w:rsidRPr="00485393">
        <w:rPr>
          <w:rFonts w:cs="Arial"/>
          <w:szCs w:val="18"/>
        </w:rPr>
        <w:t>.</w:t>
      </w:r>
    </w:p>
    <w:p w:rsidR="005269E6" w:rsidRDefault="005269E6" w:rsidP="005269E6">
      <w:pPr>
        <w:pStyle w:val="Nagwek1"/>
        <w:rPr>
          <w:rStyle w:val="Nagwek1Znak"/>
          <w:b/>
        </w:rPr>
      </w:pPr>
      <w:r>
        <w:rPr>
          <w:rStyle w:val="Nagwek1Znak"/>
          <w:b/>
        </w:rPr>
        <w:lastRenderedPageBreak/>
        <w:t>§ 4</w:t>
      </w:r>
      <w:r w:rsidRPr="00485393">
        <w:rPr>
          <w:rStyle w:val="Nagwek1Znak"/>
          <w:b/>
        </w:rPr>
        <w:t>.</w:t>
      </w:r>
    </w:p>
    <w:p w:rsidR="005269E6" w:rsidRDefault="005269E6" w:rsidP="005269E6">
      <w:pPr>
        <w:pStyle w:val="Nagwek1"/>
      </w:pPr>
      <w:r>
        <w:rPr>
          <w:rStyle w:val="Nagwek1Znak"/>
          <w:b/>
        </w:rPr>
        <w:t>Prawa i obowiązki członków</w:t>
      </w:r>
    </w:p>
    <w:p w:rsidR="005269E6" w:rsidRPr="005269E6" w:rsidRDefault="005269E6" w:rsidP="005269E6">
      <w:pPr>
        <w:numPr>
          <w:ilvl w:val="0"/>
          <w:numId w:val="29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Członkowie Koła posiadają prawo do:</w:t>
      </w:r>
    </w:p>
    <w:p w:rsidR="005269E6" w:rsidRPr="005269E6" w:rsidRDefault="005269E6" w:rsidP="005269E6">
      <w:pPr>
        <w:numPr>
          <w:ilvl w:val="0"/>
          <w:numId w:val="10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 xml:space="preserve">uczestniczenia w działalności Koła, </w:t>
      </w:r>
    </w:p>
    <w:p w:rsidR="005269E6" w:rsidRPr="005269E6" w:rsidRDefault="005269E6" w:rsidP="005269E6">
      <w:pPr>
        <w:numPr>
          <w:ilvl w:val="0"/>
          <w:numId w:val="10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 xml:space="preserve">udziału w wyborach do władz Koła, </w:t>
      </w:r>
    </w:p>
    <w:p w:rsidR="005269E6" w:rsidRPr="005269E6" w:rsidRDefault="005269E6" w:rsidP="005269E6">
      <w:pPr>
        <w:numPr>
          <w:ilvl w:val="0"/>
          <w:numId w:val="10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korzystania ze sprzętów i urządzeń należących do Koła, zgodnie z obowiązującymi zasadami,</w:t>
      </w:r>
    </w:p>
    <w:p w:rsidR="005269E6" w:rsidRPr="005269E6" w:rsidRDefault="005269E6" w:rsidP="005269E6">
      <w:pPr>
        <w:numPr>
          <w:ilvl w:val="0"/>
          <w:numId w:val="10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korzystania z pomocy w realizacji założeń naukowych,</w:t>
      </w:r>
    </w:p>
    <w:p w:rsidR="005269E6" w:rsidRPr="005269E6" w:rsidRDefault="005269E6" w:rsidP="005269E6">
      <w:pPr>
        <w:numPr>
          <w:ilvl w:val="0"/>
          <w:numId w:val="10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składania postulatów i petycji do władz Koła,</w:t>
      </w:r>
    </w:p>
    <w:p w:rsidR="005269E6" w:rsidRPr="005269E6" w:rsidRDefault="005269E6" w:rsidP="005269E6">
      <w:pPr>
        <w:numPr>
          <w:ilvl w:val="0"/>
          <w:numId w:val="10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odwołania się od decyzji Zarządu do Walnego Zebrania Członków.</w:t>
      </w:r>
    </w:p>
    <w:p w:rsidR="005269E6" w:rsidRPr="005269E6" w:rsidRDefault="005269E6" w:rsidP="005269E6">
      <w:pPr>
        <w:numPr>
          <w:ilvl w:val="0"/>
          <w:numId w:val="29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 xml:space="preserve"> Członkowie Koła zobowiązani są do:</w:t>
      </w:r>
    </w:p>
    <w:p w:rsidR="005269E6" w:rsidRPr="005269E6" w:rsidRDefault="005269E6" w:rsidP="005269E6">
      <w:pPr>
        <w:numPr>
          <w:ilvl w:val="0"/>
          <w:numId w:val="11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przestrzegania postanowień niniejszego Regulaminu oraz uchwał Zarządu,</w:t>
      </w:r>
    </w:p>
    <w:p w:rsidR="005269E6" w:rsidRPr="005269E6" w:rsidRDefault="005269E6" w:rsidP="005269E6">
      <w:pPr>
        <w:numPr>
          <w:ilvl w:val="0"/>
          <w:numId w:val="11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uczestniczenia w obradach Koła,</w:t>
      </w:r>
    </w:p>
    <w:p w:rsidR="005269E6" w:rsidRPr="005269E6" w:rsidRDefault="005269E6" w:rsidP="005269E6">
      <w:pPr>
        <w:numPr>
          <w:ilvl w:val="0"/>
          <w:numId w:val="11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rzetelnego wykonywania obowiązków wobec Koła oraz Uczelni,</w:t>
      </w:r>
    </w:p>
    <w:p w:rsidR="005269E6" w:rsidRPr="005269E6" w:rsidRDefault="005269E6" w:rsidP="005269E6">
      <w:pPr>
        <w:numPr>
          <w:ilvl w:val="0"/>
          <w:numId w:val="11"/>
        </w:numPr>
        <w:rPr>
          <w:rFonts w:cs="Arial"/>
          <w:szCs w:val="18"/>
        </w:rPr>
      </w:pPr>
      <w:r w:rsidRPr="005269E6">
        <w:rPr>
          <w:rFonts w:cs="Arial"/>
          <w:szCs w:val="18"/>
        </w:rPr>
        <w:t>składania odpowiednich wyjaśnień na wniosek władz Koła.</w:t>
      </w:r>
    </w:p>
    <w:p w:rsidR="005269E6" w:rsidRDefault="005269E6" w:rsidP="005269E6">
      <w:pPr>
        <w:pStyle w:val="Nagwek1"/>
      </w:pPr>
      <w:r>
        <w:t xml:space="preserve">§ 5. </w:t>
      </w:r>
    </w:p>
    <w:p w:rsidR="005269E6" w:rsidRDefault="005269E6" w:rsidP="005269E6">
      <w:pPr>
        <w:pStyle w:val="Nagwek1"/>
      </w:pPr>
      <w:r>
        <w:t xml:space="preserve">Zasady podejmowania uchwał </w:t>
      </w:r>
    </w:p>
    <w:p w:rsidR="005269E6" w:rsidRDefault="005269E6" w:rsidP="005269E6">
      <w:pPr>
        <w:numPr>
          <w:ilvl w:val="0"/>
          <w:numId w:val="15"/>
        </w:numPr>
      </w:pPr>
      <w:r w:rsidRPr="005269E6">
        <w:t>Walne Zebranie Członków podejmuje uchwały zwykłą większością głosów, w obecności co najmniej połowy członków</w:t>
      </w:r>
      <w:r w:rsidR="00DB4D1E">
        <w:t xml:space="preserve"> upoważnionych do głosowania</w:t>
      </w:r>
      <w:r w:rsidRPr="005269E6">
        <w:t xml:space="preserve">. </w:t>
      </w:r>
    </w:p>
    <w:p w:rsidR="005269E6" w:rsidRDefault="005269E6" w:rsidP="005269E6">
      <w:pPr>
        <w:pStyle w:val="Akapitzlist"/>
        <w:numPr>
          <w:ilvl w:val="0"/>
          <w:numId w:val="15"/>
        </w:numPr>
      </w:pPr>
      <w:r>
        <w:t>Zarząd Koła podejmuje uchwały zwykłą większością gł</w:t>
      </w:r>
      <w:r w:rsidR="00B97E67">
        <w:t>osów we wszystkich sprawach nie</w:t>
      </w:r>
      <w:r>
        <w:t>zastrzeżonych dla kompetencji Walnego Zebrania Członków, w obecności co najmniej połowy członków.</w:t>
      </w:r>
    </w:p>
    <w:p w:rsidR="005269E6" w:rsidRDefault="005269E6" w:rsidP="0073520B">
      <w:pPr>
        <w:pStyle w:val="Akapitzlist"/>
        <w:numPr>
          <w:ilvl w:val="0"/>
          <w:numId w:val="15"/>
        </w:numPr>
      </w:pPr>
      <w:r>
        <w:t>W przypadku równej ilości głosów decyduje głos Przewodniczącego Koła.</w:t>
      </w:r>
    </w:p>
    <w:p w:rsidR="005561A1" w:rsidRDefault="005561A1" w:rsidP="005561A1">
      <w:pPr>
        <w:pStyle w:val="Nagwek1"/>
        <w:rPr>
          <w:rStyle w:val="Nagwek1Znak"/>
          <w:b/>
          <w:bCs/>
        </w:rPr>
      </w:pPr>
      <w:r>
        <w:rPr>
          <w:rStyle w:val="Nagwek1Znak"/>
          <w:b/>
          <w:bCs/>
        </w:rPr>
        <w:t>§ 6</w:t>
      </w:r>
      <w:r w:rsidRPr="008134A4">
        <w:rPr>
          <w:rStyle w:val="Nagwek1Znak"/>
          <w:b/>
          <w:bCs/>
        </w:rPr>
        <w:t xml:space="preserve">. </w:t>
      </w:r>
    </w:p>
    <w:p w:rsidR="00295831" w:rsidRPr="00295831" w:rsidRDefault="00295831" w:rsidP="00295831">
      <w:pPr>
        <w:pStyle w:val="Nagwek1"/>
      </w:pPr>
      <w:r>
        <w:rPr>
          <w:rStyle w:val="Nagwek1Znak"/>
          <w:b/>
          <w:bCs/>
        </w:rPr>
        <w:t>Władze</w:t>
      </w:r>
    </w:p>
    <w:p w:rsidR="00AC5D59" w:rsidRDefault="009E4941" w:rsidP="00485393">
      <w:pPr>
        <w:pStyle w:val="Akapitzlist"/>
        <w:numPr>
          <w:ilvl w:val="0"/>
          <w:numId w:val="13"/>
        </w:numPr>
      </w:pPr>
      <w:r>
        <w:t>W</w:t>
      </w:r>
      <w:r w:rsidR="00921595">
        <w:t xml:space="preserve">ładzami </w:t>
      </w:r>
      <w:r w:rsidR="00136343">
        <w:t>Koła</w:t>
      </w:r>
      <w:r w:rsidR="008F2C46">
        <w:t xml:space="preserve"> są: Walne Zebranie Członków oraz</w:t>
      </w:r>
      <w:r w:rsidR="00623BD2">
        <w:t xml:space="preserve"> Z</w:t>
      </w:r>
      <w:r>
        <w:t>arzą</w:t>
      </w:r>
      <w:r w:rsidR="00AC5D59">
        <w:t>d.</w:t>
      </w:r>
    </w:p>
    <w:p w:rsidR="005561A1" w:rsidRDefault="005561A1" w:rsidP="005561A1">
      <w:pPr>
        <w:pStyle w:val="Akapitzlist"/>
        <w:numPr>
          <w:ilvl w:val="0"/>
          <w:numId w:val="13"/>
        </w:numPr>
      </w:pPr>
      <w:r w:rsidRPr="00606182">
        <w:t xml:space="preserve">Kadencja </w:t>
      </w:r>
      <w:r w:rsidR="00780BA7">
        <w:t>Zarządu</w:t>
      </w:r>
      <w:r>
        <w:t xml:space="preserve"> Koła</w:t>
      </w:r>
      <w:r w:rsidRPr="00606182">
        <w:t xml:space="preserve"> trwa dwa lata</w:t>
      </w:r>
      <w:r>
        <w:t>.</w:t>
      </w:r>
    </w:p>
    <w:p w:rsidR="00244931" w:rsidRDefault="00623BD2" w:rsidP="00406EAC">
      <w:pPr>
        <w:pStyle w:val="Akapitzlist"/>
        <w:numPr>
          <w:ilvl w:val="0"/>
          <w:numId w:val="13"/>
        </w:numPr>
      </w:pPr>
      <w:r>
        <w:t>Walne Z</w:t>
      </w:r>
      <w:r w:rsidR="009E4941">
        <w:t>ebranie</w:t>
      </w:r>
      <w:r>
        <w:t xml:space="preserve"> C</w:t>
      </w:r>
      <w:r w:rsidR="008C0614">
        <w:t>zło</w:t>
      </w:r>
      <w:r>
        <w:t>n</w:t>
      </w:r>
      <w:r w:rsidR="008C0614">
        <w:t>ków</w:t>
      </w:r>
      <w:r w:rsidR="009E4941">
        <w:t xml:space="preserve"> jest najwyższą władzą </w:t>
      </w:r>
      <w:r w:rsidR="00136343">
        <w:t>Koła</w:t>
      </w:r>
      <w:r w:rsidR="001406D2">
        <w:t xml:space="preserve"> i</w:t>
      </w:r>
      <w:r>
        <w:t xml:space="preserve"> wybiera Z</w:t>
      </w:r>
      <w:r w:rsidR="009E4941">
        <w:t>a</w:t>
      </w:r>
      <w:r w:rsidR="00AC5D59">
        <w:t>rząd</w:t>
      </w:r>
      <w:r>
        <w:t xml:space="preserve"> </w:t>
      </w:r>
      <w:r w:rsidR="005269E6">
        <w:t xml:space="preserve">zwykłą </w:t>
      </w:r>
      <w:r>
        <w:t>wię</w:t>
      </w:r>
      <w:r w:rsidR="00AA789F">
        <w:t>k</w:t>
      </w:r>
      <w:r>
        <w:t>sz</w:t>
      </w:r>
      <w:r w:rsidR="005561A1">
        <w:t>ością głosów</w:t>
      </w:r>
      <w:r w:rsidR="001406D2">
        <w:t>, podcza</w:t>
      </w:r>
      <w:r w:rsidR="00406EAC">
        <w:t>s wspólnego zebrania wyborczego</w:t>
      </w:r>
      <w:r w:rsidR="005C7316">
        <w:t>, w obecności co najmniej 2/3 członków uprawnionych do głosowania.</w:t>
      </w:r>
    </w:p>
    <w:p w:rsidR="00244931" w:rsidRDefault="001406D2" w:rsidP="00295831">
      <w:pPr>
        <w:pStyle w:val="Akapitzlist"/>
        <w:numPr>
          <w:ilvl w:val="0"/>
          <w:numId w:val="13"/>
        </w:numPr>
      </w:pPr>
      <w:r>
        <w:t>Zasady zawarte w ust</w:t>
      </w:r>
      <w:r w:rsidR="00244931">
        <w:t xml:space="preserve">. </w:t>
      </w:r>
      <w:r w:rsidR="00822819">
        <w:t>2</w:t>
      </w:r>
      <w:r>
        <w:t xml:space="preserve"> i </w:t>
      </w:r>
      <w:r w:rsidR="00822819">
        <w:t>3</w:t>
      </w:r>
      <w:r w:rsidR="00244931">
        <w:t xml:space="preserve"> niniejszego paragrafu </w:t>
      </w:r>
      <w:r>
        <w:t>stosuje się odpowiednio</w:t>
      </w:r>
      <w:r w:rsidR="00244931">
        <w:t xml:space="preserve"> do wyborów uzupełniających w przypadku odwołania</w:t>
      </w:r>
      <w:r>
        <w:t xml:space="preserve"> członka Zarządu</w:t>
      </w:r>
      <w:r w:rsidR="00244931">
        <w:t xml:space="preserve"> przed upływem kadencji </w:t>
      </w:r>
      <w:r>
        <w:t>lub jego</w:t>
      </w:r>
      <w:r w:rsidR="00244931">
        <w:t xml:space="preserve"> skreślenia </w:t>
      </w:r>
      <w:r>
        <w:br/>
      </w:r>
      <w:r w:rsidR="00244931">
        <w:t>z listy członków Koła.</w:t>
      </w:r>
    </w:p>
    <w:p w:rsidR="00244931" w:rsidRDefault="00A64F01" w:rsidP="00295831">
      <w:pPr>
        <w:pStyle w:val="Akapitzlist"/>
        <w:numPr>
          <w:ilvl w:val="0"/>
          <w:numId w:val="13"/>
        </w:numPr>
      </w:pPr>
      <w:r>
        <w:t>Po objęciu funkcji w</w:t>
      </w:r>
      <w:r w:rsidR="00244931">
        <w:t>ładze Koła są zo</w:t>
      </w:r>
      <w:r>
        <w:t>bowiązane</w:t>
      </w:r>
      <w:r w:rsidR="00244931">
        <w:t xml:space="preserve"> do przekazania rektorowi informacji o wynikach wyborów w ciągu 14 dni od </w:t>
      </w:r>
      <w:r>
        <w:t>dnia ich przeprowadzenia</w:t>
      </w:r>
      <w:r w:rsidR="00244931">
        <w:t>.</w:t>
      </w:r>
    </w:p>
    <w:p w:rsidR="005009A2" w:rsidRDefault="00E31B97" w:rsidP="0073520B">
      <w:pPr>
        <w:pStyle w:val="Nagwek1"/>
      </w:pPr>
      <w:r>
        <w:t>§ 7</w:t>
      </w:r>
      <w:r w:rsidR="00EF4097">
        <w:t>.</w:t>
      </w:r>
      <w:r w:rsidR="0077439A">
        <w:t xml:space="preserve"> </w:t>
      </w:r>
    </w:p>
    <w:p w:rsidR="0077439A" w:rsidRDefault="0077439A" w:rsidP="0073520B">
      <w:pPr>
        <w:pStyle w:val="Nagwek1"/>
      </w:pPr>
      <w:r>
        <w:t xml:space="preserve">Kompetencje </w:t>
      </w:r>
      <w:r w:rsidR="00B049C9">
        <w:t>władz</w:t>
      </w:r>
      <w:r>
        <w:t xml:space="preserve"> </w:t>
      </w:r>
    </w:p>
    <w:p w:rsidR="00EF4097" w:rsidRDefault="0077439A" w:rsidP="00295831">
      <w:pPr>
        <w:pStyle w:val="Akapitzlist"/>
        <w:numPr>
          <w:ilvl w:val="0"/>
          <w:numId w:val="30"/>
        </w:numPr>
      </w:pPr>
      <w:r w:rsidRPr="0029546D">
        <w:t>D</w:t>
      </w:r>
      <w:r w:rsidR="00623BD2">
        <w:t>o kompetencji Walnego Zebrania C</w:t>
      </w:r>
      <w:r w:rsidRPr="0029546D">
        <w:t>złonków należy:</w:t>
      </w:r>
    </w:p>
    <w:p w:rsidR="0077439A" w:rsidRPr="0029546D" w:rsidRDefault="0077439A" w:rsidP="00EF4097">
      <w:pPr>
        <w:pStyle w:val="Akapitzlist"/>
        <w:numPr>
          <w:ilvl w:val="0"/>
          <w:numId w:val="23"/>
        </w:numPr>
      </w:pPr>
      <w:r w:rsidRPr="0029546D">
        <w:t xml:space="preserve">uchwalanie planu pracy </w:t>
      </w:r>
      <w:r w:rsidR="00136343">
        <w:t>Koła</w:t>
      </w:r>
      <w:r w:rsidRPr="0029546D">
        <w:t>,</w:t>
      </w:r>
    </w:p>
    <w:p w:rsidR="00485393" w:rsidRDefault="0077439A" w:rsidP="00EF4097">
      <w:pPr>
        <w:pStyle w:val="Akapitzlist"/>
        <w:numPr>
          <w:ilvl w:val="0"/>
          <w:numId w:val="23"/>
        </w:numPr>
      </w:pPr>
      <w:r w:rsidRPr="0029546D">
        <w:t>uchwalanie budżetu,</w:t>
      </w:r>
    </w:p>
    <w:p w:rsidR="0077439A" w:rsidRPr="0029546D" w:rsidRDefault="00DB4D1E" w:rsidP="00EF4097">
      <w:pPr>
        <w:pStyle w:val="Akapitzlist"/>
        <w:numPr>
          <w:ilvl w:val="0"/>
          <w:numId w:val="23"/>
        </w:numPr>
      </w:pPr>
      <w:r>
        <w:t>powoływa</w:t>
      </w:r>
      <w:r w:rsidR="0077439A" w:rsidRPr="0029546D">
        <w:t xml:space="preserve">nie i odwoływanie Zarządu </w:t>
      </w:r>
      <w:r w:rsidR="00136343">
        <w:t>Koła</w:t>
      </w:r>
      <w:r w:rsidR="006F45A2">
        <w:t>,</w:t>
      </w:r>
    </w:p>
    <w:p w:rsidR="0077439A" w:rsidRPr="0029546D" w:rsidRDefault="0077439A" w:rsidP="00EF4097">
      <w:pPr>
        <w:pStyle w:val="Akapitzlist"/>
        <w:numPr>
          <w:ilvl w:val="0"/>
          <w:numId w:val="23"/>
        </w:numPr>
      </w:pPr>
      <w:r w:rsidRPr="0029546D">
        <w:t xml:space="preserve">uchwalanie </w:t>
      </w:r>
      <w:r w:rsidR="00EF4097">
        <w:t xml:space="preserve">Regulaminu Koła </w:t>
      </w:r>
      <w:r w:rsidRPr="0029546D">
        <w:t>lub zmian w nim,</w:t>
      </w:r>
    </w:p>
    <w:p w:rsidR="0077439A" w:rsidRDefault="0077439A" w:rsidP="00EF4097">
      <w:pPr>
        <w:pStyle w:val="Akapitzlist"/>
        <w:numPr>
          <w:ilvl w:val="0"/>
          <w:numId w:val="23"/>
        </w:numPr>
      </w:pPr>
      <w:r w:rsidRPr="0029546D">
        <w:t xml:space="preserve">podejmowanie decyzji o rozwiązaniu </w:t>
      </w:r>
      <w:r w:rsidR="00136343">
        <w:t>Koła</w:t>
      </w:r>
      <w:r w:rsidR="00B014C2">
        <w:t>,</w:t>
      </w:r>
    </w:p>
    <w:p w:rsidR="00485393" w:rsidRDefault="0029546D" w:rsidP="00EF4097">
      <w:pPr>
        <w:pStyle w:val="Akapitzlist"/>
        <w:numPr>
          <w:ilvl w:val="0"/>
          <w:numId w:val="23"/>
        </w:numPr>
      </w:pPr>
      <w:r>
        <w:t>……………………………………………………….</w:t>
      </w:r>
    </w:p>
    <w:p w:rsidR="0029546D" w:rsidRPr="00485393" w:rsidRDefault="00623BD2" w:rsidP="00295831">
      <w:pPr>
        <w:pStyle w:val="Akapitzlist"/>
        <w:numPr>
          <w:ilvl w:val="0"/>
          <w:numId w:val="30"/>
        </w:numPr>
      </w:pPr>
      <w:r>
        <w:t>Do kompetencji Z</w:t>
      </w:r>
      <w:r w:rsidR="0029546D" w:rsidRPr="00485393">
        <w:t>arządu należy:</w:t>
      </w:r>
    </w:p>
    <w:p w:rsidR="0029546D" w:rsidRDefault="0073712A" w:rsidP="00485393">
      <w:pPr>
        <w:pStyle w:val="Akapitzlist"/>
        <w:numPr>
          <w:ilvl w:val="0"/>
          <w:numId w:val="17"/>
        </w:numPr>
      </w:pPr>
      <w:r>
        <w:t xml:space="preserve">kierowanie działalnością </w:t>
      </w:r>
      <w:r w:rsidR="00136343">
        <w:t>Koła</w:t>
      </w:r>
      <w:r w:rsidR="0029546D">
        <w:t>,</w:t>
      </w:r>
    </w:p>
    <w:p w:rsidR="0029546D" w:rsidRDefault="0029546D" w:rsidP="00485393">
      <w:pPr>
        <w:pStyle w:val="Akapitzlist"/>
        <w:numPr>
          <w:ilvl w:val="0"/>
          <w:numId w:val="17"/>
        </w:numPr>
      </w:pPr>
      <w:r>
        <w:t>nadzór nad realizacją planu działalności,</w:t>
      </w:r>
    </w:p>
    <w:p w:rsidR="0029546D" w:rsidRDefault="0073712A" w:rsidP="00485393">
      <w:pPr>
        <w:pStyle w:val="Akapitzlist"/>
        <w:numPr>
          <w:ilvl w:val="0"/>
          <w:numId w:val="17"/>
        </w:numPr>
      </w:pPr>
      <w:r>
        <w:t>reprezentowanie</w:t>
      </w:r>
      <w:r w:rsidR="00007613">
        <w:t xml:space="preserve"> Koła</w:t>
      </w:r>
      <w:r w:rsidR="0029546D">
        <w:t xml:space="preserve"> na zewnątrz,</w:t>
      </w:r>
    </w:p>
    <w:p w:rsidR="0029546D" w:rsidRDefault="0029546D" w:rsidP="00485393">
      <w:pPr>
        <w:pStyle w:val="Akapitzlist"/>
        <w:numPr>
          <w:ilvl w:val="0"/>
          <w:numId w:val="17"/>
        </w:numPr>
      </w:pPr>
      <w:r>
        <w:t>przygotowywanie sprawozdań w terminach ws</w:t>
      </w:r>
      <w:r w:rsidR="0073712A">
        <w:t xml:space="preserve">kazanych </w:t>
      </w:r>
      <w:r w:rsidR="0085481F">
        <w:t>w obowiązujących</w:t>
      </w:r>
      <w:r w:rsidR="0073712A">
        <w:t xml:space="preserve"> </w:t>
      </w:r>
      <w:r w:rsidR="0085481F">
        <w:t>w</w:t>
      </w:r>
      <w:r w:rsidR="0073712A">
        <w:t xml:space="preserve"> </w:t>
      </w:r>
      <w:r w:rsidR="002D0123">
        <w:t>Uczelni</w:t>
      </w:r>
      <w:r w:rsidR="0085481F">
        <w:t xml:space="preserve"> aktach prawnych</w:t>
      </w:r>
      <w:r>
        <w:t>,</w:t>
      </w:r>
    </w:p>
    <w:p w:rsidR="0029546D" w:rsidRDefault="0029546D" w:rsidP="00485393">
      <w:pPr>
        <w:pStyle w:val="Akapitzlist"/>
        <w:numPr>
          <w:ilvl w:val="0"/>
          <w:numId w:val="17"/>
        </w:numPr>
      </w:pPr>
      <w:r>
        <w:t>administrowanie środkami finansowymi i materialn</w:t>
      </w:r>
      <w:r w:rsidR="0073712A">
        <w:t xml:space="preserve">ymi pozostającymi w dyspozycji </w:t>
      </w:r>
      <w:r w:rsidR="00136343">
        <w:t>Koła</w:t>
      </w:r>
      <w:r>
        <w:t>,</w:t>
      </w:r>
    </w:p>
    <w:p w:rsidR="00485393" w:rsidRDefault="0029546D" w:rsidP="00485393">
      <w:pPr>
        <w:pStyle w:val="Akapitzlist"/>
        <w:numPr>
          <w:ilvl w:val="0"/>
          <w:numId w:val="17"/>
        </w:numPr>
      </w:pPr>
      <w:r>
        <w:t>prowadzenie dokumentacji</w:t>
      </w:r>
      <w:r w:rsidR="00AC1494">
        <w:t xml:space="preserve"> </w:t>
      </w:r>
      <w:r w:rsidR="00136343">
        <w:t>Koła</w:t>
      </w:r>
      <w:r w:rsidRPr="0029546D">
        <w:t>,</w:t>
      </w:r>
    </w:p>
    <w:p w:rsidR="00713A5F" w:rsidRDefault="00485393" w:rsidP="00C1117D">
      <w:pPr>
        <w:pStyle w:val="Akapitzlist"/>
        <w:numPr>
          <w:ilvl w:val="0"/>
          <w:numId w:val="17"/>
        </w:numPr>
      </w:pPr>
      <w:r>
        <w:t>……………………………………………………….</w:t>
      </w:r>
    </w:p>
    <w:p w:rsidR="005009A2" w:rsidRDefault="00D60523" w:rsidP="0073520B">
      <w:pPr>
        <w:pStyle w:val="Nagwek1"/>
      </w:pPr>
      <w:r>
        <w:lastRenderedPageBreak/>
        <w:t>§ 8</w:t>
      </w:r>
      <w:r w:rsidR="008F2C46">
        <w:t xml:space="preserve">. </w:t>
      </w:r>
    </w:p>
    <w:p w:rsidR="008F2C46" w:rsidRDefault="00C412CF" w:rsidP="0073520B">
      <w:pPr>
        <w:pStyle w:val="Nagwek1"/>
      </w:pPr>
      <w:r>
        <w:t>Kompetencje opiekuna n</w:t>
      </w:r>
      <w:r w:rsidR="008F2C46">
        <w:t xml:space="preserve">aukowego </w:t>
      </w:r>
    </w:p>
    <w:p w:rsidR="0056397B" w:rsidRDefault="008F2C46" w:rsidP="0056397B">
      <w:pPr>
        <w:pStyle w:val="Akapitzlist"/>
        <w:numPr>
          <w:ilvl w:val="0"/>
          <w:numId w:val="22"/>
        </w:numPr>
      </w:pPr>
      <w:r>
        <w:t>Opiekun Naukowy</w:t>
      </w:r>
      <w:r w:rsidR="0056397B">
        <w:t xml:space="preserve"> </w:t>
      </w:r>
      <w:r w:rsidR="0056397B" w:rsidRPr="0056397B">
        <w:t xml:space="preserve">sprawuje </w:t>
      </w:r>
      <w:r w:rsidR="0085481F">
        <w:t>nadzór nad działalnością</w:t>
      </w:r>
      <w:r>
        <w:t xml:space="preserve"> Koła.</w:t>
      </w:r>
      <w:r w:rsidR="0056397B" w:rsidRPr="0056397B">
        <w:t xml:space="preserve"> </w:t>
      </w:r>
    </w:p>
    <w:p w:rsidR="008F2C46" w:rsidRPr="008F2C46" w:rsidRDefault="0056397B" w:rsidP="0056397B">
      <w:pPr>
        <w:pStyle w:val="Akapitzlist"/>
        <w:numPr>
          <w:ilvl w:val="0"/>
          <w:numId w:val="22"/>
        </w:numPr>
      </w:pPr>
      <w:r>
        <w:t xml:space="preserve">Do obowiązków </w:t>
      </w:r>
      <w:r w:rsidR="008F2C46" w:rsidRPr="008F2C46">
        <w:t>Opiekuna Naukowego należy:</w:t>
      </w:r>
    </w:p>
    <w:p w:rsidR="008F2C46" w:rsidRPr="008F2C46" w:rsidRDefault="008F2C46" w:rsidP="008F2C46">
      <w:pPr>
        <w:numPr>
          <w:ilvl w:val="0"/>
          <w:numId w:val="18"/>
        </w:numPr>
      </w:pPr>
      <w:r w:rsidRPr="008F2C46">
        <w:t xml:space="preserve">opieka administracyjna i merytoryczna nad działalnością Koła, </w:t>
      </w:r>
    </w:p>
    <w:p w:rsidR="008F2C46" w:rsidRPr="008F2C46" w:rsidRDefault="008F2C46" w:rsidP="008F2C46">
      <w:pPr>
        <w:numPr>
          <w:ilvl w:val="0"/>
          <w:numId w:val="18"/>
        </w:numPr>
      </w:pPr>
      <w:r w:rsidRPr="008F2C46">
        <w:t xml:space="preserve">nadzór nad zgodnością aktów prawnych Koła naukowego z przepisami prawa oraz </w:t>
      </w:r>
      <w:r w:rsidR="0085481F">
        <w:t xml:space="preserve">aktami </w:t>
      </w:r>
      <w:r w:rsidRPr="008F2C46">
        <w:t>wewnętrznymi obowiązującymi w Uczelni</w:t>
      </w:r>
      <w:r w:rsidR="0056397B">
        <w:t>,</w:t>
      </w:r>
      <w:r w:rsidRPr="008F2C46">
        <w:t xml:space="preserve"> </w:t>
      </w:r>
    </w:p>
    <w:p w:rsidR="008F2C46" w:rsidRPr="008F2C46" w:rsidRDefault="008F2C46" w:rsidP="008F2C46">
      <w:pPr>
        <w:numPr>
          <w:ilvl w:val="0"/>
          <w:numId w:val="18"/>
        </w:numPr>
      </w:pPr>
      <w:r w:rsidRPr="008F2C46">
        <w:t>aktywne wspieranie inicjatyw podejmowanych przez organizację,</w:t>
      </w:r>
    </w:p>
    <w:p w:rsidR="008F2C46" w:rsidRPr="0029546D" w:rsidRDefault="008F2C46" w:rsidP="008F2C46">
      <w:pPr>
        <w:numPr>
          <w:ilvl w:val="0"/>
          <w:numId w:val="18"/>
        </w:numPr>
      </w:pPr>
      <w:r w:rsidRPr="008F2C46">
        <w:t>…………………………………………………</w:t>
      </w:r>
    </w:p>
    <w:p w:rsidR="005009A2" w:rsidRDefault="00D60523" w:rsidP="0073520B">
      <w:pPr>
        <w:pStyle w:val="Nagwek1"/>
      </w:pPr>
      <w:r>
        <w:t>§ 9</w:t>
      </w:r>
      <w:r w:rsidR="009E4941">
        <w:t xml:space="preserve">. </w:t>
      </w:r>
    </w:p>
    <w:p w:rsidR="00AC5D59" w:rsidRDefault="009E4941" w:rsidP="0073520B">
      <w:pPr>
        <w:pStyle w:val="Nagwek1"/>
      </w:pPr>
      <w:r>
        <w:t>Majątek i fina</w:t>
      </w:r>
      <w:r w:rsidR="00AC5D59">
        <w:t xml:space="preserve">nse </w:t>
      </w:r>
    </w:p>
    <w:p w:rsidR="008134A4" w:rsidRDefault="009E4941" w:rsidP="006F45A2">
      <w:pPr>
        <w:pStyle w:val="Akapitzlist"/>
        <w:numPr>
          <w:ilvl w:val="0"/>
          <w:numId w:val="19"/>
        </w:numPr>
      </w:pPr>
      <w:r>
        <w:t>Koło może pozyskiwać środki finansow</w:t>
      </w:r>
      <w:r w:rsidR="008134A4">
        <w:t xml:space="preserve">e zgodnie z przepisami </w:t>
      </w:r>
      <w:r w:rsidR="002D0123">
        <w:t>Uczelni</w:t>
      </w:r>
      <w:r w:rsidR="008134A4">
        <w:t>.</w:t>
      </w:r>
      <w:r w:rsidR="00C02FAE">
        <w:t xml:space="preserve"> </w:t>
      </w:r>
      <w:r w:rsidR="00C02FAE" w:rsidRPr="00C02FAE">
        <w:t xml:space="preserve">Środki te mogą pochodzić </w:t>
      </w:r>
      <w:r w:rsidR="006F45A2">
        <w:t>z </w:t>
      </w:r>
      <w:r w:rsidR="00C02FAE" w:rsidRPr="00C02FAE">
        <w:t xml:space="preserve">dotacji, grantów lub darowizn i są przeznaczane na działalność </w:t>
      </w:r>
      <w:r w:rsidR="003E6BF2">
        <w:t>regulaminową</w:t>
      </w:r>
      <w:r w:rsidR="00C02FAE" w:rsidRPr="00C02FAE">
        <w:t>.</w:t>
      </w:r>
    </w:p>
    <w:p w:rsidR="00007613" w:rsidRDefault="00007613" w:rsidP="006F45A2">
      <w:pPr>
        <w:pStyle w:val="Akapitzlist"/>
        <w:numPr>
          <w:ilvl w:val="0"/>
          <w:numId w:val="19"/>
        </w:numPr>
      </w:pPr>
      <w:r>
        <w:t xml:space="preserve">Projekt rocznego planu finansowego przygotowuje Zarząd Koła w terminie do </w:t>
      </w:r>
      <w:r w:rsidR="00EF4097">
        <w:t>25 września</w:t>
      </w:r>
      <w:r>
        <w:t>, na następny rok budżetowy.</w:t>
      </w:r>
    </w:p>
    <w:p w:rsidR="00C02FAE" w:rsidRDefault="00C02FAE" w:rsidP="00007613">
      <w:pPr>
        <w:pStyle w:val="Akapitzlist"/>
        <w:numPr>
          <w:ilvl w:val="0"/>
          <w:numId w:val="19"/>
        </w:numPr>
      </w:pPr>
      <w:r w:rsidRPr="00C02FAE">
        <w:t xml:space="preserve">Środki </w:t>
      </w:r>
      <w:r w:rsidR="006B2FC5">
        <w:t>finansowe są wydatkowane przez Z</w:t>
      </w:r>
      <w:r w:rsidRPr="00C02FAE">
        <w:t xml:space="preserve">arząd </w:t>
      </w:r>
      <w:r w:rsidR="00007613">
        <w:t xml:space="preserve">Koła </w:t>
      </w:r>
      <w:r w:rsidRPr="00C02FAE">
        <w:t>na podstawie zat</w:t>
      </w:r>
      <w:r w:rsidR="0085481F">
        <w:t>wierdzonego uchwałą</w:t>
      </w:r>
      <w:r w:rsidR="006F45A2">
        <w:t xml:space="preserve"> </w:t>
      </w:r>
      <w:r w:rsidR="006B2FC5">
        <w:t>Walnego Zebrania C</w:t>
      </w:r>
      <w:r w:rsidR="006F45A2">
        <w:t xml:space="preserve">złonków </w:t>
      </w:r>
      <w:r w:rsidR="0067339D">
        <w:t>rocznego</w:t>
      </w:r>
      <w:r w:rsidRPr="00C02FAE">
        <w:t xml:space="preserve"> planu finansowego.</w:t>
      </w:r>
    </w:p>
    <w:p w:rsidR="00C02FAE" w:rsidRDefault="00C02FAE" w:rsidP="006F45A2">
      <w:pPr>
        <w:pStyle w:val="Akapitzlist"/>
        <w:numPr>
          <w:ilvl w:val="0"/>
          <w:numId w:val="19"/>
        </w:numPr>
      </w:pPr>
      <w:r w:rsidRPr="00C02FAE">
        <w:t xml:space="preserve">W przypadku rozwiązania </w:t>
      </w:r>
      <w:r w:rsidR="00136343">
        <w:rPr>
          <w:bCs/>
        </w:rPr>
        <w:t>Koła</w:t>
      </w:r>
      <w:r w:rsidRPr="00C02FAE">
        <w:t xml:space="preserve">, jego majątek przechodzi na własność </w:t>
      </w:r>
      <w:r w:rsidR="002D0123">
        <w:t>Uczelni</w:t>
      </w:r>
      <w:r w:rsidR="00D64A51">
        <w:t>.</w:t>
      </w:r>
    </w:p>
    <w:p w:rsidR="005009A2" w:rsidRDefault="00D60523" w:rsidP="0073520B">
      <w:pPr>
        <w:pStyle w:val="Nagwek1"/>
      </w:pPr>
      <w:r>
        <w:t>§ 10</w:t>
      </w:r>
      <w:r w:rsidR="001612E3" w:rsidRPr="001612E3">
        <w:t>.</w:t>
      </w:r>
    </w:p>
    <w:p w:rsidR="001612E3" w:rsidRDefault="001612E3" w:rsidP="0073520B">
      <w:pPr>
        <w:pStyle w:val="Nagwek1"/>
      </w:pPr>
      <w:r>
        <w:t xml:space="preserve"> </w:t>
      </w:r>
      <w:r w:rsidR="00882885">
        <w:t xml:space="preserve">Uchwalanie </w:t>
      </w:r>
      <w:r w:rsidR="00207BD7">
        <w:t>i</w:t>
      </w:r>
      <w:r w:rsidR="00882885">
        <w:t xml:space="preserve"> z</w:t>
      </w:r>
      <w:r w:rsidRPr="001612E3">
        <w:t xml:space="preserve">miana </w:t>
      </w:r>
      <w:r w:rsidR="00207BD7">
        <w:t>r</w:t>
      </w:r>
      <w:r w:rsidR="00EF4097">
        <w:t>egulaminu</w:t>
      </w:r>
    </w:p>
    <w:p w:rsidR="00207BD7" w:rsidRDefault="00207BD7" w:rsidP="00207BD7">
      <w:pPr>
        <w:pStyle w:val="Akapitzlist"/>
        <w:numPr>
          <w:ilvl w:val="0"/>
          <w:numId w:val="31"/>
        </w:numPr>
      </w:pPr>
      <w:r>
        <w:t xml:space="preserve">Regulamin uchwala się na Walnym Zebraniu Członków, zwykłą większością głosów, w obecności co najmniej połowy członków </w:t>
      </w:r>
      <w:r w:rsidR="001612E3" w:rsidRPr="00207BD7">
        <w:t>uprawnionych do głosowania</w:t>
      </w:r>
      <w:r>
        <w:t>.</w:t>
      </w:r>
    </w:p>
    <w:p w:rsidR="004468A2" w:rsidRDefault="004468A2" w:rsidP="004468A2">
      <w:pPr>
        <w:pStyle w:val="Akapitzlist"/>
        <w:numPr>
          <w:ilvl w:val="0"/>
          <w:numId w:val="31"/>
        </w:numPr>
      </w:pPr>
      <w:r>
        <w:t>Każdy członek Koła może składać  Zarządowi propo</w:t>
      </w:r>
      <w:r w:rsidR="00066FA8">
        <w:t>z</w:t>
      </w:r>
      <w:r>
        <w:t>ycję zmian</w:t>
      </w:r>
      <w:r w:rsidRPr="004468A2">
        <w:t xml:space="preserve"> w Regulaminie do rozpatrzenia przez Zarząd Koła.</w:t>
      </w:r>
    </w:p>
    <w:p w:rsidR="001612E3" w:rsidRDefault="00986DD5" w:rsidP="00207BD7">
      <w:pPr>
        <w:pStyle w:val="Akapitzlist"/>
        <w:numPr>
          <w:ilvl w:val="0"/>
          <w:numId w:val="31"/>
        </w:numPr>
      </w:pPr>
      <w:r>
        <w:t>Zmian</w:t>
      </w:r>
      <w:r w:rsidR="006B2FC5">
        <w:t xml:space="preserve"> w </w:t>
      </w:r>
      <w:r w:rsidR="002B6994">
        <w:t>Regulaminie</w:t>
      </w:r>
      <w:r w:rsidR="005C3609">
        <w:t xml:space="preserve"> dok</w:t>
      </w:r>
      <w:r>
        <w:t>onuje Walne Zebranie Członków,</w:t>
      </w:r>
      <w:r w:rsidR="006B2FC5">
        <w:t xml:space="preserve"> na wniosek </w:t>
      </w:r>
      <w:r>
        <w:t>Zarządu,</w:t>
      </w:r>
      <w:r w:rsidR="001612E3">
        <w:t xml:space="preserve"> </w:t>
      </w:r>
      <w:r w:rsidR="00043FE2">
        <w:t xml:space="preserve">zwykłą </w:t>
      </w:r>
      <w:r w:rsidR="00D117FD">
        <w:t>większością głosów</w:t>
      </w:r>
      <w:r>
        <w:t>,</w:t>
      </w:r>
      <w:r w:rsidR="00D117FD">
        <w:t xml:space="preserve"> w </w:t>
      </w:r>
      <w:r w:rsidR="001612E3" w:rsidRPr="001612E3">
        <w:t xml:space="preserve">obecności co najmniej połowy </w:t>
      </w:r>
      <w:r w:rsidR="0085481F">
        <w:t xml:space="preserve">członków </w:t>
      </w:r>
      <w:r w:rsidR="001612E3" w:rsidRPr="001612E3">
        <w:t>uprawnionych do głosowania.</w:t>
      </w:r>
    </w:p>
    <w:p w:rsidR="00D60523" w:rsidRDefault="003878E2" w:rsidP="00D60523">
      <w:pPr>
        <w:pStyle w:val="Nagwek1"/>
      </w:pPr>
      <w:r>
        <w:t>§ 11</w:t>
      </w:r>
      <w:r w:rsidR="00D60523" w:rsidRPr="001612E3">
        <w:t>.</w:t>
      </w:r>
    </w:p>
    <w:p w:rsidR="004468A2" w:rsidRDefault="00D60523" w:rsidP="00D60523">
      <w:pPr>
        <w:pStyle w:val="Nagwek1"/>
      </w:pPr>
      <w:r>
        <w:t>Zasady rozwiązania i zawieszenia działalności Koła</w:t>
      </w:r>
    </w:p>
    <w:p w:rsidR="003A2008" w:rsidRDefault="003A2008" w:rsidP="003A2008">
      <w:pPr>
        <w:pStyle w:val="Akapitzlist"/>
        <w:numPr>
          <w:ilvl w:val="0"/>
          <w:numId w:val="32"/>
        </w:numPr>
      </w:pPr>
      <w:r>
        <w:t xml:space="preserve">Koło Naukowe może zostać rozwiązane na podstawie uchwały Walnego Zebrania Członków, </w:t>
      </w:r>
      <w:r w:rsidR="00D60523">
        <w:t xml:space="preserve">zwykłą </w:t>
      </w:r>
      <w:r>
        <w:t>większością głosów</w:t>
      </w:r>
      <w:r w:rsidR="00D60523">
        <w:t>,</w:t>
      </w:r>
      <w:r>
        <w:t xml:space="preserve"> prz</w:t>
      </w:r>
      <w:r w:rsidR="00C042B4">
        <w:t>y obecności co najmniej połowy uprawnionych do głosowania</w:t>
      </w:r>
      <w:r>
        <w:t>.</w:t>
      </w:r>
    </w:p>
    <w:p w:rsidR="00D60523" w:rsidRDefault="003A2008" w:rsidP="003A2008">
      <w:pPr>
        <w:pStyle w:val="Akapitzlist"/>
        <w:numPr>
          <w:ilvl w:val="0"/>
          <w:numId w:val="32"/>
        </w:numPr>
      </w:pPr>
      <w:r>
        <w:t xml:space="preserve">Działalność koła może zostać zawieszona przez jego członków zwykłą większością głosów, przy obecności co najmniej połowy uprawnionych do głosowania. </w:t>
      </w:r>
    </w:p>
    <w:p w:rsidR="003A2008" w:rsidRDefault="003A2008" w:rsidP="003A2008">
      <w:pPr>
        <w:pStyle w:val="Akapitzlist"/>
        <w:numPr>
          <w:ilvl w:val="0"/>
          <w:numId w:val="32"/>
        </w:numPr>
      </w:pPr>
      <w:r>
        <w:t>Działalność koła może</w:t>
      </w:r>
      <w:r w:rsidR="00D60523">
        <w:t xml:space="preserve"> być zawieszona maksymalnie na</w:t>
      </w:r>
      <w:r>
        <w:t xml:space="preserve"> rok.</w:t>
      </w:r>
    </w:p>
    <w:p w:rsidR="004468A2" w:rsidRDefault="003A2008" w:rsidP="003A2008">
      <w:pPr>
        <w:pStyle w:val="Akapitzlist"/>
        <w:numPr>
          <w:ilvl w:val="0"/>
          <w:numId w:val="32"/>
        </w:numPr>
      </w:pPr>
      <w:r>
        <w:t>Zarząd jest zobowiązany do niezwłocznego poinformowania rektora o zawieszeniu działalności lub rozwiązaniu Koła.</w:t>
      </w:r>
    </w:p>
    <w:p w:rsidR="005009A2" w:rsidRDefault="00ED5D7A" w:rsidP="004468A2">
      <w:pPr>
        <w:pStyle w:val="Nagwek1"/>
        <w:ind w:left="360"/>
      </w:pPr>
      <w:r>
        <w:t>§</w:t>
      </w:r>
      <w:r w:rsidR="003878E2">
        <w:t xml:space="preserve"> 12</w:t>
      </w:r>
      <w:r w:rsidR="00AC5D59">
        <w:t xml:space="preserve">. </w:t>
      </w:r>
    </w:p>
    <w:p w:rsidR="00AC5D59" w:rsidRDefault="00AC5D59" w:rsidP="0073520B">
      <w:pPr>
        <w:pStyle w:val="Nagwek1"/>
      </w:pPr>
      <w:r>
        <w:t>Postanowienia końcowe</w:t>
      </w:r>
    </w:p>
    <w:p w:rsidR="00702B48" w:rsidRDefault="00DB4D1E" w:rsidP="00702B48">
      <w:pPr>
        <w:pStyle w:val="Akapitzlist"/>
        <w:numPr>
          <w:ilvl w:val="0"/>
          <w:numId w:val="33"/>
        </w:numPr>
      </w:pPr>
      <w:r>
        <w:t>Niniejszy R</w:t>
      </w:r>
      <w:r w:rsidR="00702B48">
        <w:t>egulamin wchodzi w życie z dniem wpisania Koła Naukowego do rejestru Kół Naukowych Uczelni.</w:t>
      </w:r>
    </w:p>
    <w:p w:rsidR="00CB4A41" w:rsidRDefault="009E4941" w:rsidP="00702B48">
      <w:pPr>
        <w:pStyle w:val="Akapitzlist"/>
        <w:numPr>
          <w:ilvl w:val="0"/>
          <w:numId w:val="33"/>
        </w:numPr>
      </w:pPr>
      <w:r>
        <w:t xml:space="preserve">W sprawach nieuregulowanych </w:t>
      </w:r>
      <w:r w:rsidR="00AE0AAE">
        <w:t xml:space="preserve">niniejszym </w:t>
      </w:r>
      <w:r w:rsidR="00906869">
        <w:t>Regulaminem</w:t>
      </w:r>
      <w:r w:rsidR="00AE0AAE">
        <w:t xml:space="preserve"> </w:t>
      </w:r>
      <w:r>
        <w:t xml:space="preserve">stosuje się </w:t>
      </w:r>
      <w:r w:rsidR="00E80CBD">
        <w:t>praw</w:t>
      </w:r>
      <w:r w:rsidR="00CC47FE">
        <w:t>o</w:t>
      </w:r>
      <w:r w:rsidR="00E80CBD">
        <w:t xml:space="preserve"> powszechnie</w:t>
      </w:r>
      <w:r w:rsidR="00B049C9" w:rsidRPr="00B049C9">
        <w:t xml:space="preserve"> </w:t>
      </w:r>
      <w:r w:rsidR="00AE0AAE">
        <w:t>obowiązujące</w:t>
      </w:r>
      <w:r w:rsidR="00CC47FE">
        <w:t xml:space="preserve"> </w:t>
      </w:r>
      <w:r w:rsidR="00AE0AAE">
        <w:t xml:space="preserve">oraz </w:t>
      </w:r>
      <w:r w:rsidR="00463CFE">
        <w:t xml:space="preserve">akty prawa wewnętrznego </w:t>
      </w:r>
      <w:r w:rsidR="002D0123">
        <w:t>Uczelni</w:t>
      </w:r>
      <w:r w:rsidR="00463CFE">
        <w:t>.</w:t>
      </w:r>
    </w:p>
    <w:p w:rsidR="00CB4A41" w:rsidRDefault="00CB4A41">
      <w:pPr>
        <w:spacing w:after="200"/>
        <w:contextualSpacing w:val="0"/>
        <w:jc w:val="left"/>
      </w:pPr>
    </w:p>
    <w:p w:rsidR="00C1117D" w:rsidRDefault="00C1117D">
      <w:pPr>
        <w:spacing w:after="200"/>
        <w:contextualSpacing w:val="0"/>
        <w:jc w:val="left"/>
      </w:pPr>
    </w:p>
    <w:p w:rsidR="00C1117D" w:rsidRDefault="00C1117D">
      <w:pPr>
        <w:spacing w:after="200"/>
        <w:contextualSpacing w:val="0"/>
        <w:jc w:val="left"/>
      </w:pPr>
    </w:p>
    <w:p w:rsidR="00C1117D" w:rsidRDefault="00C1117D">
      <w:pPr>
        <w:spacing w:after="200"/>
        <w:contextualSpacing w:val="0"/>
        <w:jc w:val="left"/>
      </w:pPr>
    </w:p>
    <w:p w:rsidR="00C1117D" w:rsidRDefault="00C1117D">
      <w:pPr>
        <w:spacing w:after="200"/>
        <w:contextualSpacing w:val="0"/>
        <w:jc w:val="left"/>
      </w:pPr>
    </w:p>
    <w:p w:rsidR="00CB4A41" w:rsidRPr="00CB4A41" w:rsidRDefault="00CB4A41" w:rsidP="00A4496A">
      <w:pPr>
        <w:spacing w:after="120"/>
        <w:jc w:val="right"/>
        <w:rPr>
          <w:bCs/>
          <w:sz w:val="16"/>
        </w:rPr>
      </w:pPr>
      <w:r w:rsidRPr="00CB4A41">
        <w:rPr>
          <w:bCs/>
          <w:sz w:val="16"/>
        </w:rPr>
        <w:lastRenderedPageBreak/>
        <w:t xml:space="preserve">Załącznik nr 4 do wniosku o rejestrację studenckiego </w:t>
      </w:r>
      <w:r w:rsidR="007C22C0">
        <w:rPr>
          <w:bCs/>
          <w:sz w:val="16"/>
        </w:rPr>
        <w:t>l</w:t>
      </w:r>
      <w:r w:rsidR="00136343">
        <w:rPr>
          <w:bCs/>
          <w:sz w:val="16"/>
        </w:rPr>
        <w:t>oła</w:t>
      </w:r>
      <w:r w:rsidRPr="00CB4A41">
        <w:rPr>
          <w:bCs/>
          <w:sz w:val="16"/>
        </w:rPr>
        <w:t xml:space="preserve"> naukowego  </w:t>
      </w:r>
    </w:p>
    <w:p w:rsidR="00826B19" w:rsidRPr="00A4496A" w:rsidRDefault="006F45A2" w:rsidP="00A4496A">
      <w:pPr>
        <w:pStyle w:val="Tytu"/>
      </w:pPr>
      <w:r w:rsidRPr="00A4496A">
        <w:t xml:space="preserve">PROTOKÓŁ Z ZEBRANIA ZAŁOŻYCIELSKIEGO </w:t>
      </w:r>
      <w:r w:rsidR="00136343">
        <w:t>KOŁA</w:t>
      </w:r>
      <w:r w:rsidRPr="00A4496A">
        <w:t xml:space="preserve"> NAUKOWEGO</w:t>
      </w:r>
      <w:r w:rsidR="00963B7F">
        <w:t xml:space="preserve"> - WZÓR</w:t>
      </w:r>
    </w:p>
    <w:p w:rsidR="00A4496A" w:rsidRPr="00A4496A" w:rsidRDefault="00A4496A" w:rsidP="00A4496A">
      <w:pPr>
        <w:tabs>
          <w:tab w:val="left" w:pos="8640"/>
        </w:tabs>
        <w:jc w:val="center"/>
        <w:rPr>
          <w:rFonts w:eastAsiaTheme="majorEastAsia" w:cstheme="majorBidi"/>
          <w:b/>
          <w:spacing w:val="5"/>
          <w:kern w:val="28"/>
          <w:szCs w:val="28"/>
          <w:u w:val="dotted"/>
        </w:rPr>
      </w:pPr>
      <w:r w:rsidRPr="00A4496A">
        <w:rPr>
          <w:rFonts w:eastAsiaTheme="majorEastAsia" w:cstheme="majorBidi"/>
          <w:b/>
          <w:spacing w:val="5"/>
          <w:kern w:val="28"/>
          <w:szCs w:val="28"/>
          <w:u w:val="dotted"/>
        </w:rPr>
        <w:tab/>
      </w:r>
    </w:p>
    <w:p w:rsidR="00A4496A" w:rsidRPr="00A4496A" w:rsidRDefault="00A4496A" w:rsidP="00A4496A">
      <w:pPr>
        <w:jc w:val="center"/>
        <w:rPr>
          <w:rFonts w:eastAsiaTheme="majorEastAsia" w:cstheme="majorBidi"/>
          <w:spacing w:val="5"/>
          <w:kern w:val="28"/>
          <w:sz w:val="22"/>
          <w:szCs w:val="52"/>
        </w:rPr>
      </w:pPr>
      <w:r w:rsidRPr="00A4496A">
        <w:rPr>
          <w:rFonts w:eastAsiaTheme="majorEastAsia" w:cstheme="majorBidi"/>
          <w:spacing w:val="5"/>
          <w:kern w:val="28"/>
          <w:szCs w:val="28"/>
        </w:rPr>
        <w:t xml:space="preserve"> (nazwa </w:t>
      </w:r>
      <w:r w:rsidR="00136343">
        <w:rPr>
          <w:rFonts w:eastAsiaTheme="majorEastAsia" w:cstheme="majorBidi"/>
          <w:spacing w:val="5"/>
          <w:kern w:val="28"/>
          <w:szCs w:val="28"/>
        </w:rPr>
        <w:t>Koła</w:t>
      </w:r>
      <w:r w:rsidRPr="00A4496A">
        <w:rPr>
          <w:rFonts w:eastAsiaTheme="majorEastAsia" w:cstheme="majorBidi"/>
          <w:spacing w:val="5"/>
          <w:kern w:val="28"/>
          <w:szCs w:val="28"/>
        </w:rPr>
        <w:t>)</w:t>
      </w:r>
    </w:p>
    <w:p w:rsidR="000F3F05" w:rsidRDefault="00A4496A" w:rsidP="009D377A">
      <w:pPr>
        <w:tabs>
          <w:tab w:val="left" w:pos="4253"/>
        </w:tabs>
        <w:spacing w:line="360" w:lineRule="auto"/>
        <w:ind w:firstLine="2552"/>
        <w:contextualSpacing w:val="0"/>
        <w:jc w:val="left"/>
        <w:rPr>
          <w:rFonts w:cs="Arial"/>
          <w:u w:val="dotted"/>
        </w:rPr>
      </w:pPr>
      <w:r w:rsidRPr="00A4496A">
        <w:rPr>
          <w:rFonts w:cs="Arial"/>
          <w:b/>
          <w:sz w:val="20"/>
        </w:rPr>
        <w:t xml:space="preserve">przy Collegium Witelona </w:t>
      </w:r>
      <w:r w:rsidR="002D0123">
        <w:rPr>
          <w:rFonts w:cs="Arial"/>
          <w:b/>
          <w:sz w:val="20"/>
        </w:rPr>
        <w:t>Uczelni</w:t>
      </w:r>
      <w:r w:rsidRPr="00A4496A">
        <w:rPr>
          <w:rFonts w:cs="Arial"/>
          <w:b/>
          <w:sz w:val="20"/>
        </w:rPr>
        <w:t>a Państwowa</w:t>
      </w:r>
      <w:r w:rsidRPr="00A4496A">
        <w:rPr>
          <w:rFonts w:cs="Arial"/>
        </w:rPr>
        <w:br/>
        <w:t xml:space="preserve">Data zebrania: </w:t>
      </w:r>
      <w:r w:rsidRPr="00A4496A">
        <w:rPr>
          <w:rFonts w:cs="Arial"/>
          <w:u w:val="dotted"/>
        </w:rPr>
        <w:tab/>
      </w:r>
      <w:r w:rsidRPr="00A4496A">
        <w:rPr>
          <w:rFonts w:cs="Arial"/>
        </w:rPr>
        <w:br/>
        <w:t xml:space="preserve">Miejsce zebrania: </w:t>
      </w:r>
      <w:r w:rsidRPr="00A4496A">
        <w:rPr>
          <w:rFonts w:cs="Arial"/>
          <w:u w:val="dotted"/>
        </w:rPr>
        <w:tab/>
      </w:r>
      <w:r w:rsidRPr="00A4496A">
        <w:rPr>
          <w:rFonts w:cs="Arial"/>
        </w:rPr>
        <w:br/>
      </w:r>
      <w:r w:rsidRPr="00A4496A">
        <w:rPr>
          <w:rFonts w:cs="Arial"/>
          <w:b/>
        </w:rPr>
        <w:t>Lista obecnych:</w:t>
      </w:r>
      <w:r w:rsidRPr="00A4496A">
        <w:rPr>
          <w:rFonts w:cs="Arial"/>
        </w:rPr>
        <w:br/>
      </w:r>
      <w:r w:rsidRPr="000F3F05">
        <w:rPr>
          <w:rFonts w:cs="Arial"/>
          <w:u w:val="dotted"/>
        </w:rPr>
        <w:t>1</w:t>
      </w:r>
      <w:r w:rsidR="000F3F05">
        <w:rPr>
          <w:rFonts w:cs="Arial"/>
          <w:u w:val="dotted"/>
        </w:rPr>
        <w:t>.</w:t>
      </w:r>
      <w:r w:rsidRPr="000F3F05">
        <w:rPr>
          <w:rFonts w:cs="Arial"/>
          <w:u w:val="dotted"/>
        </w:rPr>
        <w:tab/>
        <w:t xml:space="preserve"> </w:t>
      </w:r>
      <w:r w:rsidRPr="000F3F05">
        <w:rPr>
          <w:rFonts w:cs="Arial"/>
          <w:u w:val="dotted"/>
        </w:rPr>
        <w:br/>
        <w:t>2</w:t>
      </w:r>
      <w:r w:rsidR="000F3F05">
        <w:rPr>
          <w:rFonts w:cs="Arial"/>
          <w:u w:val="dotted"/>
        </w:rPr>
        <w:t>.</w:t>
      </w:r>
      <w:r w:rsidRPr="000F3F05">
        <w:rPr>
          <w:rFonts w:cs="Arial"/>
          <w:u w:val="dotted"/>
        </w:rPr>
        <w:tab/>
        <w:t xml:space="preserve"> </w:t>
      </w:r>
      <w:r w:rsidRPr="000F3F05">
        <w:rPr>
          <w:rFonts w:cs="Arial"/>
          <w:u w:val="dotted"/>
        </w:rPr>
        <w:tab/>
      </w:r>
      <w:r w:rsidRPr="000F3F05">
        <w:rPr>
          <w:rFonts w:cs="Arial"/>
          <w:u w:val="dotted"/>
        </w:rPr>
        <w:br/>
        <w:t>3</w:t>
      </w:r>
      <w:r w:rsidR="000F3F05">
        <w:rPr>
          <w:rFonts w:cs="Arial"/>
          <w:u w:val="dotted"/>
        </w:rPr>
        <w:t>.</w:t>
      </w:r>
      <w:r w:rsidRPr="000F3F05">
        <w:rPr>
          <w:rFonts w:cs="Arial"/>
          <w:u w:val="dotted"/>
        </w:rPr>
        <w:tab/>
      </w:r>
      <w:r w:rsidRPr="000F3F05">
        <w:rPr>
          <w:rFonts w:cs="Arial"/>
          <w:u w:val="dotted"/>
        </w:rPr>
        <w:br/>
        <w:t>4</w:t>
      </w:r>
      <w:r w:rsidR="000F3F05">
        <w:rPr>
          <w:rFonts w:cs="Arial"/>
          <w:u w:val="dotted"/>
        </w:rPr>
        <w:t>.</w:t>
      </w:r>
      <w:r w:rsidRPr="000F3F05">
        <w:rPr>
          <w:rFonts w:cs="Arial"/>
          <w:u w:val="dotted"/>
        </w:rPr>
        <w:tab/>
      </w:r>
      <w:r w:rsidRPr="000F3F05">
        <w:rPr>
          <w:rFonts w:cs="Arial"/>
          <w:u w:val="dotted"/>
        </w:rPr>
        <w:br/>
        <w:t>5</w:t>
      </w:r>
      <w:r w:rsidR="000F3F05">
        <w:rPr>
          <w:rFonts w:cs="Arial"/>
          <w:u w:val="dotted"/>
        </w:rPr>
        <w:t>.</w:t>
      </w:r>
      <w:r w:rsidR="000F3F05" w:rsidRPr="000F3F05">
        <w:rPr>
          <w:rFonts w:cs="Arial"/>
          <w:u w:val="dotted"/>
        </w:rPr>
        <w:tab/>
        <w:t xml:space="preserve"> </w:t>
      </w:r>
      <w:r w:rsidR="000F3F05" w:rsidRPr="000F3F05">
        <w:rPr>
          <w:rFonts w:cs="Arial"/>
          <w:u w:val="dotted"/>
        </w:rPr>
        <w:br/>
        <w:t>6</w:t>
      </w:r>
      <w:r w:rsidR="000F3F05">
        <w:rPr>
          <w:rFonts w:cs="Arial"/>
          <w:u w:val="dotted"/>
        </w:rPr>
        <w:t>.</w:t>
      </w:r>
      <w:r w:rsidR="000F3F05" w:rsidRPr="000F3F05">
        <w:rPr>
          <w:rFonts w:cs="Arial"/>
          <w:u w:val="dotted"/>
        </w:rPr>
        <w:tab/>
        <w:t xml:space="preserve"> </w:t>
      </w:r>
      <w:r w:rsidR="000F3F05" w:rsidRPr="000F3F05">
        <w:rPr>
          <w:rFonts w:cs="Arial"/>
          <w:u w:val="dotted"/>
        </w:rPr>
        <w:tab/>
      </w:r>
      <w:r w:rsidR="000F3F05" w:rsidRPr="000F3F05">
        <w:rPr>
          <w:rFonts w:cs="Arial"/>
          <w:u w:val="dotted"/>
        </w:rPr>
        <w:br/>
        <w:t>7</w:t>
      </w:r>
      <w:r w:rsidR="000F3F05">
        <w:rPr>
          <w:rFonts w:cs="Arial"/>
          <w:u w:val="dotted"/>
        </w:rPr>
        <w:t>.</w:t>
      </w:r>
      <w:r w:rsidR="000F3F05" w:rsidRPr="000F3F05">
        <w:rPr>
          <w:rFonts w:cs="Arial"/>
          <w:u w:val="dotted"/>
        </w:rPr>
        <w:tab/>
      </w:r>
      <w:r w:rsidR="000F3F05" w:rsidRPr="000F3F05">
        <w:rPr>
          <w:rFonts w:cs="Arial"/>
          <w:u w:val="dotted"/>
        </w:rPr>
        <w:br/>
        <w:t>8</w:t>
      </w:r>
      <w:r w:rsidR="000F3F05">
        <w:rPr>
          <w:rFonts w:cs="Arial"/>
        </w:rPr>
        <w:t>.</w:t>
      </w:r>
      <w:r w:rsidR="000F3F05" w:rsidRPr="000F3F05">
        <w:rPr>
          <w:rFonts w:cs="Arial"/>
          <w:u w:val="dotted"/>
        </w:rPr>
        <w:tab/>
      </w:r>
      <w:r w:rsidR="000F3F05">
        <w:rPr>
          <w:rFonts w:cs="Arial"/>
        </w:rPr>
        <w:br/>
      </w:r>
      <w:r w:rsidR="000F3F05">
        <w:rPr>
          <w:rFonts w:cs="Arial"/>
          <w:u w:val="dotted"/>
        </w:rPr>
        <w:t>9.</w:t>
      </w:r>
      <w:r w:rsidR="000F3F05" w:rsidRPr="000F3F05">
        <w:rPr>
          <w:rFonts w:cs="Arial"/>
          <w:u w:val="dotted"/>
        </w:rPr>
        <w:tab/>
      </w:r>
    </w:p>
    <w:p w:rsidR="00A4496A" w:rsidRPr="000F3F05" w:rsidRDefault="000F3F05" w:rsidP="000F3F05">
      <w:pPr>
        <w:tabs>
          <w:tab w:val="left" w:pos="4253"/>
        </w:tabs>
        <w:spacing w:line="360" w:lineRule="auto"/>
        <w:contextualSpacing w:val="0"/>
        <w:jc w:val="left"/>
        <w:rPr>
          <w:rFonts w:cs="Arial"/>
          <w:u w:val="dotted"/>
        </w:rPr>
      </w:pPr>
      <w:r>
        <w:rPr>
          <w:rFonts w:cs="Arial"/>
          <w:u w:val="dotted"/>
        </w:rPr>
        <w:t>10.</w:t>
      </w:r>
      <w:r w:rsidRPr="000F3F05">
        <w:rPr>
          <w:rFonts w:cs="Arial"/>
          <w:u w:val="dotted"/>
        </w:rPr>
        <w:tab/>
      </w:r>
      <w:r w:rsidR="00A4496A" w:rsidRPr="00A4496A">
        <w:rPr>
          <w:rFonts w:cs="Arial"/>
        </w:rPr>
        <w:br/>
        <w:t>(+ ewentualnie pozostali uczestnicy)</w:t>
      </w:r>
    </w:p>
    <w:p w:rsidR="00A4496A" w:rsidRPr="00367576" w:rsidRDefault="00A4496A" w:rsidP="00CF5A9A">
      <w:pPr>
        <w:spacing w:before="240"/>
        <w:rPr>
          <w:rFonts w:cs="Arial"/>
          <w:b/>
        </w:rPr>
      </w:pPr>
      <w:r w:rsidRPr="00367576">
        <w:rPr>
          <w:b/>
        </w:rPr>
        <w:t>Porządek zebrania:</w:t>
      </w:r>
    </w:p>
    <w:p w:rsidR="00A4496A" w:rsidRPr="00A4496A" w:rsidRDefault="00A4496A" w:rsidP="00A4496A">
      <w:pPr>
        <w:numPr>
          <w:ilvl w:val="0"/>
          <w:numId w:val="21"/>
        </w:numPr>
        <w:contextualSpacing w:val="0"/>
        <w:jc w:val="left"/>
      </w:pPr>
      <w:r w:rsidRPr="00A4496A">
        <w:t>Otwarcie zebrania.</w:t>
      </w:r>
    </w:p>
    <w:p w:rsidR="00A4496A" w:rsidRPr="00A4496A" w:rsidRDefault="00A4496A" w:rsidP="00A4496A">
      <w:pPr>
        <w:numPr>
          <w:ilvl w:val="0"/>
          <w:numId w:val="21"/>
        </w:numPr>
        <w:contextualSpacing w:val="0"/>
        <w:jc w:val="left"/>
      </w:pPr>
      <w:r w:rsidRPr="00A4496A">
        <w:t>Wybór przewodniczącego i protokolanta zebrania.</w:t>
      </w:r>
    </w:p>
    <w:p w:rsidR="00A4496A" w:rsidRPr="00A4496A" w:rsidRDefault="00A4496A" w:rsidP="00A4496A">
      <w:pPr>
        <w:numPr>
          <w:ilvl w:val="0"/>
          <w:numId w:val="21"/>
        </w:numPr>
        <w:contextualSpacing w:val="0"/>
        <w:jc w:val="left"/>
      </w:pPr>
      <w:r w:rsidRPr="00A4496A">
        <w:t xml:space="preserve">Przedstawienie celu </w:t>
      </w:r>
      <w:r w:rsidR="005011D1">
        <w:t>zebrania</w:t>
      </w:r>
      <w:bookmarkStart w:id="0" w:name="_GoBack"/>
      <w:bookmarkEnd w:id="0"/>
      <w:r w:rsidRPr="00A4496A">
        <w:t>.</w:t>
      </w:r>
    </w:p>
    <w:p w:rsidR="00A4496A" w:rsidRDefault="00A4496A" w:rsidP="00A4496A">
      <w:pPr>
        <w:numPr>
          <w:ilvl w:val="0"/>
          <w:numId w:val="21"/>
        </w:numPr>
        <w:contextualSpacing w:val="0"/>
        <w:jc w:val="left"/>
      </w:pPr>
      <w:r w:rsidRPr="00A4496A">
        <w:t xml:space="preserve">Dyskusja nad nazwą, celami i formą działalności </w:t>
      </w:r>
      <w:r w:rsidR="00136343">
        <w:t>Koła</w:t>
      </w:r>
      <w:r w:rsidRPr="00A4496A">
        <w:t>.</w:t>
      </w:r>
    </w:p>
    <w:p w:rsidR="00506A59" w:rsidRPr="00A4496A" w:rsidRDefault="00506A59" w:rsidP="00506A59">
      <w:pPr>
        <w:numPr>
          <w:ilvl w:val="0"/>
          <w:numId w:val="21"/>
        </w:numPr>
        <w:contextualSpacing w:val="0"/>
        <w:jc w:val="left"/>
      </w:pPr>
      <w:r w:rsidRPr="00A4496A">
        <w:t xml:space="preserve">Podjęcie uchwały o utworzeniu </w:t>
      </w:r>
      <w:r>
        <w:t>Koła</w:t>
      </w:r>
      <w:r w:rsidRPr="00A4496A">
        <w:t xml:space="preserve"> Naukowego.</w:t>
      </w:r>
    </w:p>
    <w:p w:rsidR="00A4496A" w:rsidRPr="00A4496A" w:rsidRDefault="00A4496A" w:rsidP="00A4496A">
      <w:pPr>
        <w:numPr>
          <w:ilvl w:val="0"/>
          <w:numId w:val="21"/>
        </w:numPr>
        <w:contextualSpacing w:val="0"/>
        <w:jc w:val="left"/>
      </w:pPr>
      <w:r w:rsidRPr="00A4496A">
        <w:t xml:space="preserve">Przyjęcie </w:t>
      </w:r>
      <w:r w:rsidR="009B3A80">
        <w:t xml:space="preserve">Regulaminu </w:t>
      </w:r>
      <w:r w:rsidR="00136343">
        <w:t>Koła</w:t>
      </w:r>
      <w:r w:rsidRPr="00A4496A">
        <w:t xml:space="preserve"> Naukowego.</w:t>
      </w:r>
    </w:p>
    <w:p w:rsidR="00537AED" w:rsidRDefault="00A4496A" w:rsidP="00537AED">
      <w:pPr>
        <w:numPr>
          <w:ilvl w:val="0"/>
          <w:numId w:val="21"/>
        </w:numPr>
        <w:contextualSpacing w:val="0"/>
        <w:jc w:val="left"/>
      </w:pPr>
      <w:r w:rsidRPr="00A4496A">
        <w:t xml:space="preserve">Podjęcie uchwały o wyborze władz </w:t>
      </w:r>
      <w:r w:rsidR="00136343">
        <w:t>Koła</w:t>
      </w:r>
      <w:r w:rsidR="00506A59">
        <w:t xml:space="preserve"> </w:t>
      </w:r>
      <w:r w:rsidRPr="00A4496A">
        <w:t xml:space="preserve"> (Zarządu)</w:t>
      </w:r>
      <w:r w:rsidR="00506A59">
        <w:t xml:space="preserve"> oraz Opiekuna Naukowego</w:t>
      </w:r>
      <w:r w:rsidRPr="00A4496A">
        <w:t>.</w:t>
      </w:r>
    </w:p>
    <w:p w:rsidR="00537AED" w:rsidRDefault="00A4496A" w:rsidP="00537AED">
      <w:pPr>
        <w:numPr>
          <w:ilvl w:val="0"/>
          <w:numId w:val="21"/>
        </w:numPr>
        <w:contextualSpacing w:val="0"/>
        <w:jc w:val="left"/>
      </w:pPr>
      <w:r w:rsidRPr="00A4496A">
        <w:t>Wolne wnioski.</w:t>
      </w:r>
    </w:p>
    <w:p w:rsidR="00A4496A" w:rsidRPr="00A4496A" w:rsidRDefault="00A4496A" w:rsidP="00537AED">
      <w:pPr>
        <w:numPr>
          <w:ilvl w:val="0"/>
          <w:numId w:val="21"/>
        </w:numPr>
        <w:spacing w:after="240"/>
        <w:ind w:left="357" w:hanging="357"/>
        <w:contextualSpacing w:val="0"/>
        <w:jc w:val="left"/>
      </w:pPr>
      <w:r w:rsidRPr="00A4496A">
        <w:t>Zakończenie zebrania.</w:t>
      </w:r>
    </w:p>
    <w:p w:rsidR="009D377A" w:rsidRPr="0020383D" w:rsidRDefault="00A4496A" w:rsidP="0020383D">
      <w:pPr>
        <w:rPr>
          <w:rFonts w:cs="Arial"/>
          <w:b/>
        </w:rPr>
      </w:pPr>
      <w:r w:rsidRPr="0020383D">
        <w:rPr>
          <w:b/>
        </w:rPr>
        <w:t>Przebieg zebrania:</w:t>
      </w:r>
    </w:p>
    <w:p w:rsidR="00A4496A" w:rsidRPr="00506A59" w:rsidRDefault="00A4496A" w:rsidP="00506A59">
      <w:pPr>
        <w:pStyle w:val="Akapitzlist"/>
        <w:numPr>
          <w:ilvl w:val="0"/>
          <w:numId w:val="28"/>
        </w:numPr>
        <w:tabs>
          <w:tab w:val="left" w:pos="8597"/>
        </w:tabs>
        <w:rPr>
          <w:rFonts w:eastAsiaTheme="majorEastAsia" w:cstheme="majorBidi"/>
          <w:b/>
          <w:bCs/>
        </w:rPr>
      </w:pPr>
      <w:r w:rsidRPr="00A4496A">
        <w:t xml:space="preserve">Zebranie otworzył/a </w:t>
      </w:r>
      <w:r w:rsidRPr="00506A59">
        <w:rPr>
          <w:u w:val="dotted"/>
        </w:rPr>
        <w:tab/>
      </w:r>
      <w:r w:rsidRPr="00A4496A">
        <w:t xml:space="preserve">, </w:t>
      </w:r>
    </w:p>
    <w:p w:rsidR="009D377A" w:rsidRPr="00506A59" w:rsidRDefault="00A4496A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</w:rPr>
      </w:pPr>
      <w:r w:rsidRPr="00506A59">
        <w:rPr>
          <w:rFonts w:cs="Arial"/>
          <w:szCs w:val="18"/>
        </w:rPr>
        <w:t xml:space="preserve">witając zgromadzonych studentów Collegium Witelona </w:t>
      </w:r>
      <w:r w:rsidR="002D0123" w:rsidRPr="00506A59">
        <w:rPr>
          <w:rFonts w:cs="Arial"/>
          <w:szCs w:val="18"/>
        </w:rPr>
        <w:t>Uczelni</w:t>
      </w:r>
      <w:r w:rsidRPr="00506A59">
        <w:rPr>
          <w:rFonts w:cs="Arial"/>
          <w:szCs w:val="18"/>
        </w:rPr>
        <w:t>a Państwowa.</w:t>
      </w:r>
    </w:p>
    <w:p w:rsidR="00506A59" w:rsidRDefault="00A4496A" w:rsidP="00506A59">
      <w:pPr>
        <w:pStyle w:val="Akapitzlist"/>
        <w:numPr>
          <w:ilvl w:val="0"/>
          <w:numId w:val="28"/>
        </w:numPr>
        <w:tabs>
          <w:tab w:val="left" w:pos="8640"/>
        </w:tabs>
        <w:spacing w:line="312" w:lineRule="auto"/>
        <w:contextualSpacing w:val="0"/>
        <w:rPr>
          <w:rFonts w:cs="Arial"/>
          <w:szCs w:val="18"/>
          <w:u w:val="dotted"/>
        </w:rPr>
      </w:pPr>
      <w:r w:rsidRPr="00506A59">
        <w:rPr>
          <w:rFonts w:cs="Arial"/>
          <w:szCs w:val="18"/>
        </w:rPr>
        <w:t>Na przewodniczącego zebrania wybrano</w:t>
      </w:r>
      <w:r w:rsidRPr="00506A59">
        <w:rPr>
          <w:rFonts w:cs="Arial"/>
          <w:szCs w:val="18"/>
          <w:u w:val="dotted"/>
        </w:rPr>
        <w:tab/>
      </w:r>
      <w:r w:rsidRPr="00506A59">
        <w:rPr>
          <w:rFonts w:cs="Arial"/>
          <w:szCs w:val="18"/>
        </w:rPr>
        <w:br/>
        <w:t xml:space="preserve">Na protokolanta wybrano </w:t>
      </w:r>
      <w:r w:rsidRPr="00506A59">
        <w:rPr>
          <w:rFonts w:cs="Arial"/>
          <w:szCs w:val="18"/>
          <w:u w:val="dotted"/>
        </w:rPr>
        <w:tab/>
      </w:r>
    </w:p>
    <w:p w:rsidR="00A4496A" w:rsidRDefault="00A4496A" w:rsidP="00506A59">
      <w:pPr>
        <w:pStyle w:val="Akapitzlist"/>
        <w:numPr>
          <w:ilvl w:val="0"/>
          <w:numId w:val="28"/>
        </w:numPr>
        <w:tabs>
          <w:tab w:val="left" w:pos="8640"/>
        </w:tabs>
        <w:spacing w:line="312" w:lineRule="auto"/>
        <w:contextualSpacing w:val="0"/>
        <w:rPr>
          <w:rFonts w:cs="Arial"/>
          <w:szCs w:val="18"/>
          <w:u w:val="dotted"/>
        </w:rPr>
      </w:pPr>
      <w:r w:rsidRPr="00506A59">
        <w:rPr>
          <w:rFonts w:cs="Arial"/>
          <w:szCs w:val="18"/>
        </w:rPr>
        <w:t xml:space="preserve">Przewodniczący przedstawił cel zebrania, jakim było utworzenie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 xml:space="preserve"> Naukowego </w:t>
      </w:r>
      <w:r w:rsidRPr="00506A59">
        <w:rPr>
          <w:rFonts w:cs="Arial"/>
          <w:szCs w:val="18"/>
          <w:u w:val="dotted"/>
        </w:rPr>
        <w:tab/>
      </w:r>
    </w:p>
    <w:p w:rsidR="000F3F05" w:rsidRDefault="000F3F05" w:rsidP="000F3F05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A4496A" w:rsidRDefault="000F3F05" w:rsidP="000F3F05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9D377A" w:rsidRPr="00506A59" w:rsidRDefault="00CF5A9A" w:rsidP="000F3F05">
      <w:pPr>
        <w:pStyle w:val="Akapitzlist"/>
        <w:tabs>
          <w:tab w:val="left" w:pos="3375"/>
        </w:tabs>
        <w:spacing w:line="312" w:lineRule="auto"/>
        <w:ind w:left="360"/>
        <w:contextualSpacing w:val="0"/>
        <w:jc w:val="center"/>
        <w:rPr>
          <w:rFonts w:cs="Arial"/>
          <w:szCs w:val="18"/>
        </w:rPr>
      </w:pPr>
      <w:r w:rsidRPr="00506A59">
        <w:rPr>
          <w:rFonts w:cs="Arial"/>
          <w:szCs w:val="18"/>
        </w:rPr>
        <w:t xml:space="preserve"> </w:t>
      </w:r>
      <w:r w:rsidR="00A4496A" w:rsidRPr="00506A59">
        <w:rPr>
          <w:rFonts w:cs="Arial"/>
          <w:szCs w:val="18"/>
        </w:rPr>
        <w:t xml:space="preserve">(nazwa </w:t>
      </w:r>
      <w:r w:rsidR="00136343" w:rsidRPr="00506A59">
        <w:rPr>
          <w:rFonts w:cs="Arial"/>
          <w:szCs w:val="18"/>
        </w:rPr>
        <w:t>Koła</w:t>
      </w:r>
      <w:r w:rsidR="00A4496A" w:rsidRPr="00506A59">
        <w:rPr>
          <w:rFonts w:cs="Arial"/>
          <w:szCs w:val="18"/>
        </w:rPr>
        <w:t>)</w:t>
      </w:r>
    </w:p>
    <w:p w:rsidR="009D377A" w:rsidRPr="00506A59" w:rsidRDefault="00A4496A" w:rsidP="00506A59">
      <w:pPr>
        <w:pStyle w:val="Akapitzlist"/>
        <w:numPr>
          <w:ilvl w:val="0"/>
          <w:numId w:val="28"/>
        </w:numPr>
        <w:tabs>
          <w:tab w:val="left" w:pos="3375"/>
        </w:tabs>
        <w:spacing w:line="312" w:lineRule="auto"/>
        <w:contextualSpacing w:val="0"/>
        <w:rPr>
          <w:rFonts w:cs="Arial"/>
          <w:szCs w:val="18"/>
        </w:rPr>
      </w:pPr>
      <w:r w:rsidRPr="00506A59">
        <w:rPr>
          <w:rFonts w:cs="Arial"/>
          <w:szCs w:val="18"/>
        </w:rPr>
        <w:t xml:space="preserve">Uczestnicy omówili propozycje nazwy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>, jego c</w:t>
      </w:r>
      <w:r w:rsidR="009D377A" w:rsidRPr="00506A59">
        <w:rPr>
          <w:rFonts w:cs="Arial"/>
          <w:szCs w:val="18"/>
        </w:rPr>
        <w:t>elów oraz zakresu działalności.</w:t>
      </w:r>
    </w:p>
    <w:p w:rsidR="00A4496A" w:rsidRDefault="00A4496A" w:rsidP="00506A59">
      <w:pPr>
        <w:pStyle w:val="Akapitzlist"/>
        <w:numPr>
          <w:ilvl w:val="0"/>
          <w:numId w:val="28"/>
        </w:numPr>
        <w:tabs>
          <w:tab w:val="left" w:pos="8597"/>
        </w:tabs>
        <w:spacing w:line="312" w:lineRule="auto"/>
        <w:contextualSpacing w:val="0"/>
        <w:rPr>
          <w:rFonts w:cs="Arial"/>
          <w:szCs w:val="18"/>
          <w:u w:val="dotted"/>
        </w:rPr>
      </w:pPr>
      <w:r w:rsidRPr="00506A59">
        <w:rPr>
          <w:rFonts w:cs="Arial"/>
          <w:szCs w:val="18"/>
        </w:rPr>
        <w:t xml:space="preserve">Ustalono, że głównym celem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 xml:space="preserve"> będzie:</w:t>
      </w:r>
      <w:r w:rsidR="00506A59" w:rsidRPr="00506A59">
        <w:rPr>
          <w:rFonts w:cs="Arial"/>
          <w:szCs w:val="18"/>
          <w:u w:val="dotted"/>
        </w:rPr>
        <w:tab/>
      </w:r>
      <w:r w:rsidR="00506A59">
        <w:rPr>
          <w:rFonts w:cs="Arial"/>
          <w:szCs w:val="18"/>
        </w:rPr>
        <w:tab/>
      </w:r>
      <w:r w:rsidR="00506A59">
        <w:rPr>
          <w:rFonts w:cs="Arial"/>
          <w:szCs w:val="18"/>
        </w:rPr>
        <w:tab/>
      </w:r>
      <w:r w:rsidR="00506A59">
        <w:rPr>
          <w:rFonts w:cs="Arial"/>
          <w:szCs w:val="18"/>
          <w:u w:val="dotted"/>
        </w:rPr>
        <w:tab/>
        <w:t xml:space="preserve"> </w:t>
      </w:r>
      <w:r w:rsidR="00506A59">
        <w:rPr>
          <w:rFonts w:cs="Arial"/>
          <w:szCs w:val="18"/>
          <w:u w:val="dotted"/>
        </w:rPr>
        <w:tab/>
      </w:r>
    </w:p>
    <w:p w:rsidR="00506A59" w:rsidRDefault="00506A59" w:rsidP="00506A59">
      <w:pPr>
        <w:pStyle w:val="Akapitzlist"/>
        <w:tabs>
          <w:tab w:val="left" w:pos="8597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506A59" w:rsidRDefault="00506A59" w:rsidP="00506A59">
      <w:pPr>
        <w:pStyle w:val="Akapitzlist"/>
        <w:tabs>
          <w:tab w:val="left" w:pos="8597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506A59" w:rsidRDefault="00506A59" w:rsidP="00506A59">
      <w:pPr>
        <w:pStyle w:val="Akapitzlist"/>
        <w:tabs>
          <w:tab w:val="left" w:pos="8597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506A59" w:rsidRDefault="00506A59" w:rsidP="00CF5A9A">
      <w:pPr>
        <w:pStyle w:val="Akapitzlist"/>
        <w:tabs>
          <w:tab w:val="left" w:pos="8597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506A59" w:rsidRPr="000F3F05" w:rsidRDefault="00537AED" w:rsidP="00506A59">
      <w:pPr>
        <w:pStyle w:val="Akapitzlist"/>
        <w:numPr>
          <w:ilvl w:val="0"/>
          <w:numId w:val="28"/>
        </w:numPr>
        <w:tabs>
          <w:tab w:val="left" w:pos="8640"/>
        </w:tabs>
        <w:spacing w:line="312" w:lineRule="auto"/>
        <w:contextualSpacing w:val="0"/>
        <w:rPr>
          <w:rFonts w:cs="Arial"/>
          <w:szCs w:val="18"/>
        </w:rPr>
      </w:pPr>
      <w:r>
        <w:rPr>
          <w:rFonts w:cs="Arial"/>
          <w:szCs w:val="18"/>
        </w:rPr>
        <w:t>Uczestnicy zebrania</w:t>
      </w:r>
      <w:r w:rsidR="00506A59" w:rsidRPr="00506A59">
        <w:rPr>
          <w:rFonts w:cs="Arial"/>
          <w:szCs w:val="18"/>
        </w:rPr>
        <w:t xml:space="preserve"> podjęli uchwałę o utworzeniu Koła Naukowego </w:t>
      </w:r>
      <w:r w:rsidR="00506A59" w:rsidRPr="00506A59">
        <w:rPr>
          <w:rFonts w:cs="Arial"/>
          <w:szCs w:val="18"/>
          <w:u w:val="dotted"/>
        </w:rPr>
        <w:tab/>
      </w:r>
    </w:p>
    <w:p w:rsidR="00506A59" w:rsidRDefault="000F3F05" w:rsidP="000F3F05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lastRenderedPageBreak/>
        <w:tab/>
      </w:r>
    </w:p>
    <w:p w:rsidR="000F3F05" w:rsidRDefault="000F3F05" w:rsidP="000F3F05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pStyle w:val="Akapitzlist"/>
        <w:jc w:val="center"/>
        <w:rPr>
          <w:rFonts w:cs="Arial"/>
          <w:szCs w:val="18"/>
        </w:rPr>
      </w:pPr>
      <w:r w:rsidRPr="000F3F05">
        <w:rPr>
          <w:rFonts w:cs="Arial"/>
          <w:szCs w:val="18"/>
        </w:rPr>
        <w:t>(nazwa Koła)</w:t>
      </w:r>
    </w:p>
    <w:p w:rsidR="00A4496A" w:rsidRDefault="00A4496A" w:rsidP="00506A59">
      <w:pPr>
        <w:pStyle w:val="Akapitzlist"/>
        <w:numPr>
          <w:ilvl w:val="0"/>
          <w:numId w:val="28"/>
        </w:numPr>
        <w:tabs>
          <w:tab w:val="left" w:pos="8640"/>
        </w:tabs>
        <w:spacing w:line="312" w:lineRule="auto"/>
        <w:contextualSpacing w:val="0"/>
        <w:rPr>
          <w:rFonts w:cs="Arial"/>
          <w:szCs w:val="18"/>
          <w:u w:val="dotted"/>
        </w:rPr>
      </w:pPr>
      <w:r w:rsidRPr="00506A59">
        <w:rPr>
          <w:rFonts w:cs="Arial"/>
          <w:szCs w:val="18"/>
        </w:rPr>
        <w:t xml:space="preserve">Po zapoznaniu się z projektem </w:t>
      </w:r>
      <w:r w:rsidR="003E6BF2" w:rsidRPr="00506A59">
        <w:rPr>
          <w:rFonts w:cs="Arial"/>
          <w:szCs w:val="18"/>
        </w:rPr>
        <w:t>Regulaminu</w:t>
      </w:r>
      <w:r w:rsidRPr="00506A59">
        <w:rPr>
          <w:rFonts w:cs="Arial"/>
          <w:szCs w:val="18"/>
        </w:rPr>
        <w:t xml:space="preserve">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 xml:space="preserve"> Naukowego</w:t>
      </w:r>
      <w:r w:rsidRPr="00506A59">
        <w:rPr>
          <w:rFonts w:cs="Arial"/>
          <w:szCs w:val="18"/>
          <w:u w:val="dotted"/>
        </w:rPr>
        <w:tab/>
      </w:r>
      <w:r w:rsidR="00506A59">
        <w:rPr>
          <w:rFonts w:cs="Arial"/>
          <w:szCs w:val="18"/>
          <w:u w:val="dotted"/>
        </w:rPr>
        <w:tab/>
      </w:r>
      <w:r w:rsidR="00506A59">
        <w:rPr>
          <w:rFonts w:cs="Arial"/>
          <w:szCs w:val="18"/>
          <w:u w:val="dotted"/>
        </w:rPr>
        <w:tab/>
      </w:r>
    </w:p>
    <w:p w:rsidR="00506A59" w:rsidRDefault="00506A59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0F3F05" w:rsidRPr="00506A59" w:rsidRDefault="000F3F05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ab/>
      </w:r>
    </w:p>
    <w:p w:rsidR="00963B7F" w:rsidRPr="00506A59" w:rsidRDefault="00963B7F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jc w:val="center"/>
        <w:rPr>
          <w:rFonts w:cs="Arial"/>
          <w:szCs w:val="18"/>
        </w:rPr>
      </w:pPr>
      <w:r w:rsidRPr="00506A59">
        <w:rPr>
          <w:rFonts w:cs="Arial"/>
          <w:szCs w:val="18"/>
        </w:rPr>
        <w:t xml:space="preserve">(nazwa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>)</w:t>
      </w:r>
    </w:p>
    <w:p w:rsidR="009D377A" w:rsidRPr="00506A59" w:rsidRDefault="00A4496A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</w:rPr>
      </w:pPr>
      <w:r w:rsidRPr="00506A59">
        <w:rPr>
          <w:rFonts w:cs="Arial"/>
          <w:szCs w:val="18"/>
        </w:rPr>
        <w:t>uczestnicy przyjęli jego treść.</w:t>
      </w:r>
    </w:p>
    <w:p w:rsidR="000F3F05" w:rsidRPr="000F3F05" w:rsidRDefault="00A4496A" w:rsidP="000F3F05">
      <w:pPr>
        <w:pStyle w:val="Akapitzlist"/>
        <w:numPr>
          <w:ilvl w:val="0"/>
          <w:numId w:val="28"/>
        </w:numPr>
        <w:tabs>
          <w:tab w:val="left" w:pos="8640"/>
        </w:tabs>
        <w:spacing w:line="312" w:lineRule="auto"/>
        <w:contextualSpacing w:val="0"/>
        <w:jc w:val="left"/>
        <w:rPr>
          <w:rFonts w:cs="Arial"/>
          <w:szCs w:val="18"/>
          <w:u w:val="dotted"/>
        </w:rPr>
      </w:pPr>
      <w:r w:rsidRPr="00506A59">
        <w:rPr>
          <w:rFonts w:cs="Arial"/>
          <w:szCs w:val="18"/>
        </w:rPr>
        <w:t xml:space="preserve">W wyniku głosowania wybrano Zarząd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 xml:space="preserve"> Naukowego</w:t>
      </w:r>
      <w:r w:rsidR="000F3F05">
        <w:rPr>
          <w:rFonts w:cs="Arial"/>
          <w:szCs w:val="18"/>
        </w:rPr>
        <w:t xml:space="preserve"> </w:t>
      </w:r>
      <w:r w:rsidRPr="000F3F05">
        <w:rPr>
          <w:rFonts w:cs="Arial"/>
          <w:szCs w:val="18"/>
        </w:rPr>
        <w:t>w składzie:</w:t>
      </w:r>
      <w:r w:rsidRPr="000F3F05">
        <w:rPr>
          <w:rFonts w:cs="Arial"/>
          <w:szCs w:val="18"/>
        </w:rPr>
        <w:br/>
        <w:t xml:space="preserve">- Przewodniczący: </w:t>
      </w:r>
      <w:r w:rsidRPr="000F3F05">
        <w:rPr>
          <w:rFonts w:cs="Arial"/>
          <w:szCs w:val="18"/>
          <w:u w:val="dotted"/>
        </w:rPr>
        <w:tab/>
      </w:r>
      <w:r w:rsidRPr="000F3F05">
        <w:rPr>
          <w:rFonts w:cs="Arial"/>
          <w:szCs w:val="18"/>
        </w:rPr>
        <w:br/>
        <w:t>- Zastępca Przewodniczącego:</w:t>
      </w:r>
      <w:r w:rsidRPr="000F3F05">
        <w:rPr>
          <w:rFonts w:cs="Arial"/>
          <w:szCs w:val="18"/>
          <w:u w:val="dotted"/>
        </w:rPr>
        <w:tab/>
      </w:r>
      <w:r w:rsidRPr="000F3F05">
        <w:rPr>
          <w:rFonts w:cs="Arial"/>
          <w:szCs w:val="18"/>
        </w:rPr>
        <w:br/>
        <w:t xml:space="preserve">- Sekretarz: </w:t>
      </w:r>
      <w:r w:rsidRPr="000F3F05">
        <w:rPr>
          <w:rFonts w:cs="Arial"/>
          <w:szCs w:val="18"/>
          <w:u w:val="dotted"/>
        </w:rPr>
        <w:tab/>
      </w:r>
    </w:p>
    <w:p w:rsidR="00506A59" w:rsidRPr="000F3F05" w:rsidRDefault="00D117FD" w:rsidP="000F3F05">
      <w:pPr>
        <w:pStyle w:val="Akapitzlist"/>
        <w:numPr>
          <w:ilvl w:val="0"/>
          <w:numId w:val="13"/>
        </w:numPr>
        <w:tabs>
          <w:tab w:val="left" w:pos="8640"/>
        </w:tabs>
        <w:spacing w:line="312" w:lineRule="auto"/>
        <w:contextualSpacing w:val="0"/>
        <w:jc w:val="left"/>
        <w:rPr>
          <w:rFonts w:cs="Arial"/>
          <w:szCs w:val="18"/>
          <w:u w:val="dotted"/>
        </w:rPr>
      </w:pPr>
      <w:r w:rsidRPr="000F3F05">
        <w:rPr>
          <w:rFonts w:cs="Arial"/>
          <w:szCs w:val="18"/>
        </w:rPr>
        <w:t xml:space="preserve"> Na Opiekuna N</w:t>
      </w:r>
      <w:r w:rsidR="00A4496A" w:rsidRPr="000F3F05">
        <w:rPr>
          <w:rFonts w:cs="Arial"/>
          <w:szCs w:val="18"/>
        </w:rPr>
        <w:t xml:space="preserve">aukowego </w:t>
      </w:r>
      <w:r w:rsidR="00136343" w:rsidRPr="000F3F05">
        <w:rPr>
          <w:rFonts w:cs="Arial"/>
          <w:szCs w:val="18"/>
        </w:rPr>
        <w:t>Koła</w:t>
      </w:r>
      <w:r w:rsidR="00A4496A" w:rsidRPr="000F3F05">
        <w:rPr>
          <w:rFonts w:cs="Arial"/>
          <w:szCs w:val="18"/>
        </w:rPr>
        <w:t>, który wyraz</w:t>
      </w:r>
      <w:r w:rsidRPr="000F3F05">
        <w:rPr>
          <w:rFonts w:cs="Arial"/>
          <w:szCs w:val="18"/>
        </w:rPr>
        <w:t>ił zgodę na objęcie tej funkcji,</w:t>
      </w:r>
      <w:r w:rsidR="00A4496A" w:rsidRPr="000F3F05">
        <w:rPr>
          <w:rFonts w:cs="Arial"/>
          <w:szCs w:val="18"/>
        </w:rPr>
        <w:t xml:space="preserve"> wybrano </w:t>
      </w:r>
      <w:r w:rsidR="00A4496A" w:rsidRPr="000F3F05">
        <w:rPr>
          <w:rFonts w:cs="Arial"/>
          <w:szCs w:val="18"/>
          <w:u w:val="dotted"/>
        </w:rPr>
        <w:tab/>
      </w:r>
    </w:p>
    <w:p w:rsidR="00A4496A" w:rsidRPr="00A4496A" w:rsidRDefault="00506A59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rPr>
          <w:rFonts w:cs="Arial"/>
          <w:szCs w:val="18"/>
        </w:rPr>
      </w:pPr>
      <w:r>
        <w:rPr>
          <w:rFonts w:cs="Arial"/>
          <w:szCs w:val="18"/>
          <w:u w:val="dotted"/>
        </w:rPr>
        <w:tab/>
      </w:r>
      <w:r>
        <w:rPr>
          <w:rFonts w:cs="Arial"/>
          <w:szCs w:val="18"/>
        </w:rPr>
        <w:tab/>
      </w:r>
    </w:p>
    <w:p w:rsidR="009D377A" w:rsidRPr="00506A59" w:rsidRDefault="00506A59" w:rsidP="00506A59">
      <w:pPr>
        <w:pStyle w:val="Akapitzlist"/>
        <w:tabs>
          <w:tab w:val="left" w:pos="8640"/>
        </w:tabs>
        <w:spacing w:line="312" w:lineRule="auto"/>
        <w:ind w:left="360"/>
        <w:contextualSpacing w:val="0"/>
        <w:jc w:val="center"/>
        <w:rPr>
          <w:rFonts w:cs="Arial"/>
          <w:szCs w:val="18"/>
        </w:rPr>
      </w:pPr>
      <w:r>
        <w:rPr>
          <w:rFonts w:cs="Arial"/>
          <w:szCs w:val="18"/>
        </w:rPr>
        <w:t>(tytuł naukowy/zawodowy,</w:t>
      </w:r>
      <w:r w:rsidR="00A4496A" w:rsidRPr="00506A59">
        <w:rPr>
          <w:rFonts w:cs="Arial"/>
          <w:szCs w:val="18"/>
        </w:rPr>
        <w:t xml:space="preserve"> imię i nazwisko)</w:t>
      </w:r>
    </w:p>
    <w:p w:rsidR="009D377A" w:rsidRPr="00506A59" w:rsidRDefault="00A4496A" w:rsidP="000F3F05">
      <w:pPr>
        <w:pStyle w:val="Akapitzlist"/>
        <w:numPr>
          <w:ilvl w:val="0"/>
          <w:numId w:val="13"/>
        </w:numPr>
        <w:tabs>
          <w:tab w:val="left" w:pos="8640"/>
        </w:tabs>
        <w:spacing w:line="312" w:lineRule="auto"/>
        <w:contextualSpacing w:val="0"/>
        <w:rPr>
          <w:rFonts w:cs="Arial"/>
          <w:szCs w:val="18"/>
        </w:rPr>
      </w:pPr>
      <w:r w:rsidRPr="00506A59">
        <w:rPr>
          <w:rFonts w:cs="Arial"/>
          <w:szCs w:val="18"/>
        </w:rPr>
        <w:t xml:space="preserve">W wolnych wnioskach omówiono propozycje działań i spotkań organizacyjnych </w:t>
      </w:r>
      <w:r w:rsidR="00136343" w:rsidRPr="00506A59">
        <w:rPr>
          <w:rFonts w:cs="Arial"/>
          <w:szCs w:val="18"/>
        </w:rPr>
        <w:t>Koła</w:t>
      </w:r>
      <w:r w:rsidRPr="00506A59">
        <w:rPr>
          <w:rFonts w:cs="Arial"/>
          <w:szCs w:val="18"/>
        </w:rPr>
        <w:t>.</w:t>
      </w:r>
    </w:p>
    <w:p w:rsidR="00A4496A" w:rsidRPr="00506A59" w:rsidRDefault="00A4496A" w:rsidP="000F3F05">
      <w:pPr>
        <w:pStyle w:val="Akapitzlist"/>
        <w:numPr>
          <w:ilvl w:val="0"/>
          <w:numId w:val="13"/>
        </w:numPr>
        <w:tabs>
          <w:tab w:val="left" w:pos="8640"/>
        </w:tabs>
        <w:spacing w:line="312" w:lineRule="auto"/>
        <w:contextualSpacing w:val="0"/>
        <w:rPr>
          <w:rFonts w:cs="Arial"/>
          <w:szCs w:val="18"/>
        </w:rPr>
      </w:pPr>
      <w:r w:rsidRPr="00506A59">
        <w:rPr>
          <w:rFonts w:cs="Arial"/>
          <w:szCs w:val="18"/>
        </w:rPr>
        <w:t>Przewodniczący zebrania podziękował uczestnikom za udział i zakończył zebranie.</w:t>
      </w:r>
    </w:p>
    <w:p w:rsidR="00A4496A" w:rsidRPr="00A4496A" w:rsidRDefault="00A4496A" w:rsidP="00A4496A">
      <w:pPr>
        <w:tabs>
          <w:tab w:val="left" w:pos="8640"/>
        </w:tabs>
        <w:spacing w:line="312" w:lineRule="auto"/>
        <w:contextualSpacing w:val="0"/>
        <w:jc w:val="left"/>
        <w:rPr>
          <w:rFonts w:cs="Arial"/>
          <w:szCs w:val="18"/>
        </w:rPr>
      </w:pPr>
      <w:r w:rsidRPr="00A4496A">
        <w:rPr>
          <w:rFonts w:cs="Arial"/>
          <w:szCs w:val="18"/>
        </w:rPr>
        <w:tab/>
      </w:r>
      <w:r w:rsidRPr="00A4496A">
        <w:rPr>
          <w:rFonts w:cs="Arial"/>
          <w:szCs w:val="18"/>
        </w:rPr>
        <w:br/>
      </w:r>
    </w:p>
    <w:p w:rsidR="00A4496A" w:rsidRPr="00A4496A" w:rsidRDefault="00A4496A" w:rsidP="00A4496A">
      <w:pPr>
        <w:tabs>
          <w:tab w:val="left" w:pos="8640"/>
        </w:tabs>
        <w:spacing w:line="24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ab/>
      </w:r>
    </w:p>
    <w:p w:rsidR="00A4496A" w:rsidRPr="00A4496A" w:rsidRDefault="00A4496A" w:rsidP="00A4496A">
      <w:pPr>
        <w:tabs>
          <w:tab w:val="left" w:pos="8640"/>
        </w:tabs>
        <w:spacing w:after="600" w:line="240" w:lineRule="auto"/>
        <w:ind w:firstLine="4961"/>
        <w:contextualSpacing w:val="0"/>
        <w:jc w:val="center"/>
        <w:rPr>
          <w:rFonts w:cs="Arial"/>
          <w:szCs w:val="18"/>
        </w:rPr>
      </w:pPr>
      <w:r w:rsidRPr="00A4496A">
        <w:rPr>
          <w:rFonts w:cs="Arial"/>
          <w:szCs w:val="18"/>
        </w:rPr>
        <w:t>(podpis protokolanta)</w:t>
      </w:r>
    </w:p>
    <w:p w:rsidR="00A4496A" w:rsidRPr="00A4496A" w:rsidRDefault="00A4496A" w:rsidP="00A4496A">
      <w:pPr>
        <w:tabs>
          <w:tab w:val="left" w:pos="8640"/>
        </w:tabs>
        <w:spacing w:line="24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ab/>
      </w:r>
    </w:p>
    <w:p w:rsidR="00A4496A" w:rsidRPr="00A4496A" w:rsidRDefault="00A4496A" w:rsidP="00A4496A">
      <w:pPr>
        <w:tabs>
          <w:tab w:val="left" w:pos="8640"/>
        </w:tabs>
        <w:spacing w:line="240" w:lineRule="auto"/>
        <w:ind w:firstLine="4961"/>
        <w:contextualSpacing w:val="0"/>
        <w:jc w:val="center"/>
        <w:rPr>
          <w:rFonts w:cs="Arial"/>
          <w:szCs w:val="18"/>
        </w:rPr>
      </w:pPr>
      <w:r w:rsidRPr="00A4496A">
        <w:rPr>
          <w:rFonts w:cs="Arial"/>
          <w:szCs w:val="18"/>
        </w:rPr>
        <w:t>(podpis przewodniczącego)</w:t>
      </w:r>
    </w:p>
    <w:p w:rsidR="00A4496A" w:rsidRPr="00A4496A" w:rsidRDefault="00A4496A" w:rsidP="00A4496A">
      <w:pPr>
        <w:tabs>
          <w:tab w:val="left" w:pos="8640"/>
        </w:tabs>
        <w:spacing w:line="480" w:lineRule="auto"/>
        <w:contextualSpacing w:val="0"/>
        <w:jc w:val="left"/>
        <w:rPr>
          <w:rFonts w:cs="Arial"/>
          <w:szCs w:val="18"/>
        </w:rPr>
      </w:pPr>
    </w:p>
    <w:p w:rsidR="00A4496A" w:rsidRPr="00A4496A" w:rsidRDefault="00A4496A" w:rsidP="00A4496A">
      <w:pPr>
        <w:tabs>
          <w:tab w:val="left" w:pos="8640"/>
        </w:tabs>
        <w:spacing w:line="480" w:lineRule="auto"/>
        <w:ind w:firstLine="4962"/>
        <w:contextualSpacing w:val="0"/>
        <w:jc w:val="left"/>
        <w:rPr>
          <w:rFonts w:cs="Arial"/>
          <w:szCs w:val="18"/>
        </w:rPr>
      </w:pPr>
      <w:r w:rsidRPr="00A4496A">
        <w:rPr>
          <w:rFonts w:cs="Arial"/>
          <w:szCs w:val="18"/>
        </w:rPr>
        <w:t>Podpisy założycieli:</w:t>
      </w:r>
    </w:p>
    <w:p w:rsidR="00A4496A" w:rsidRPr="00A4496A" w:rsidRDefault="00A4496A" w:rsidP="00A4496A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>1.</w:t>
      </w:r>
      <w:r w:rsidRPr="00A4496A">
        <w:rPr>
          <w:rFonts w:cs="Arial"/>
          <w:szCs w:val="18"/>
          <w:u w:val="dotted"/>
        </w:rPr>
        <w:tab/>
      </w:r>
    </w:p>
    <w:p w:rsidR="00A4496A" w:rsidRPr="00A4496A" w:rsidRDefault="00A4496A" w:rsidP="00A4496A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>2.</w:t>
      </w:r>
      <w:r w:rsidRPr="00A4496A">
        <w:rPr>
          <w:rFonts w:cs="Arial"/>
          <w:szCs w:val="18"/>
          <w:u w:val="dotted"/>
        </w:rPr>
        <w:tab/>
      </w:r>
    </w:p>
    <w:p w:rsidR="00A4496A" w:rsidRPr="00A4496A" w:rsidRDefault="00A4496A" w:rsidP="00A4496A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>3.</w:t>
      </w:r>
      <w:r w:rsidRPr="00A4496A">
        <w:rPr>
          <w:rFonts w:cs="Arial"/>
          <w:szCs w:val="18"/>
          <w:u w:val="dotted"/>
        </w:rPr>
        <w:tab/>
      </w:r>
    </w:p>
    <w:p w:rsidR="00A4496A" w:rsidRPr="00A4496A" w:rsidRDefault="00A4496A" w:rsidP="00A4496A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>4.</w:t>
      </w:r>
      <w:r w:rsidRPr="00A4496A">
        <w:rPr>
          <w:rFonts w:cs="Arial"/>
          <w:szCs w:val="18"/>
          <w:u w:val="dotted"/>
        </w:rPr>
        <w:tab/>
      </w:r>
    </w:p>
    <w:p w:rsidR="00A4496A" w:rsidRDefault="00A4496A" w:rsidP="00A4496A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 w:rsidRPr="00A4496A">
        <w:rPr>
          <w:rFonts w:cs="Arial"/>
          <w:szCs w:val="18"/>
          <w:u w:val="dotted"/>
        </w:rPr>
        <w:t>5.</w:t>
      </w:r>
      <w:r w:rsidRPr="00A4496A"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>6</w:t>
      </w:r>
      <w:r w:rsidRPr="000F3F05">
        <w:rPr>
          <w:rFonts w:cs="Arial"/>
          <w:szCs w:val="18"/>
          <w:u w:val="dotted"/>
        </w:rPr>
        <w:t>.</w:t>
      </w:r>
      <w:r w:rsidRPr="000F3F05"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>7</w:t>
      </w:r>
      <w:r w:rsidRPr="000F3F05">
        <w:rPr>
          <w:rFonts w:cs="Arial"/>
          <w:szCs w:val="18"/>
          <w:u w:val="dotted"/>
        </w:rPr>
        <w:t>.</w:t>
      </w:r>
      <w:r w:rsidRPr="000F3F05"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>8</w:t>
      </w:r>
      <w:r w:rsidRPr="000F3F05">
        <w:rPr>
          <w:rFonts w:cs="Arial"/>
          <w:szCs w:val="18"/>
          <w:u w:val="dotted"/>
        </w:rPr>
        <w:t>.</w:t>
      </w:r>
      <w:r w:rsidRPr="000F3F05"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>9</w:t>
      </w:r>
      <w:r w:rsidRPr="000F3F05">
        <w:rPr>
          <w:rFonts w:cs="Arial"/>
          <w:szCs w:val="18"/>
          <w:u w:val="dotted"/>
        </w:rPr>
        <w:t>.</w:t>
      </w:r>
      <w:r w:rsidRPr="000F3F05"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tabs>
          <w:tab w:val="left" w:pos="8640"/>
        </w:tabs>
        <w:spacing w:line="480" w:lineRule="auto"/>
        <w:ind w:firstLine="4961"/>
        <w:contextualSpacing w:val="0"/>
        <w:jc w:val="left"/>
        <w:rPr>
          <w:rFonts w:cs="Arial"/>
          <w:szCs w:val="18"/>
          <w:u w:val="dotted"/>
        </w:rPr>
      </w:pPr>
      <w:r>
        <w:rPr>
          <w:rFonts w:cs="Arial"/>
          <w:szCs w:val="18"/>
          <w:u w:val="dotted"/>
        </w:rPr>
        <w:t>10</w:t>
      </w:r>
      <w:r w:rsidRPr="000F3F05">
        <w:rPr>
          <w:rFonts w:cs="Arial"/>
          <w:szCs w:val="18"/>
          <w:u w:val="dotted"/>
        </w:rPr>
        <w:t>.</w:t>
      </w:r>
      <w:r w:rsidRPr="000F3F05">
        <w:rPr>
          <w:rFonts w:cs="Arial"/>
          <w:szCs w:val="18"/>
          <w:u w:val="dotted"/>
        </w:rPr>
        <w:tab/>
      </w:r>
    </w:p>
    <w:p w:rsidR="000F3F05" w:rsidRPr="000F3F05" w:rsidRDefault="000F3F05" w:rsidP="000F3F05">
      <w:pPr>
        <w:tabs>
          <w:tab w:val="left" w:pos="8640"/>
        </w:tabs>
        <w:spacing w:line="480" w:lineRule="auto"/>
        <w:ind w:left="8640"/>
        <w:contextualSpacing w:val="0"/>
        <w:jc w:val="right"/>
        <w:rPr>
          <w:rFonts w:cs="Arial"/>
          <w:szCs w:val="18"/>
        </w:rPr>
      </w:pPr>
    </w:p>
    <w:sectPr w:rsidR="000F3F05" w:rsidRPr="000F3F05" w:rsidSect="00692295">
      <w:pgSz w:w="12240" w:h="15840"/>
      <w:pgMar w:top="1440" w:right="180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FDC" w:rsidRDefault="00753FDC" w:rsidP="007C6D5B">
      <w:pPr>
        <w:spacing w:line="240" w:lineRule="auto"/>
      </w:pPr>
      <w:r>
        <w:separator/>
      </w:r>
    </w:p>
  </w:endnote>
  <w:endnote w:type="continuationSeparator" w:id="0">
    <w:p w:rsidR="00753FDC" w:rsidRDefault="00753FDC" w:rsidP="007C6D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FDC" w:rsidRDefault="00753FDC" w:rsidP="007C6D5B">
      <w:pPr>
        <w:spacing w:line="240" w:lineRule="auto"/>
      </w:pPr>
      <w:r>
        <w:separator/>
      </w:r>
    </w:p>
  </w:footnote>
  <w:footnote w:type="continuationSeparator" w:id="0">
    <w:p w:rsidR="00753FDC" w:rsidRDefault="00753FDC" w:rsidP="007C6D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2DF6478"/>
    <w:multiLevelType w:val="hybridMultilevel"/>
    <w:tmpl w:val="777C3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3C629F"/>
    <w:multiLevelType w:val="hybridMultilevel"/>
    <w:tmpl w:val="FF04E01E"/>
    <w:lvl w:ilvl="0" w:tplc="5BA2F30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671A09"/>
    <w:multiLevelType w:val="hybridMultilevel"/>
    <w:tmpl w:val="060A15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D58BA"/>
    <w:multiLevelType w:val="hybridMultilevel"/>
    <w:tmpl w:val="51A0D8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DF0008"/>
    <w:multiLevelType w:val="hybridMultilevel"/>
    <w:tmpl w:val="D68440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E52F7"/>
    <w:multiLevelType w:val="hybridMultilevel"/>
    <w:tmpl w:val="2FD45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A1A65"/>
    <w:multiLevelType w:val="hybridMultilevel"/>
    <w:tmpl w:val="8E5831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EF03E4"/>
    <w:multiLevelType w:val="hybridMultilevel"/>
    <w:tmpl w:val="853CB4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827FE0"/>
    <w:multiLevelType w:val="hybridMultilevel"/>
    <w:tmpl w:val="2DF44F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092DF8"/>
    <w:multiLevelType w:val="hybridMultilevel"/>
    <w:tmpl w:val="C91829F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</w:lvl>
    <w:lvl w:ilvl="1" w:tplc="0415000F">
      <w:start w:val="1"/>
      <w:numFmt w:val="decimal"/>
      <w:lvlText w:val="%2."/>
      <w:lvlJc w:val="left"/>
      <w:pPr>
        <w:tabs>
          <w:tab w:val="num" w:pos="567"/>
        </w:tabs>
        <w:ind w:left="567" w:hanging="360"/>
      </w:pPr>
    </w:lvl>
    <w:lvl w:ilvl="2" w:tplc="BAEA4A38">
      <w:start w:val="1"/>
      <w:numFmt w:val="lowerLetter"/>
      <w:lvlText w:val="%3)"/>
      <w:lvlJc w:val="left"/>
      <w:pPr>
        <w:tabs>
          <w:tab w:val="num" w:pos="1171"/>
        </w:tabs>
        <w:ind w:left="1171" w:hanging="397"/>
      </w:pPr>
    </w:lvl>
    <w:lvl w:ilvl="3" w:tplc="9770201E">
      <w:start w:val="3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1D86ACD"/>
    <w:multiLevelType w:val="hybridMultilevel"/>
    <w:tmpl w:val="6A92C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03E2"/>
    <w:multiLevelType w:val="hybridMultilevel"/>
    <w:tmpl w:val="853CB4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43F51"/>
    <w:multiLevelType w:val="hybridMultilevel"/>
    <w:tmpl w:val="78D292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36983009"/>
    <w:multiLevelType w:val="hybridMultilevel"/>
    <w:tmpl w:val="F23C840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B4E5857"/>
    <w:multiLevelType w:val="hybridMultilevel"/>
    <w:tmpl w:val="3618BD62"/>
    <w:lvl w:ilvl="0" w:tplc="FACC0AC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2C5A36"/>
    <w:multiLevelType w:val="hybridMultilevel"/>
    <w:tmpl w:val="1876C496"/>
    <w:lvl w:ilvl="0" w:tplc="457AAE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986CB2"/>
    <w:multiLevelType w:val="hybridMultilevel"/>
    <w:tmpl w:val="DD0A451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EC5347B"/>
    <w:multiLevelType w:val="hybridMultilevel"/>
    <w:tmpl w:val="CC96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8E7B34"/>
    <w:multiLevelType w:val="hybridMultilevel"/>
    <w:tmpl w:val="A0901D9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6A9644B"/>
    <w:multiLevelType w:val="hybridMultilevel"/>
    <w:tmpl w:val="B1CED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72AB5"/>
    <w:multiLevelType w:val="hybridMultilevel"/>
    <w:tmpl w:val="243ED6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D270C3"/>
    <w:multiLevelType w:val="hybridMultilevel"/>
    <w:tmpl w:val="96945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F35173"/>
    <w:multiLevelType w:val="hybridMultilevel"/>
    <w:tmpl w:val="777C3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832F02"/>
    <w:multiLevelType w:val="hybridMultilevel"/>
    <w:tmpl w:val="AB02F290"/>
    <w:lvl w:ilvl="0" w:tplc="069AA01A">
      <w:start w:val="1"/>
      <w:numFmt w:val="decimal"/>
      <w:lvlText w:val="%1."/>
      <w:lvlJc w:val="left"/>
      <w:pPr>
        <w:ind w:left="680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 w15:restartNumberingAfterBreak="0">
    <w:nsid w:val="5E3739E5"/>
    <w:multiLevelType w:val="hybridMultilevel"/>
    <w:tmpl w:val="8AEC12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180"/>
      </w:pPr>
    </w:lvl>
    <w:lvl w:ilvl="1" w:tplc="0415000F">
      <w:start w:val="1"/>
      <w:numFmt w:val="decimal"/>
      <w:lvlText w:val="%2."/>
      <w:lvlJc w:val="left"/>
      <w:pPr>
        <w:tabs>
          <w:tab w:val="num" w:pos="747"/>
        </w:tabs>
        <w:ind w:left="747" w:hanging="360"/>
      </w:pPr>
    </w:lvl>
    <w:lvl w:ilvl="2" w:tplc="BAEA4A38">
      <w:start w:val="1"/>
      <w:numFmt w:val="lowerLetter"/>
      <w:lvlText w:val="%3)"/>
      <w:lvlJc w:val="left"/>
      <w:pPr>
        <w:tabs>
          <w:tab w:val="num" w:pos="1351"/>
        </w:tabs>
        <w:ind w:left="1351" w:hanging="397"/>
      </w:pPr>
    </w:lvl>
    <w:lvl w:ilvl="3" w:tplc="9770201E">
      <w:start w:val="3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75283EDF"/>
    <w:multiLevelType w:val="hybridMultilevel"/>
    <w:tmpl w:val="E7D207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94412A"/>
    <w:multiLevelType w:val="hybridMultilevel"/>
    <w:tmpl w:val="483ED8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0658DB"/>
    <w:multiLevelType w:val="hybridMultilevel"/>
    <w:tmpl w:val="7020E046"/>
    <w:lvl w:ilvl="0" w:tplc="D2BCFCE4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33"/>
  </w:num>
  <w:num w:numId="8">
    <w:abstractNumId w:val="7"/>
  </w:num>
  <w:num w:numId="9">
    <w:abstractNumId w:val="13"/>
  </w:num>
  <w:num w:numId="10">
    <w:abstractNumId w:val="16"/>
  </w:num>
  <w:num w:numId="11">
    <w:abstractNumId w:val="25"/>
  </w:num>
  <w:num w:numId="12">
    <w:abstractNumId w:val="23"/>
  </w:num>
  <w:num w:numId="13">
    <w:abstractNumId w:val="32"/>
  </w:num>
  <w:num w:numId="14">
    <w:abstractNumId w:val="12"/>
  </w:num>
  <w:num w:numId="15">
    <w:abstractNumId w:val="6"/>
  </w:num>
  <w:num w:numId="16">
    <w:abstractNumId w:val="24"/>
  </w:num>
  <w:num w:numId="17">
    <w:abstractNumId w:val="22"/>
  </w:num>
  <w:num w:numId="18">
    <w:abstractNumId w:val="11"/>
  </w:num>
  <w:num w:numId="19">
    <w:abstractNumId w:val="8"/>
  </w:num>
  <w:num w:numId="20">
    <w:abstractNumId w:val="26"/>
  </w:num>
  <w:num w:numId="21">
    <w:abstractNumId w:val="21"/>
  </w:num>
  <w:num w:numId="22">
    <w:abstractNumId w:val="31"/>
  </w:num>
  <w:num w:numId="23">
    <w:abstractNumId w:val="19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18"/>
  </w:num>
  <w:num w:numId="28">
    <w:abstractNumId w:val="20"/>
  </w:num>
  <w:num w:numId="29">
    <w:abstractNumId w:val="17"/>
  </w:num>
  <w:num w:numId="30">
    <w:abstractNumId w:val="28"/>
  </w:num>
  <w:num w:numId="31">
    <w:abstractNumId w:val="9"/>
  </w:num>
  <w:num w:numId="32">
    <w:abstractNumId w:val="27"/>
  </w:num>
  <w:num w:numId="33">
    <w:abstractNumId w:val="14"/>
  </w:num>
  <w:num w:numId="34">
    <w:abstractNumId w:val="2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3"/>
  <w:hideSpellingErrors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4CA5"/>
    <w:rsid w:val="00007613"/>
    <w:rsid w:val="00012116"/>
    <w:rsid w:val="00020081"/>
    <w:rsid w:val="000204ED"/>
    <w:rsid w:val="00034616"/>
    <w:rsid w:val="00043FE2"/>
    <w:rsid w:val="0005163A"/>
    <w:rsid w:val="00057B80"/>
    <w:rsid w:val="0006063C"/>
    <w:rsid w:val="00066FA8"/>
    <w:rsid w:val="00096F5F"/>
    <w:rsid w:val="000A3527"/>
    <w:rsid w:val="000F38B9"/>
    <w:rsid w:val="000F3F05"/>
    <w:rsid w:val="0011659E"/>
    <w:rsid w:val="00125D9B"/>
    <w:rsid w:val="0013109F"/>
    <w:rsid w:val="00136343"/>
    <w:rsid w:val="001406D2"/>
    <w:rsid w:val="0015074B"/>
    <w:rsid w:val="001612E3"/>
    <w:rsid w:val="001620D7"/>
    <w:rsid w:val="001A75BA"/>
    <w:rsid w:val="0020383D"/>
    <w:rsid w:val="00207BD7"/>
    <w:rsid w:val="00241FF3"/>
    <w:rsid w:val="00244931"/>
    <w:rsid w:val="00256843"/>
    <w:rsid w:val="00275A27"/>
    <w:rsid w:val="0029546D"/>
    <w:rsid w:val="00295831"/>
    <w:rsid w:val="0029639D"/>
    <w:rsid w:val="0029749B"/>
    <w:rsid w:val="002B6994"/>
    <w:rsid w:val="002D0123"/>
    <w:rsid w:val="002E0CFB"/>
    <w:rsid w:val="002E4D31"/>
    <w:rsid w:val="00326F90"/>
    <w:rsid w:val="003445F2"/>
    <w:rsid w:val="00367576"/>
    <w:rsid w:val="003878E2"/>
    <w:rsid w:val="00395939"/>
    <w:rsid w:val="003A2008"/>
    <w:rsid w:val="003A76E4"/>
    <w:rsid w:val="003E6BF2"/>
    <w:rsid w:val="00406EAC"/>
    <w:rsid w:val="00423185"/>
    <w:rsid w:val="004466E9"/>
    <w:rsid w:val="004468A2"/>
    <w:rsid w:val="0045239B"/>
    <w:rsid w:val="00455625"/>
    <w:rsid w:val="00463CFE"/>
    <w:rsid w:val="00485393"/>
    <w:rsid w:val="004A280F"/>
    <w:rsid w:val="004B42D4"/>
    <w:rsid w:val="004B4712"/>
    <w:rsid w:val="004D7C21"/>
    <w:rsid w:val="004F2DE1"/>
    <w:rsid w:val="005009A2"/>
    <w:rsid w:val="005011D1"/>
    <w:rsid w:val="00506A59"/>
    <w:rsid w:val="00524DFC"/>
    <w:rsid w:val="005269E6"/>
    <w:rsid w:val="00537AED"/>
    <w:rsid w:val="005561A1"/>
    <w:rsid w:val="0056397B"/>
    <w:rsid w:val="00567069"/>
    <w:rsid w:val="005A2B99"/>
    <w:rsid w:val="005B17C4"/>
    <w:rsid w:val="005C3609"/>
    <w:rsid w:val="005C7316"/>
    <w:rsid w:val="005E02A4"/>
    <w:rsid w:val="005F00BA"/>
    <w:rsid w:val="00606182"/>
    <w:rsid w:val="00623BD2"/>
    <w:rsid w:val="00647610"/>
    <w:rsid w:val="00655E57"/>
    <w:rsid w:val="006701C0"/>
    <w:rsid w:val="0067339D"/>
    <w:rsid w:val="0068143D"/>
    <w:rsid w:val="00692295"/>
    <w:rsid w:val="006B2FC5"/>
    <w:rsid w:val="006E0FE8"/>
    <w:rsid w:val="006F45A2"/>
    <w:rsid w:val="00702B48"/>
    <w:rsid w:val="00706B18"/>
    <w:rsid w:val="00713A5F"/>
    <w:rsid w:val="0073520B"/>
    <w:rsid w:val="0073712A"/>
    <w:rsid w:val="00753FDC"/>
    <w:rsid w:val="00771B9A"/>
    <w:rsid w:val="0077439A"/>
    <w:rsid w:val="00780BA7"/>
    <w:rsid w:val="007940F7"/>
    <w:rsid w:val="007C22C0"/>
    <w:rsid w:val="007C540B"/>
    <w:rsid w:val="007C6D5B"/>
    <w:rsid w:val="008134A4"/>
    <w:rsid w:val="0081399B"/>
    <w:rsid w:val="00821E68"/>
    <w:rsid w:val="00822819"/>
    <w:rsid w:val="00826A55"/>
    <w:rsid w:val="00826B19"/>
    <w:rsid w:val="00853A67"/>
    <w:rsid w:val="0085481F"/>
    <w:rsid w:val="00882885"/>
    <w:rsid w:val="00886933"/>
    <w:rsid w:val="0088706C"/>
    <w:rsid w:val="008B35DE"/>
    <w:rsid w:val="008C0614"/>
    <w:rsid w:val="008E1649"/>
    <w:rsid w:val="008E4CE0"/>
    <w:rsid w:val="008F2C46"/>
    <w:rsid w:val="009027DC"/>
    <w:rsid w:val="00906869"/>
    <w:rsid w:val="00911E95"/>
    <w:rsid w:val="009170EC"/>
    <w:rsid w:val="00921595"/>
    <w:rsid w:val="0094658D"/>
    <w:rsid w:val="00963B7F"/>
    <w:rsid w:val="00986DD5"/>
    <w:rsid w:val="009876F5"/>
    <w:rsid w:val="00997C73"/>
    <w:rsid w:val="009A0A62"/>
    <w:rsid w:val="009A4749"/>
    <w:rsid w:val="009A508F"/>
    <w:rsid w:val="009B0138"/>
    <w:rsid w:val="009B30EF"/>
    <w:rsid w:val="009B3A80"/>
    <w:rsid w:val="009D377A"/>
    <w:rsid w:val="009E0D9A"/>
    <w:rsid w:val="009E4941"/>
    <w:rsid w:val="009E6F36"/>
    <w:rsid w:val="00A4496A"/>
    <w:rsid w:val="00A64F01"/>
    <w:rsid w:val="00A654B6"/>
    <w:rsid w:val="00A74C55"/>
    <w:rsid w:val="00A82367"/>
    <w:rsid w:val="00A94DCB"/>
    <w:rsid w:val="00A96372"/>
    <w:rsid w:val="00AA1D8D"/>
    <w:rsid w:val="00AA23BA"/>
    <w:rsid w:val="00AA789F"/>
    <w:rsid w:val="00AB3CBC"/>
    <w:rsid w:val="00AC1494"/>
    <w:rsid w:val="00AC5D59"/>
    <w:rsid w:val="00AD5194"/>
    <w:rsid w:val="00AD5E22"/>
    <w:rsid w:val="00AE0AAE"/>
    <w:rsid w:val="00AE4B36"/>
    <w:rsid w:val="00AE55B6"/>
    <w:rsid w:val="00B014C2"/>
    <w:rsid w:val="00B049C9"/>
    <w:rsid w:val="00B23B41"/>
    <w:rsid w:val="00B35A64"/>
    <w:rsid w:val="00B47730"/>
    <w:rsid w:val="00B80575"/>
    <w:rsid w:val="00B812D3"/>
    <w:rsid w:val="00B97E67"/>
    <w:rsid w:val="00C01C2F"/>
    <w:rsid w:val="00C02FAE"/>
    <w:rsid w:val="00C042B4"/>
    <w:rsid w:val="00C10C3C"/>
    <w:rsid w:val="00C1117D"/>
    <w:rsid w:val="00C225D6"/>
    <w:rsid w:val="00C31F76"/>
    <w:rsid w:val="00C412CF"/>
    <w:rsid w:val="00C70A07"/>
    <w:rsid w:val="00C72851"/>
    <w:rsid w:val="00C85140"/>
    <w:rsid w:val="00CB0664"/>
    <w:rsid w:val="00CB40E0"/>
    <w:rsid w:val="00CB4A41"/>
    <w:rsid w:val="00CC47FE"/>
    <w:rsid w:val="00CE6AC2"/>
    <w:rsid w:val="00CF3AFD"/>
    <w:rsid w:val="00CF5A9A"/>
    <w:rsid w:val="00D117FD"/>
    <w:rsid w:val="00D30555"/>
    <w:rsid w:val="00D31110"/>
    <w:rsid w:val="00D60523"/>
    <w:rsid w:val="00D64A51"/>
    <w:rsid w:val="00DA17C2"/>
    <w:rsid w:val="00DB4D1E"/>
    <w:rsid w:val="00DD1F1A"/>
    <w:rsid w:val="00DD3A25"/>
    <w:rsid w:val="00DE5A1E"/>
    <w:rsid w:val="00E2518F"/>
    <w:rsid w:val="00E31B97"/>
    <w:rsid w:val="00E32716"/>
    <w:rsid w:val="00E554EC"/>
    <w:rsid w:val="00E63F6E"/>
    <w:rsid w:val="00E66839"/>
    <w:rsid w:val="00E7164D"/>
    <w:rsid w:val="00E80CBD"/>
    <w:rsid w:val="00E83B06"/>
    <w:rsid w:val="00E869E8"/>
    <w:rsid w:val="00E9343A"/>
    <w:rsid w:val="00EC5965"/>
    <w:rsid w:val="00ED5D7A"/>
    <w:rsid w:val="00EF4097"/>
    <w:rsid w:val="00F10AD6"/>
    <w:rsid w:val="00F71ECD"/>
    <w:rsid w:val="00FB31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1FDDF"/>
  <w14:defaultImageDpi w14:val="330"/>
  <w15:docId w15:val="{3B827FE4-5764-4283-824F-C839EAB0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F05"/>
    <w:pPr>
      <w:spacing w:after="0"/>
      <w:contextualSpacing/>
      <w:jc w:val="both"/>
    </w:pPr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3520B"/>
    <w:pPr>
      <w:keepNext/>
      <w:keepLines/>
      <w:tabs>
        <w:tab w:val="left" w:pos="0"/>
      </w:tabs>
      <w:spacing w:before="120" w:after="12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3520B"/>
    <w:rPr>
      <w:rFonts w:ascii="Arial" w:eastAsiaTheme="majorEastAsia" w:hAnsi="Arial" w:cstheme="majorBidi"/>
      <w:b/>
      <w:bCs/>
      <w:sz w:val="1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485393"/>
    <w:pPr>
      <w:spacing w:after="300" w:line="240" w:lineRule="auto"/>
      <w:jc w:val="center"/>
    </w:pPr>
    <w:rPr>
      <w:rFonts w:eastAsiaTheme="majorEastAsia" w:cstheme="majorBidi"/>
      <w:b/>
      <w:spacing w:val="5"/>
      <w:kern w:val="28"/>
      <w:sz w:val="20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85393"/>
    <w:rPr>
      <w:rFonts w:ascii="Arial" w:eastAsiaTheme="majorEastAsia" w:hAnsi="Arial" w:cstheme="majorBidi"/>
      <w:b/>
      <w:spacing w:val="5"/>
      <w:kern w:val="28"/>
      <w:sz w:val="20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4"/>
      </w:numPr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5"/>
      </w:numPr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6"/>
      </w:numPr>
    </w:pPr>
  </w:style>
  <w:style w:type="paragraph" w:styleId="Lista-kontynuacja">
    <w:name w:val="List Continue"/>
    <w:basedOn w:val="Normalny"/>
    <w:uiPriority w:val="99"/>
    <w:unhideWhenUsed/>
    <w:rsid w:val="0029639D"/>
    <w:pPr>
      <w:ind w:left="360"/>
    </w:pPr>
  </w:style>
  <w:style w:type="paragraph" w:styleId="Lista-kontynuacja2">
    <w:name w:val="List Continue 2"/>
    <w:basedOn w:val="Normalny"/>
    <w:uiPriority w:val="99"/>
    <w:unhideWhenUsed/>
    <w:rsid w:val="0029639D"/>
    <w:pPr>
      <w:ind w:left="720"/>
    </w:pPr>
  </w:style>
  <w:style w:type="paragraph" w:styleId="Lista-kontynuacja3">
    <w:name w:val="List Continue 3"/>
    <w:basedOn w:val="Normalny"/>
    <w:uiPriority w:val="99"/>
    <w:unhideWhenUsed/>
    <w:rsid w:val="0029639D"/>
    <w:pPr>
      <w:ind w:left="1080"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2E0CFB"/>
    <w:pPr>
      <w:spacing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CFB"/>
    <w:rPr>
      <w:rFonts w:ascii="Segoe UI" w:hAnsi="Segoe UI" w:cs="Segoe UI"/>
      <w:sz w:val="18"/>
      <w:szCs w:val="18"/>
    </w:rPr>
  </w:style>
  <w:style w:type="character" w:customStyle="1" w:styleId="vkekvd">
    <w:name w:val="vkekvd"/>
    <w:basedOn w:val="Domylnaczcionkaakapitu"/>
    <w:rsid w:val="00207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5636183-B346-4019-83C1-355B418A9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8</Pages>
  <Words>1480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10342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Rosa Izabela</cp:lastModifiedBy>
  <cp:revision>33</cp:revision>
  <cp:lastPrinted>2025-12-16T11:39:00Z</cp:lastPrinted>
  <dcterms:created xsi:type="dcterms:W3CDTF">2013-12-23T23:15:00Z</dcterms:created>
  <dcterms:modified xsi:type="dcterms:W3CDTF">2025-12-22T08:15:00Z</dcterms:modified>
  <cp:category/>
</cp:coreProperties>
</file>