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558E7" w14:textId="197BB4F4" w:rsidR="00693F2D" w:rsidRPr="007A6754" w:rsidRDefault="0000022C" w:rsidP="00B96E1B">
      <w:pPr>
        <w:suppressAutoHyphens/>
        <w:ind w:left="5040"/>
        <w:rPr>
          <w:rFonts w:ascii="Arial" w:eastAsia="Times New Roman" w:hAnsi="Arial" w:cs="Arial"/>
          <w:strike/>
          <w:sz w:val="16"/>
          <w:lang w:val="pl-PL" w:eastAsia="ar-SA"/>
        </w:rPr>
      </w:pPr>
      <w:r w:rsidRPr="007A6754">
        <w:rPr>
          <w:rFonts w:ascii="Arial" w:eastAsia="Times New Roman" w:hAnsi="Arial" w:cs="Arial"/>
          <w:sz w:val="16"/>
          <w:lang w:val="pl-PL" w:eastAsia="ar-SA"/>
        </w:rPr>
        <w:t xml:space="preserve">Załącznik do zarządzenia nr 47/25 Rektora Collegium </w:t>
      </w:r>
      <w:r w:rsidRPr="007A6754">
        <w:rPr>
          <w:rFonts w:ascii="Arial" w:eastAsia="Times New Roman" w:hAnsi="Arial" w:cs="Arial"/>
          <w:sz w:val="16"/>
          <w:lang w:val="pl-PL" w:eastAsia="ar-SA"/>
        </w:rPr>
        <w:br/>
        <w:t xml:space="preserve">Witelona Uczelnia Państwowa z dnia </w:t>
      </w:r>
      <w:r w:rsidR="00693F2D" w:rsidRPr="007A6754">
        <w:rPr>
          <w:rFonts w:ascii="Arial" w:eastAsia="Times New Roman" w:hAnsi="Arial" w:cs="Arial"/>
          <w:sz w:val="16"/>
          <w:lang w:val="pl-PL" w:eastAsia="ar-SA"/>
        </w:rPr>
        <w:t>10</w:t>
      </w:r>
      <w:r w:rsidRPr="007A6754">
        <w:rPr>
          <w:rFonts w:ascii="Arial" w:eastAsia="Times New Roman" w:hAnsi="Arial" w:cs="Arial"/>
          <w:sz w:val="16"/>
          <w:lang w:val="pl-PL" w:eastAsia="ar-SA"/>
        </w:rPr>
        <w:t xml:space="preserve"> </w:t>
      </w:r>
      <w:r w:rsidR="00693F2D" w:rsidRPr="007A6754">
        <w:rPr>
          <w:rFonts w:ascii="Arial" w:eastAsia="Times New Roman" w:hAnsi="Arial" w:cs="Arial"/>
          <w:sz w:val="16"/>
          <w:lang w:val="pl-PL" w:eastAsia="ar-SA"/>
        </w:rPr>
        <w:t>września</w:t>
      </w:r>
      <w:r w:rsidRPr="007A6754">
        <w:rPr>
          <w:rFonts w:ascii="Arial" w:eastAsia="Times New Roman" w:hAnsi="Arial" w:cs="Arial"/>
          <w:sz w:val="16"/>
          <w:lang w:val="pl-PL" w:eastAsia="ar-SA"/>
        </w:rPr>
        <w:t xml:space="preserve"> 2025 r.</w:t>
      </w:r>
      <w:r w:rsidRPr="007A6754">
        <w:rPr>
          <w:rFonts w:ascii="Arial" w:eastAsia="Times New Roman" w:hAnsi="Arial" w:cs="Arial"/>
          <w:strike/>
          <w:sz w:val="16"/>
          <w:lang w:val="pl-PL" w:eastAsia="ar-SA"/>
        </w:rPr>
        <w:t xml:space="preserve"> </w:t>
      </w:r>
    </w:p>
    <w:p w14:paraId="30C06904" w14:textId="77777777" w:rsidR="00574F0D" w:rsidRPr="00510B2B" w:rsidRDefault="005241A0" w:rsidP="008E1F1C">
      <w:pPr>
        <w:pStyle w:val="Nagwek1"/>
        <w:spacing w:after="120"/>
        <w:jc w:val="center"/>
        <w:rPr>
          <w:rFonts w:cs="Arial"/>
          <w:szCs w:val="18"/>
          <w:lang w:val="pl-PL"/>
        </w:rPr>
      </w:pPr>
      <w:r w:rsidRPr="00510B2B">
        <w:rPr>
          <w:rFonts w:cs="Arial"/>
          <w:szCs w:val="18"/>
          <w:lang w:val="pl-PL"/>
        </w:rPr>
        <w:t>REGULAMIN FUNKCJONOWANIA KOMISJI DS. ETYKI BADA</w:t>
      </w:r>
      <w:r w:rsidR="009924AB" w:rsidRPr="00510B2B">
        <w:rPr>
          <w:rFonts w:cs="Arial"/>
          <w:szCs w:val="18"/>
          <w:lang w:val="pl-PL"/>
        </w:rPr>
        <w:t>Ń NAUKOWYCH</w:t>
      </w:r>
    </w:p>
    <w:p w14:paraId="2D50C824" w14:textId="1223107F" w:rsidR="00574F0D" w:rsidRPr="00510B2B" w:rsidRDefault="00574F0D" w:rsidP="008E1F1C">
      <w:pPr>
        <w:pStyle w:val="Nagwek1"/>
        <w:spacing w:before="120" w:after="120"/>
        <w:jc w:val="center"/>
        <w:rPr>
          <w:rFonts w:cs="Arial"/>
          <w:szCs w:val="18"/>
          <w:lang w:val="pl-PL"/>
        </w:rPr>
      </w:pPr>
      <w:r w:rsidRPr="00510B2B">
        <w:rPr>
          <w:rFonts w:cs="Arial"/>
          <w:szCs w:val="18"/>
          <w:lang w:val="pl-PL"/>
        </w:rPr>
        <w:t>COLLEGIUM WITELONA UCZELNIA PAŃSTWOWA</w:t>
      </w:r>
    </w:p>
    <w:p w14:paraId="157E5E08" w14:textId="1E5E8018" w:rsidR="002B1F10" w:rsidRPr="00510B2B" w:rsidRDefault="005241A0" w:rsidP="00510B2B">
      <w:pPr>
        <w:pStyle w:val="Nagwek2"/>
        <w:rPr>
          <w:rFonts w:ascii="Arial" w:hAnsi="Arial" w:cs="Arial"/>
          <w:sz w:val="18"/>
          <w:szCs w:val="18"/>
          <w:lang w:val="pl-PL"/>
        </w:rPr>
      </w:pPr>
      <w:r w:rsidRPr="00510B2B">
        <w:rPr>
          <w:rFonts w:ascii="Arial" w:hAnsi="Arial" w:cs="Arial"/>
          <w:sz w:val="18"/>
          <w:szCs w:val="18"/>
          <w:lang w:val="pl-PL"/>
        </w:rPr>
        <w:t>I. POSTANOWIENIA OG</w:t>
      </w:r>
      <w:r w:rsidR="009924AB" w:rsidRPr="00510B2B">
        <w:rPr>
          <w:rFonts w:ascii="Arial" w:hAnsi="Arial" w:cs="Arial"/>
          <w:sz w:val="18"/>
          <w:szCs w:val="18"/>
          <w:lang w:val="pl-PL"/>
        </w:rPr>
        <w:t>Ó</w:t>
      </w:r>
      <w:r w:rsidRPr="00510B2B">
        <w:rPr>
          <w:rFonts w:ascii="Arial" w:hAnsi="Arial" w:cs="Arial"/>
          <w:sz w:val="18"/>
          <w:szCs w:val="18"/>
          <w:lang w:val="pl-PL"/>
        </w:rPr>
        <w:t>LNE</w:t>
      </w:r>
    </w:p>
    <w:p w14:paraId="2BEA044B" w14:textId="77777777" w:rsidR="009924AB" w:rsidRPr="008A6EA9" w:rsidRDefault="005241A0" w:rsidP="008A6EA9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1.</w:t>
      </w:r>
    </w:p>
    <w:p w14:paraId="3D25F3A1" w14:textId="4DDF6F5C" w:rsidR="002B1F10" w:rsidRPr="008A6EA9" w:rsidRDefault="009924AB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Dążąc</w:t>
      </w:r>
      <w:r w:rsidR="005241A0" w:rsidRPr="008A6EA9">
        <w:rPr>
          <w:rFonts w:ascii="Arial" w:hAnsi="Arial" w:cs="Arial"/>
          <w:lang w:val="pl-PL"/>
        </w:rPr>
        <w:t xml:space="preserve"> do </w:t>
      </w:r>
      <w:r w:rsidR="00D05B57" w:rsidRPr="008A6EA9">
        <w:rPr>
          <w:rFonts w:ascii="Arial" w:hAnsi="Arial" w:cs="Arial"/>
          <w:lang w:val="pl-PL"/>
        </w:rPr>
        <w:t xml:space="preserve">tego, aby </w:t>
      </w:r>
      <w:r w:rsidR="00A97BBF" w:rsidRPr="008A6EA9">
        <w:rPr>
          <w:rFonts w:ascii="Arial" w:hAnsi="Arial" w:cs="Arial"/>
          <w:lang w:val="pl-PL"/>
        </w:rPr>
        <w:t>badan</w:t>
      </w:r>
      <w:r w:rsidR="00D05B57" w:rsidRPr="008A6EA9">
        <w:rPr>
          <w:rFonts w:ascii="Arial" w:hAnsi="Arial" w:cs="Arial"/>
          <w:lang w:val="pl-PL"/>
        </w:rPr>
        <w:t>ia</w:t>
      </w:r>
      <w:r w:rsidR="005241A0" w:rsidRPr="008A6EA9">
        <w:rPr>
          <w:rFonts w:ascii="Arial" w:hAnsi="Arial" w:cs="Arial"/>
          <w:lang w:val="pl-PL"/>
        </w:rPr>
        <w:t xml:space="preserve"> naukow</w:t>
      </w:r>
      <w:r w:rsidR="00D05B57" w:rsidRPr="008A6EA9">
        <w:rPr>
          <w:rFonts w:ascii="Arial" w:hAnsi="Arial" w:cs="Arial"/>
          <w:lang w:val="pl-PL"/>
        </w:rPr>
        <w:t xml:space="preserve">e </w:t>
      </w:r>
      <w:r w:rsidR="005241A0" w:rsidRPr="008A6EA9">
        <w:rPr>
          <w:rFonts w:ascii="Arial" w:hAnsi="Arial" w:cs="Arial"/>
          <w:lang w:val="pl-PL"/>
        </w:rPr>
        <w:t>realizowan</w:t>
      </w:r>
      <w:r w:rsidR="00D05B57" w:rsidRPr="008A6EA9">
        <w:rPr>
          <w:rFonts w:ascii="Arial" w:hAnsi="Arial" w:cs="Arial"/>
          <w:lang w:val="pl-PL"/>
        </w:rPr>
        <w:t>e</w:t>
      </w:r>
      <w:r w:rsidR="005241A0" w:rsidRPr="008A6EA9">
        <w:rPr>
          <w:rFonts w:ascii="Arial" w:hAnsi="Arial" w:cs="Arial"/>
          <w:lang w:val="pl-PL"/>
        </w:rPr>
        <w:t xml:space="preserve"> w </w:t>
      </w:r>
      <w:r w:rsidR="00970119" w:rsidRPr="008A6EA9">
        <w:rPr>
          <w:rFonts w:ascii="Arial" w:hAnsi="Arial" w:cs="Arial"/>
          <w:lang w:val="pl-PL"/>
        </w:rPr>
        <w:t>Collegium Witelona Uczelnia Państwowa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D05B57" w:rsidRPr="008A6EA9">
        <w:rPr>
          <w:rFonts w:ascii="Arial" w:hAnsi="Arial" w:cs="Arial"/>
          <w:lang w:val="pl-PL"/>
        </w:rPr>
        <w:t xml:space="preserve">były </w:t>
      </w:r>
      <w:r w:rsidRPr="008A6EA9">
        <w:rPr>
          <w:rFonts w:ascii="Arial" w:hAnsi="Arial" w:cs="Arial"/>
          <w:lang w:val="pl-PL"/>
        </w:rPr>
        <w:t>zgodn</w:t>
      </w:r>
      <w:r w:rsidR="00D05B57" w:rsidRPr="008A6EA9">
        <w:rPr>
          <w:rFonts w:ascii="Arial" w:hAnsi="Arial" w:cs="Arial"/>
          <w:lang w:val="pl-PL"/>
        </w:rPr>
        <w:t>e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693F2D" w:rsidRPr="008A6EA9">
        <w:rPr>
          <w:rFonts w:ascii="Arial" w:hAnsi="Arial" w:cs="Arial"/>
          <w:lang w:val="pl-PL"/>
        </w:rPr>
        <w:br/>
      </w:r>
      <w:r w:rsidR="005241A0" w:rsidRPr="008A6EA9">
        <w:rPr>
          <w:rFonts w:ascii="Arial" w:hAnsi="Arial" w:cs="Arial"/>
          <w:lang w:val="pl-PL"/>
        </w:rPr>
        <w:t xml:space="preserve">z wysokimi standardami </w:t>
      </w:r>
      <w:r w:rsidRPr="008A6EA9">
        <w:rPr>
          <w:rFonts w:ascii="Arial" w:hAnsi="Arial" w:cs="Arial"/>
          <w:lang w:val="pl-PL"/>
        </w:rPr>
        <w:t>etycznymi</w:t>
      </w:r>
      <w:r w:rsidR="005241A0" w:rsidRPr="008A6EA9">
        <w:rPr>
          <w:rFonts w:ascii="Arial" w:hAnsi="Arial" w:cs="Arial"/>
          <w:lang w:val="pl-PL"/>
        </w:rPr>
        <w:t xml:space="preserve"> oraz do wsparcia </w:t>
      </w:r>
      <w:r w:rsidRPr="008A6EA9">
        <w:rPr>
          <w:rFonts w:ascii="Arial" w:hAnsi="Arial" w:cs="Arial"/>
          <w:lang w:val="pl-PL"/>
        </w:rPr>
        <w:t>badaczy w rozstrzyganiu dylemató</w:t>
      </w:r>
      <w:r w:rsidR="005241A0" w:rsidRPr="008A6EA9">
        <w:rPr>
          <w:rFonts w:ascii="Arial" w:hAnsi="Arial" w:cs="Arial"/>
          <w:lang w:val="pl-PL"/>
        </w:rPr>
        <w:t xml:space="preserve">w etycznych </w:t>
      </w:r>
      <w:r w:rsidRPr="008A6EA9">
        <w:rPr>
          <w:rFonts w:ascii="Arial" w:hAnsi="Arial" w:cs="Arial"/>
          <w:lang w:val="pl-PL"/>
        </w:rPr>
        <w:t>związanych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A74DCE" w:rsidRPr="008A6EA9">
        <w:rPr>
          <w:rFonts w:ascii="Arial" w:hAnsi="Arial" w:cs="Arial"/>
          <w:lang w:val="pl-PL"/>
        </w:rPr>
        <w:br/>
      </w:r>
      <w:r w:rsidR="005241A0" w:rsidRPr="008A6EA9">
        <w:rPr>
          <w:rFonts w:ascii="Arial" w:hAnsi="Arial" w:cs="Arial"/>
          <w:lang w:val="pl-PL"/>
        </w:rPr>
        <w:t>z proj</w:t>
      </w:r>
      <w:r w:rsidRPr="008A6EA9">
        <w:rPr>
          <w:rFonts w:ascii="Arial" w:hAnsi="Arial" w:cs="Arial"/>
          <w:lang w:val="pl-PL"/>
        </w:rPr>
        <w:t>ektowaniem i prowadzeniem badań, ustala się</w:t>
      </w:r>
      <w:r w:rsidR="005241A0" w:rsidRPr="008A6EA9">
        <w:rPr>
          <w:rFonts w:ascii="Arial" w:hAnsi="Arial" w:cs="Arial"/>
          <w:lang w:val="pl-PL"/>
        </w:rPr>
        <w:t xml:space="preserve"> zasady funkcj</w:t>
      </w:r>
      <w:r w:rsidRPr="008A6EA9">
        <w:rPr>
          <w:rFonts w:ascii="Arial" w:hAnsi="Arial" w:cs="Arial"/>
          <w:lang w:val="pl-PL"/>
        </w:rPr>
        <w:t xml:space="preserve">onowania Komisji ds. </w:t>
      </w:r>
      <w:r w:rsidR="00693F2D" w:rsidRPr="008A6EA9">
        <w:rPr>
          <w:rFonts w:ascii="Arial" w:hAnsi="Arial" w:cs="Arial"/>
          <w:lang w:val="pl-PL"/>
        </w:rPr>
        <w:t>etyki b</w:t>
      </w:r>
      <w:r w:rsidRPr="008A6EA9">
        <w:rPr>
          <w:rFonts w:ascii="Arial" w:hAnsi="Arial" w:cs="Arial"/>
          <w:lang w:val="pl-PL"/>
        </w:rPr>
        <w:t>adań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693F2D" w:rsidRPr="008A6EA9">
        <w:rPr>
          <w:rFonts w:ascii="Arial" w:hAnsi="Arial" w:cs="Arial"/>
          <w:lang w:val="pl-PL"/>
        </w:rPr>
        <w:t>n</w:t>
      </w:r>
      <w:r w:rsidR="005241A0" w:rsidRPr="008A6EA9">
        <w:rPr>
          <w:rFonts w:ascii="Arial" w:hAnsi="Arial" w:cs="Arial"/>
          <w:lang w:val="pl-PL"/>
        </w:rPr>
        <w:t xml:space="preserve">aukowych. </w:t>
      </w:r>
    </w:p>
    <w:p w14:paraId="7400339D" w14:textId="77777777" w:rsidR="009924AB" w:rsidRPr="008A6EA9" w:rsidRDefault="005241A0" w:rsidP="008A6EA9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2.</w:t>
      </w:r>
    </w:p>
    <w:p w14:paraId="46C8FCDB" w14:textId="66ACF705" w:rsidR="002B1F10" w:rsidRPr="008A6EA9" w:rsidRDefault="009924AB" w:rsidP="007A6754">
      <w:pPr>
        <w:pStyle w:val="Akapitzlist"/>
        <w:numPr>
          <w:ilvl w:val="0"/>
          <w:numId w:val="10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Obowiązkiem pracowników i studentó</w:t>
      </w:r>
      <w:r w:rsidR="005241A0" w:rsidRPr="008A6EA9">
        <w:rPr>
          <w:rFonts w:ascii="Arial" w:hAnsi="Arial" w:cs="Arial"/>
          <w:lang w:val="pl-PL"/>
        </w:rPr>
        <w:t xml:space="preserve">w </w:t>
      </w:r>
      <w:r w:rsidR="00E65F5E" w:rsidRPr="008A6EA9">
        <w:rPr>
          <w:rFonts w:ascii="Arial" w:hAnsi="Arial" w:cs="Arial"/>
          <w:lang w:val="pl-PL"/>
        </w:rPr>
        <w:t>Collegium Witelona Uczelnia Państwowa</w:t>
      </w:r>
      <w:r w:rsidR="005241A0" w:rsidRPr="008A6EA9">
        <w:rPr>
          <w:rFonts w:ascii="Arial" w:hAnsi="Arial" w:cs="Arial"/>
          <w:lang w:val="pl-PL"/>
        </w:rPr>
        <w:t xml:space="preserve">, </w:t>
      </w:r>
      <w:r w:rsidRPr="008A6EA9">
        <w:rPr>
          <w:rFonts w:ascii="Arial" w:hAnsi="Arial" w:cs="Arial"/>
          <w:lang w:val="pl-PL"/>
        </w:rPr>
        <w:t>prowadzących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A97BBF" w:rsidRPr="008A6EA9">
        <w:rPr>
          <w:rFonts w:ascii="Arial" w:hAnsi="Arial" w:cs="Arial"/>
          <w:lang w:val="pl-PL"/>
        </w:rPr>
        <w:t>badania</w:t>
      </w:r>
      <w:r w:rsidR="005241A0" w:rsidRPr="008A6EA9">
        <w:rPr>
          <w:rFonts w:ascii="Arial" w:hAnsi="Arial" w:cs="Arial"/>
          <w:lang w:val="pl-PL"/>
        </w:rPr>
        <w:t xml:space="preserve"> naukowe z </w:t>
      </w:r>
      <w:r w:rsidRPr="008A6EA9">
        <w:rPr>
          <w:rFonts w:ascii="Arial" w:hAnsi="Arial" w:cs="Arial"/>
          <w:lang w:val="pl-PL"/>
        </w:rPr>
        <w:t>udziałem</w:t>
      </w:r>
      <w:r w:rsidR="005241A0" w:rsidRPr="008A6EA9">
        <w:rPr>
          <w:rFonts w:ascii="Arial" w:hAnsi="Arial" w:cs="Arial"/>
          <w:lang w:val="pl-PL"/>
        </w:rPr>
        <w:t xml:space="preserve"> ludzi, jest ochrona zdrowia, </w:t>
      </w:r>
      <w:r w:rsidRPr="008A6EA9">
        <w:rPr>
          <w:rFonts w:ascii="Arial" w:hAnsi="Arial" w:cs="Arial"/>
          <w:lang w:val="pl-PL"/>
        </w:rPr>
        <w:t>prywatności i godności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człowieka poddawanego</w:t>
      </w:r>
      <w:r w:rsidR="008A6EA9" w:rsidRPr="008A6EA9">
        <w:rPr>
          <w:rFonts w:ascii="Arial" w:hAnsi="Arial" w:cs="Arial"/>
          <w:lang w:val="pl-PL"/>
        </w:rPr>
        <w:t xml:space="preserve"> </w:t>
      </w:r>
      <w:r w:rsidR="00A97BBF" w:rsidRPr="008A6EA9">
        <w:rPr>
          <w:rFonts w:ascii="Arial" w:hAnsi="Arial" w:cs="Arial"/>
          <w:lang w:val="pl-PL"/>
        </w:rPr>
        <w:t>badaniom</w:t>
      </w:r>
      <w:r w:rsidR="009001BB">
        <w:rPr>
          <w:rFonts w:ascii="Arial" w:hAnsi="Arial" w:cs="Arial"/>
          <w:lang w:val="pl-PL"/>
        </w:rPr>
        <w:t>, z </w:t>
      </w:r>
      <w:bookmarkStart w:id="0" w:name="_GoBack"/>
      <w:bookmarkEnd w:id="0"/>
      <w:r w:rsidRPr="008A6EA9">
        <w:rPr>
          <w:rFonts w:ascii="Arial" w:hAnsi="Arial" w:cs="Arial"/>
          <w:lang w:val="pl-PL"/>
        </w:rPr>
        <w:t>uwzględnieniem w szczególności</w:t>
      </w:r>
      <w:r w:rsidR="005241A0" w:rsidRPr="008A6EA9">
        <w:rPr>
          <w:rFonts w:ascii="Arial" w:hAnsi="Arial" w:cs="Arial"/>
          <w:lang w:val="pl-PL"/>
        </w:rPr>
        <w:t xml:space="preserve"> wieku, </w:t>
      </w:r>
      <w:r w:rsidRPr="008A6EA9">
        <w:rPr>
          <w:rFonts w:ascii="Arial" w:hAnsi="Arial" w:cs="Arial"/>
          <w:lang w:val="pl-PL"/>
        </w:rPr>
        <w:t>płci</w:t>
      </w:r>
      <w:r w:rsidR="005241A0" w:rsidRPr="008A6EA9">
        <w:rPr>
          <w:rFonts w:ascii="Arial" w:hAnsi="Arial" w:cs="Arial"/>
          <w:lang w:val="pl-PL"/>
        </w:rPr>
        <w:t xml:space="preserve">, wyznawanych </w:t>
      </w:r>
      <w:r w:rsidRPr="008A6EA9">
        <w:rPr>
          <w:rFonts w:ascii="Arial" w:hAnsi="Arial" w:cs="Arial"/>
          <w:lang w:val="pl-PL"/>
        </w:rPr>
        <w:t>wartości</w:t>
      </w:r>
      <w:r w:rsidR="005241A0" w:rsidRPr="008A6EA9">
        <w:rPr>
          <w:rFonts w:ascii="Arial" w:hAnsi="Arial" w:cs="Arial"/>
          <w:lang w:val="pl-PL"/>
        </w:rPr>
        <w:t xml:space="preserve">, </w:t>
      </w:r>
      <w:r w:rsidRPr="008A6EA9">
        <w:rPr>
          <w:rFonts w:ascii="Arial" w:hAnsi="Arial" w:cs="Arial"/>
          <w:lang w:val="pl-PL"/>
        </w:rPr>
        <w:t>przynależności</w:t>
      </w:r>
      <w:r w:rsidR="005241A0" w:rsidRPr="008A6EA9">
        <w:rPr>
          <w:rFonts w:ascii="Arial" w:hAnsi="Arial" w:cs="Arial"/>
          <w:lang w:val="pl-PL"/>
        </w:rPr>
        <w:t xml:space="preserve"> etnicznej, religii czy pochodzenia </w:t>
      </w:r>
      <w:r w:rsidRPr="008A6EA9">
        <w:rPr>
          <w:rFonts w:ascii="Arial" w:hAnsi="Arial" w:cs="Arial"/>
          <w:lang w:val="pl-PL"/>
        </w:rPr>
        <w:t>społecznego</w:t>
      </w:r>
      <w:r w:rsidR="005241A0" w:rsidRPr="008A6EA9">
        <w:rPr>
          <w:rFonts w:ascii="Arial" w:hAnsi="Arial" w:cs="Arial"/>
          <w:lang w:val="pl-PL"/>
        </w:rPr>
        <w:t xml:space="preserve">. </w:t>
      </w:r>
    </w:p>
    <w:p w14:paraId="279929EA" w14:textId="77777777" w:rsidR="002B1F10" w:rsidRPr="008A6EA9" w:rsidRDefault="00A97BBF" w:rsidP="008A6EA9">
      <w:pPr>
        <w:pStyle w:val="Akapitzlist"/>
        <w:numPr>
          <w:ilvl w:val="0"/>
          <w:numId w:val="10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Badania</w:t>
      </w:r>
      <w:r w:rsidR="005241A0" w:rsidRPr="008A6EA9">
        <w:rPr>
          <w:rFonts w:ascii="Arial" w:hAnsi="Arial" w:cs="Arial"/>
          <w:lang w:val="pl-PL"/>
        </w:rPr>
        <w:t xml:space="preserve"> naukowe z </w:t>
      </w:r>
      <w:r w:rsidR="009924AB" w:rsidRPr="008A6EA9">
        <w:rPr>
          <w:rFonts w:ascii="Arial" w:hAnsi="Arial" w:cs="Arial"/>
          <w:lang w:val="pl-PL"/>
        </w:rPr>
        <w:t>udziałem</w:t>
      </w:r>
      <w:r w:rsidR="005241A0" w:rsidRPr="008A6EA9">
        <w:rPr>
          <w:rFonts w:ascii="Arial" w:hAnsi="Arial" w:cs="Arial"/>
          <w:lang w:val="pl-PL"/>
        </w:rPr>
        <w:t xml:space="preserve"> ludzi </w:t>
      </w:r>
      <w:r w:rsidR="009924AB" w:rsidRPr="008A6EA9">
        <w:rPr>
          <w:rFonts w:ascii="Arial" w:hAnsi="Arial" w:cs="Arial"/>
          <w:lang w:val="pl-PL"/>
        </w:rPr>
        <w:t>mogą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9924AB" w:rsidRPr="008A6EA9">
        <w:rPr>
          <w:rFonts w:ascii="Arial" w:hAnsi="Arial" w:cs="Arial"/>
          <w:lang w:val="pl-PL"/>
        </w:rPr>
        <w:t>być</w:t>
      </w:r>
      <w:r w:rsidR="005241A0" w:rsidRPr="008A6EA9">
        <w:rPr>
          <w:rFonts w:ascii="Arial" w:hAnsi="Arial" w:cs="Arial"/>
          <w:lang w:val="pl-PL"/>
        </w:rPr>
        <w:t xml:space="preserve"> prowadzone po </w:t>
      </w:r>
      <w:r w:rsidR="009924AB" w:rsidRPr="008A6EA9">
        <w:rPr>
          <w:rFonts w:ascii="Arial" w:hAnsi="Arial" w:cs="Arial"/>
          <w:lang w:val="pl-PL"/>
        </w:rPr>
        <w:t>wyrażeniu</w:t>
      </w:r>
      <w:r w:rsidR="005241A0" w:rsidRPr="008A6EA9">
        <w:rPr>
          <w:rFonts w:ascii="Arial" w:hAnsi="Arial" w:cs="Arial"/>
          <w:lang w:val="pl-PL"/>
        </w:rPr>
        <w:t xml:space="preserve"> pozytywnej opinii przez Kom</w:t>
      </w:r>
      <w:r w:rsidR="009924AB" w:rsidRPr="008A6EA9">
        <w:rPr>
          <w:rFonts w:ascii="Arial" w:hAnsi="Arial" w:cs="Arial"/>
          <w:lang w:val="pl-PL"/>
        </w:rPr>
        <w:t>isję</w:t>
      </w:r>
      <w:r w:rsidR="005241A0" w:rsidRPr="008A6EA9">
        <w:rPr>
          <w:rFonts w:ascii="Arial" w:hAnsi="Arial" w:cs="Arial"/>
          <w:lang w:val="pl-PL"/>
        </w:rPr>
        <w:t xml:space="preserve"> ds. </w:t>
      </w:r>
      <w:r w:rsidR="00725765" w:rsidRPr="008A6EA9">
        <w:rPr>
          <w:rFonts w:ascii="Arial" w:hAnsi="Arial" w:cs="Arial"/>
          <w:lang w:val="pl-PL"/>
        </w:rPr>
        <w:t>e</w:t>
      </w:r>
      <w:r w:rsidR="005241A0" w:rsidRPr="008A6EA9">
        <w:rPr>
          <w:rFonts w:ascii="Arial" w:hAnsi="Arial" w:cs="Arial"/>
          <w:lang w:val="pl-PL"/>
        </w:rPr>
        <w:t xml:space="preserve">tyki </w:t>
      </w:r>
      <w:r w:rsidR="00725765" w:rsidRPr="008A6EA9">
        <w:rPr>
          <w:rFonts w:ascii="Arial" w:hAnsi="Arial" w:cs="Arial"/>
          <w:lang w:val="pl-PL"/>
        </w:rPr>
        <w:t>b</w:t>
      </w:r>
      <w:r w:rsidR="00745B36" w:rsidRPr="008A6EA9">
        <w:rPr>
          <w:rFonts w:ascii="Arial" w:hAnsi="Arial" w:cs="Arial"/>
          <w:lang w:val="pl-PL"/>
        </w:rPr>
        <w:t>adań</w:t>
      </w:r>
      <w:r w:rsidR="00725765" w:rsidRPr="008A6EA9">
        <w:rPr>
          <w:rFonts w:ascii="Arial" w:hAnsi="Arial" w:cs="Arial"/>
          <w:lang w:val="pl-PL"/>
        </w:rPr>
        <w:t xml:space="preserve"> n</w:t>
      </w:r>
      <w:r w:rsidR="005241A0" w:rsidRPr="008A6EA9">
        <w:rPr>
          <w:rFonts w:ascii="Arial" w:hAnsi="Arial" w:cs="Arial"/>
          <w:lang w:val="pl-PL"/>
        </w:rPr>
        <w:t xml:space="preserve">aukowych w zakresie </w:t>
      </w:r>
      <w:r w:rsidR="00536069" w:rsidRPr="008A6EA9">
        <w:rPr>
          <w:rFonts w:ascii="Arial" w:hAnsi="Arial" w:cs="Arial"/>
          <w:lang w:val="pl-PL"/>
        </w:rPr>
        <w:t>zgodności</w:t>
      </w:r>
      <w:r w:rsidR="005241A0" w:rsidRPr="008A6EA9">
        <w:rPr>
          <w:rFonts w:ascii="Arial" w:hAnsi="Arial" w:cs="Arial"/>
          <w:lang w:val="pl-PL"/>
        </w:rPr>
        <w:t xml:space="preserve"> projektu badawczego z zasadami ety</w:t>
      </w:r>
      <w:r w:rsidR="00536069" w:rsidRPr="008A6EA9">
        <w:rPr>
          <w:rFonts w:ascii="Arial" w:hAnsi="Arial" w:cs="Arial"/>
          <w:lang w:val="pl-PL"/>
        </w:rPr>
        <w:t xml:space="preserve">ki </w:t>
      </w:r>
      <w:r w:rsidR="00745B36" w:rsidRPr="008A6EA9">
        <w:rPr>
          <w:rFonts w:ascii="Arial" w:hAnsi="Arial" w:cs="Arial"/>
          <w:lang w:val="pl-PL"/>
        </w:rPr>
        <w:t>badań</w:t>
      </w:r>
      <w:r w:rsidR="00536069" w:rsidRPr="008A6EA9">
        <w:rPr>
          <w:rFonts w:ascii="Arial" w:hAnsi="Arial" w:cs="Arial"/>
          <w:lang w:val="pl-PL"/>
        </w:rPr>
        <w:t xml:space="preserve"> naukowych, przy uwzględnieniu kryterió</w:t>
      </w:r>
      <w:r w:rsidR="005241A0" w:rsidRPr="008A6EA9">
        <w:rPr>
          <w:rFonts w:ascii="Arial" w:hAnsi="Arial" w:cs="Arial"/>
          <w:lang w:val="pl-PL"/>
        </w:rPr>
        <w:t xml:space="preserve">w etycznych oraz </w:t>
      </w:r>
      <w:r w:rsidR="00536069" w:rsidRPr="008A6EA9">
        <w:rPr>
          <w:rFonts w:ascii="Arial" w:hAnsi="Arial" w:cs="Arial"/>
          <w:lang w:val="pl-PL"/>
        </w:rPr>
        <w:t>celowości</w:t>
      </w:r>
      <w:r w:rsidR="005241A0" w:rsidRPr="008A6EA9">
        <w:rPr>
          <w:rFonts w:ascii="Arial" w:hAnsi="Arial" w:cs="Arial"/>
          <w:lang w:val="pl-PL"/>
        </w:rPr>
        <w:t xml:space="preserve"> i </w:t>
      </w:r>
      <w:r w:rsidR="00536069" w:rsidRPr="008A6EA9">
        <w:rPr>
          <w:rFonts w:ascii="Arial" w:hAnsi="Arial" w:cs="Arial"/>
          <w:lang w:val="pl-PL"/>
        </w:rPr>
        <w:t>wykonalności</w:t>
      </w:r>
      <w:r w:rsidR="002B1F10" w:rsidRPr="008A6EA9">
        <w:rPr>
          <w:rFonts w:ascii="Arial" w:hAnsi="Arial" w:cs="Arial"/>
          <w:lang w:val="pl-PL"/>
        </w:rPr>
        <w:t xml:space="preserve"> projektu.</w:t>
      </w:r>
    </w:p>
    <w:p w14:paraId="39E9AD02" w14:textId="77777777" w:rsidR="00536069" w:rsidRPr="008A6EA9" w:rsidRDefault="00536069" w:rsidP="008A6EA9">
      <w:pPr>
        <w:pStyle w:val="Akapitzlist"/>
        <w:numPr>
          <w:ilvl w:val="0"/>
          <w:numId w:val="10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Użyte</w:t>
      </w:r>
      <w:r w:rsidR="005241A0" w:rsidRPr="008A6EA9">
        <w:rPr>
          <w:rFonts w:ascii="Arial" w:hAnsi="Arial" w:cs="Arial"/>
          <w:lang w:val="pl-PL"/>
        </w:rPr>
        <w:t xml:space="preserve"> w tym Regulaminie </w:t>
      </w:r>
      <w:r w:rsidRPr="008A6EA9">
        <w:rPr>
          <w:rFonts w:ascii="Arial" w:hAnsi="Arial" w:cs="Arial"/>
          <w:lang w:val="pl-PL"/>
        </w:rPr>
        <w:t>określenia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oznaczają</w:t>
      </w:r>
      <w:r w:rsidR="005241A0" w:rsidRPr="008A6EA9">
        <w:rPr>
          <w:rFonts w:ascii="Arial" w:hAnsi="Arial" w:cs="Arial"/>
          <w:lang w:val="pl-PL"/>
        </w:rPr>
        <w:t xml:space="preserve">: </w:t>
      </w:r>
    </w:p>
    <w:p w14:paraId="549EE5A4" w14:textId="77777777" w:rsidR="00536069" w:rsidRPr="008A6EA9" w:rsidRDefault="005241A0" w:rsidP="007A6754">
      <w:pPr>
        <w:spacing w:before="0"/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a) Uczelnia </w:t>
      </w:r>
      <w:r w:rsidR="002D3506" w:rsidRPr="008A6EA9">
        <w:rPr>
          <w:rFonts w:ascii="Arial" w:hAnsi="Arial" w:cs="Arial"/>
          <w:lang w:val="pl-PL"/>
        </w:rPr>
        <w:t>– Collegium Witelona Uczelni</w:t>
      </w:r>
      <w:r w:rsidR="00542C47" w:rsidRPr="008A6EA9">
        <w:rPr>
          <w:rFonts w:ascii="Arial" w:hAnsi="Arial" w:cs="Arial"/>
          <w:lang w:val="pl-PL"/>
        </w:rPr>
        <w:t>a Państwowa;</w:t>
      </w:r>
      <w:r w:rsidRPr="008A6EA9">
        <w:rPr>
          <w:rFonts w:ascii="Arial" w:hAnsi="Arial" w:cs="Arial"/>
          <w:lang w:val="pl-PL"/>
        </w:rPr>
        <w:t xml:space="preserve"> </w:t>
      </w:r>
    </w:p>
    <w:p w14:paraId="6EDC9C18" w14:textId="77777777" w:rsidR="00536069" w:rsidRPr="008A6EA9" w:rsidRDefault="00536069" w:rsidP="007A6754">
      <w:pPr>
        <w:spacing w:before="0"/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b) Komisja </w:t>
      </w:r>
      <w:r w:rsidR="002D3506" w:rsidRPr="008A6EA9">
        <w:rPr>
          <w:rFonts w:ascii="Arial" w:hAnsi="Arial" w:cs="Arial"/>
          <w:lang w:val="pl-PL"/>
        </w:rPr>
        <w:t xml:space="preserve">– </w:t>
      </w:r>
      <w:r w:rsidRPr="008A6EA9">
        <w:rPr>
          <w:rFonts w:ascii="Arial" w:hAnsi="Arial" w:cs="Arial"/>
          <w:lang w:val="pl-PL"/>
        </w:rPr>
        <w:t>Komisja ds</w:t>
      </w:r>
      <w:r w:rsidR="005241A0" w:rsidRPr="008A6EA9">
        <w:rPr>
          <w:rFonts w:ascii="Arial" w:hAnsi="Arial" w:cs="Arial"/>
          <w:lang w:val="pl-PL"/>
        </w:rPr>
        <w:t xml:space="preserve">. </w:t>
      </w:r>
      <w:r w:rsidR="00A74DCE" w:rsidRPr="008A6EA9">
        <w:rPr>
          <w:rFonts w:ascii="Arial" w:hAnsi="Arial" w:cs="Arial"/>
          <w:lang w:val="pl-PL"/>
        </w:rPr>
        <w:t>e</w:t>
      </w:r>
      <w:r w:rsidR="005241A0" w:rsidRPr="008A6EA9">
        <w:rPr>
          <w:rFonts w:ascii="Arial" w:hAnsi="Arial" w:cs="Arial"/>
          <w:lang w:val="pl-PL"/>
        </w:rPr>
        <w:t xml:space="preserve">tyki </w:t>
      </w:r>
      <w:r w:rsidR="00A74DCE" w:rsidRPr="008A6EA9">
        <w:rPr>
          <w:rFonts w:ascii="Arial" w:hAnsi="Arial" w:cs="Arial"/>
          <w:lang w:val="pl-PL"/>
        </w:rPr>
        <w:t>b</w:t>
      </w:r>
      <w:r w:rsidR="00745B36" w:rsidRPr="008A6EA9">
        <w:rPr>
          <w:rFonts w:ascii="Arial" w:hAnsi="Arial" w:cs="Arial"/>
          <w:lang w:val="pl-PL"/>
        </w:rPr>
        <w:t>adań</w:t>
      </w:r>
      <w:r w:rsidR="00542C47" w:rsidRPr="008A6EA9">
        <w:rPr>
          <w:rFonts w:ascii="Arial" w:hAnsi="Arial" w:cs="Arial"/>
          <w:lang w:val="pl-PL"/>
        </w:rPr>
        <w:t xml:space="preserve"> naukowych;</w:t>
      </w:r>
      <w:r w:rsidR="005241A0" w:rsidRPr="008A6EA9">
        <w:rPr>
          <w:rFonts w:ascii="Arial" w:hAnsi="Arial" w:cs="Arial"/>
          <w:lang w:val="pl-PL"/>
        </w:rPr>
        <w:t xml:space="preserve"> </w:t>
      </w:r>
    </w:p>
    <w:p w14:paraId="205D248E" w14:textId="77777777" w:rsidR="00536069" w:rsidRPr="008A6EA9" w:rsidRDefault="005241A0" w:rsidP="007A6754">
      <w:pPr>
        <w:spacing w:before="0"/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c) Rektor </w:t>
      </w:r>
      <w:r w:rsidR="002D3506" w:rsidRPr="008A6EA9">
        <w:rPr>
          <w:rFonts w:ascii="Arial" w:hAnsi="Arial" w:cs="Arial"/>
          <w:lang w:val="pl-PL"/>
        </w:rPr>
        <w:t>– Rektor Collegium Witelona Uczelnia Państwowa</w:t>
      </w:r>
      <w:r w:rsidR="00542C47" w:rsidRPr="008A6EA9">
        <w:rPr>
          <w:rFonts w:ascii="Arial" w:hAnsi="Arial" w:cs="Arial"/>
          <w:lang w:val="pl-PL"/>
        </w:rPr>
        <w:t>;</w:t>
      </w:r>
    </w:p>
    <w:p w14:paraId="0C361547" w14:textId="39034C84" w:rsidR="00B379E0" w:rsidRPr="008A6EA9" w:rsidRDefault="005241A0" w:rsidP="007A6754">
      <w:pPr>
        <w:spacing w:before="0"/>
        <w:ind w:left="425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d) Prorek</w:t>
      </w:r>
      <w:r w:rsidR="002A5683" w:rsidRPr="008A6EA9">
        <w:rPr>
          <w:rFonts w:ascii="Arial" w:hAnsi="Arial" w:cs="Arial"/>
          <w:lang w:val="pl-PL"/>
        </w:rPr>
        <w:t xml:space="preserve">tor – </w:t>
      </w:r>
      <w:r w:rsidR="00536069" w:rsidRPr="008A6EA9">
        <w:rPr>
          <w:rFonts w:ascii="Arial" w:hAnsi="Arial" w:cs="Arial"/>
          <w:lang w:val="pl-PL"/>
        </w:rPr>
        <w:t>Prorektor ds. Nauki i Współ</w:t>
      </w:r>
      <w:r w:rsidRPr="008A6EA9">
        <w:rPr>
          <w:rFonts w:ascii="Arial" w:hAnsi="Arial" w:cs="Arial"/>
          <w:lang w:val="pl-PL"/>
        </w:rPr>
        <w:t xml:space="preserve">pracy z </w:t>
      </w:r>
      <w:r w:rsidR="00536069" w:rsidRPr="008A6EA9">
        <w:rPr>
          <w:rFonts w:ascii="Arial" w:hAnsi="Arial" w:cs="Arial"/>
          <w:lang w:val="pl-PL"/>
        </w:rPr>
        <w:t>Zagranicą</w:t>
      </w:r>
      <w:r w:rsidRPr="008A6EA9">
        <w:rPr>
          <w:rFonts w:ascii="Arial" w:hAnsi="Arial" w:cs="Arial"/>
          <w:lang w:val="pl-PL"/>
        </w:rPr>
        <w:t xml:space="preserve"> </w:t>
      </w:r>
      <w:r w:rsidR="002D3506" w:rsidRPr="008A6EA9">
        <w:rPr>
          <w:rFonts w:ascii="Arial" w:hAnsi="Arial" w:cs="Arial"/>
          <w:lang w:val="pl-PL"/>
        </w:rPr>
        <w:t>Collegium Witelona Uczelnia Państwowa</w:t>
      </w:r>
      <w:r w:rsidRPr="008A6EA9">
        <w:rPr>
          <w:rFonts w:ascii="Arial" w:hAnsi="Arial" w:cs="Arial"/>
          <w:lang w:val="pl-PL"/>
        </w:rPr>
        <w:t xml:space="preserve">. </w:t>
      </w:r>
    </w:p>
    <w:p w14:paraId="11DB0682" w14:textId="77777777" w:rsidR="00536069" w:rsidRPr="008A6EA9" w:rsidRDefault="005241A0" w:rsidP="008A6EA9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3.</w:t>
      </w:r>
    </w:p>
    <w:p w14:paraId="1A95682B" w14:textId="77777777" w:rsidR="003C2C2F" w:rsidRPr="008A6EA9" w:rsidRDefault="00536069" w:rsidP="007A6754">
      <w:pPr>
        <w:pStyle w:val="Akapitzlist"/>
        <w:numPr>
          <w:ilvl w:val="0"/>
          <w:numId w:val="11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Zaleca się</w:t>
      </w:r>
      <w:r w:rsidR="005241A0" w:rsidRPr="008A6EA9">
        <w:rPr>
          <w:rFonts w:ascii="Arial" w:hAnsi="Arial" w:cs="Arial"/>
          <w:lang w:val="pl-PL"/>
        </w:rPr>
        <w:t xml:space="preserve">, aby wnioskodawcy </w:t>
      </w:r>
      <w:r w:rsidRPr="008A6EA9">
        <w:rPr>
          <w:rFonts w:ascii="Arial" w:hAnsi="Arial" w:cs="Arial"/>
          <w:lang w:val="pl-PL"/>
        </w:rPr>
        <w:t>planujący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A97BBF" w:rsidRPr="008A6EA9">
        <w:rPr>
          <w:rFonts w:ascii="Arial" w:hAnsi="Arial" w:cs="Arial"/>
          <w:lang w:val="pl-PL"/>
        </w:rPr>
        <w:t>badania</w:t>
      </w:r>
      <w:r w:rsidR="005241A0" w:rsidRPr="008A6EA9">
        <w:rPr>
          <w:rFonts w:ascii="Arial" w:hAnsi="Arial" w:cs="Arial"/>
          <w:lang w:val="pl-PL"/>
        </w:rPr>
        <w:t xml:space="preserve"> z </w:t>
      </w:r>
      <w:r w:rsidRPr="008A6EA9">
        <w:rPr>
          <w:rFonts w:ascii="Arial" w:hAnsi="Arial" w:cs="Arial"/>
          <w:lang w:val="pl-PL"/>
        </w:rPr>
        <w:t>udziałem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77643E" w:rsidRPr="008A6EA9">
        <w:rPr>
          <w:rFonts w:ascii="Arial" w:hAnsi="Arial" w:cs="Arial"/>
          <w:lang w:val="pl-PL"/>
        </w:rPr>
        <w:t>osób</w:t>
      </w:r>
      <w:r w:rsidR="005241A0" w:rsidRPr="008A6EA9">
        <w:rPr>
          <w:rFonts w:ascii="Arial" w:hAnsi="Arial" w:cs="Arial"/>
          <w:lang w:val="pl-PL"/>
        </w:rPr>
        <w:t xml:space="preserve"> wymienionych w ust</w:t>
      </w:r>
      <w:r w:rsidR="00725765" w:rsidRPr="008A6EA9">
        <w:rPr>
          <w:rFonts w:ascii="Arial" w:hAnsi="Arial" w:cs="Arial"/>
          <w:lang w:val="pl-PL"/>
        </w:rPr>
        <w:t>.</w:t>
      </w:r>
      <w:r w:rsidR="005241A0" w:rsidRPr="008A6EA9">
        <w:rPr>
          <w:rFonts w:ascii="Arial" w:hAnsi="Arial" w:cs="Arial"/>
          <w:lang w:val="pl-PL"/>
        </w:rPr>
        <w:t xml:space="preserve"> 2, uzyskali opini</w:t>
      </w:r>
      <w:r w:rsidRPr="008A6EA9">
        <w:rPr>
          <w:rFonts w:ascii="Arial" w:hAnsi="Arial" w:cs="Arial"/>
          <w:lang w:val="pl-PL"/>
        </w:rPr>
        <w:t xml:space="preserve">ę </w:t>
      </w:r>
      <w:r w:rsidR="005241A0" w:rsidRPr="008A6EA9">
        <w:rPr>
          <w:rFonts w:ascii="Arial" w:hAnsi="Arial" w:cs="Arial"/>
          <w:lang w:val="pl-PL"/>
        </w:rPr>
        <w:t>Komisji. Zalecenie to</w:t>
      </w:r>
      <w:r w:rsidRPr="008A6EA9">
        <w:rPr>
          <w:rFonts w:ascii="Arial" w:hAnsi="Arial" w:cs="Arial"/>
          <w:lang w:val="pl-PL"/>
        </w:rPr>
        <w:t xml:space="preserve"> dotyczy wszystkich badań, w któ</w:t>
      </w:r>
      <w:r w:rsidR="005241A0" w:rsidRPr="008A6EA9">
        <w:rPr>
          <w:rFonts w:ascii="Arial" w:hAnsi="Arial" w:cs="Arial"/>
          <w:lang w:val="pl-PL"/>
        </w:rPr>
        <w:t>rych planuje si</w:t>
      </w:r>
      <w:r w:rsidRPr="008A6EA9">
        <w:rPr>
          <w:rFonts w:ascii="Arial" w:hAnsi="Arial" w:cs="Arial"/>
          <w:lang w:val="pl-PL"/>
        </w:rPr>
        <w:t>ę oddział</w:t>
      </w:r>
      <w:r w:rsidR="005241A0" w:rsidRPr="008A6EA9">
        <w:rPr>
          <w:rFonts w:ascii="Arial" w:hAnsi="Arial" w:cs="Arial"/>
          <w:lang w:val="pl-PL"/>
        </w:rPr>
        <w:t xml:space="preserve">ywanie </w:t>
      </w:r>
      <w:r w:rsidR="002B1F10" w:rsidRPr="008A6EA9">
        <w:rPr>
          <w:rFonts w:ascii="Arial" w:hAnsi="Arial" w:cs="Arial"/>
          <w:lang w:val="pl-PL"/>
        </w:rPr>
        <w:t>–</w:t>
      </w:r>
      <w:r w:rsidR="005241A0" w:rsidRPr="008A6EA9">
        <w:rPr>
          <w:rFonts w:ascii="Arial" w:hAnsi="Arial" w:cs="Arial"/>
          <w:lang w:val="pl-PL"/>
        </w:rPr>
        <w:t xml:space="preserve"> w</w:t>
      </w:r>
      <w:r w:rsidR="003C2C2F" w:rsidRPr="008A6EA9">
        <w:rPr>
          <w:rFonts w:ascii="Arial" w:hAnsi="Arial" w:cs="Arial"/>
          <w:lang w:val="pl-PL"/>
        </w:rPr>
        <w:t xml:space="preserve"> jakiejkolwiek formie</w:t>
      </w:r>
      <w:r w:rsidR="00C82A65" w:rsidRPr="008A6EA9">
        <w:rPr>
          <w:rFonts w:ascii="Arial" w:hAnsi="Arial" w:cs="Arial"/>
          <w:lang w:val="pl-PL"/>
        </w:rPr>
        <w:t xml:space="preserve"> –</w:t>
      </w:r>
      <w:r w:rsidR="003C2C2F" w:rsidRPr="008A6EA9">
        <w:rPr>
          <w:rFonts w:ascii="Arial" w:hAnsi="Arial" w:cs="Arial"/>
          <w:lang w:val="pl-PL"/>
        </w:rPr>
        <w:t xml:space="preserve"> na ludzi.</w:t>
      </w:r>
    </w:p>
    <w:p w14:paraId="70CA0346" w14:textId="77777777" w:rsidR="00CE3A2C" w:rsidRPr="008A6EA9" w:rsidRDefault="005241A0" w:rsidP="008A6EA9">
      <w:pPr>
        <w:pStyle w:val="Akapitzlist"/>
        <w:numPr>
          <w:ilvl w:val="0"/>
          <w:numId w:val="11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Za </w:t>
      </w:r>
      <w:r w:rsidR="00A97BBF" w:rsidRPr="008A6EA9">
        <w:rPr>
          <w:rFonts w:ascii="Arial" w:hAnsi="Arial" w:cs="Arial"/>
          <w:lang w:val="pl-PL"/>
        </w:rPr>
        <w:t>badania</w:t>
      </w:r>
      <w:r w:rsidRPr="008A6EA9">
        <w:rPr>
          <w:rFonts w:ascii="Arial" w:hAnsi="Arial" w:cs="Arial"/>
          <w:lang w:val="pl-PL"/>
        </w:rPr>
        <w:t xml:space="preserve"> </w:t>
      </w:r>
      <w:r w:rsidR="00C348DE" w:rsidRPr="008A6EA9">
        <w:rPr>
          <w:rFonts w:ascii="Arial" w:hAnsi="Arial" w:cs="Arial"/>
          <w:lang w:val="pl-PL"/>
        </w:rPr>
        <w:t>wymagające</w:t>
      </w:r>
      <w:r w:rsidRPr="008A6EA9">
        <w:rPr>
          <w:rFonts w:ascii="Arial" w:hAnsi="Arial" w:cs="Arial"/>
          <w:lang w:val="pl-PL"/>
        </w:rPr>
        <w:t xml:space="preserve"> pozytywnej opinii Komisji uznaje si</w:t>
      </w:r>
      <w:r w:rsidR="00C348DE" w:rsidRPr="008A6EA9">
        <w:rPr>
          <w:rFonts w:ascii="Arial" w:hAnsi="Arial" w:cs="Arial"/>
          <w:lang w:val="pl-PL"/>
        </w:rPr>
        <w:t>ę</w:t>
      </w:r>
      <w:r w:rsidRPr="008A6EA9">
        <w:rPr>
          <w:rFonts w:ascii="Arial" w:hAnsi="Arial" w:cs="Arial"/>
          <w:lang w:val="pl-PL"/>
        </w:rPr>
        <w:t xml:space="preserve">: </w:t>
      </w:r>
    </w:p>
    <w:p w14:paraId="10EC837A" w14:textId="77777777" w:rsidR="00C50F90" w:rsidRPr="008A6EA9" w:rsidRDefault="00A97BBF" w:rsidP="008A6EA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badania</w:t>
      </w:r>
      <w:r w:rsidR="00C50F90" w:rsidRPr="008A6EA9">
        <w:rPr>
          <w:rFonts w:ascii="Arial" w:hAnsi="Arial" w:cs="Arial"/>
          <w:lang w:val="pl-PL"/>
        </w:rPr>
        <w:t>, w któ</w:t>
      </w:r>
      <w:r w:rsidR="005241A0" w:rsidRPr="008A6EA9">
        <w:rPr>
          <w:rFonts w:ascii="Arial" w:hAnsi="Arial" w:cs="Arial"/>
          <w:lang w:val="pl-PL"/>
        </w:rPr>
        <w:t>rych maj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wziąć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udział</w:t>
      </w:r>
      <w:r w:rsidR="005241A0" w:rsidRPr="008A6EA9">
        <w:rPr>
          <w:rFonts w:ascii="Arial" w:hAnsi="Arial" w:cs="Arial"/>
          <w:lang w:val="pl-PL"/>
        </w:rPr>
        <w:t xml:space="preserve"> osoby </w:t>
      </w:r>
      <w:r w:rsidR="00C50F90" w:rsidRPr="008A6EA9">
        <w:rPr>
          <w:rFonts w:ascii="Arial" w:hAnsi="Arial" w:cs="Arial"/>
          <w:lang w:val="pl-PL"/>
        </w:rPr>
        <w:t>mające</w:t>
      </w:r>
      <w:r w:rsidR="005241A0" w:rsidRPr="008A6EA9">
        <w:rPr>
          <w:rFonts w:ascii="Arial" w:hAnsi="Arial" w:cs="Arial"/>
          <w:lang w:val="pl-PL"/>
        </w:rPr>
        <w:t xml:space="preserve"> ograniczon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zdolność</w:t>
      </w:r>
      <w:r w:rsidR="005241A0" w:rsidRPr="008A6EA9">
        <w:rPr>
          <w:rFonts w:ascii="Arial" w:hAnsi="Arial" w:cs="Arial"/>
          <w:lang w:val="pl-PL"/>
        </w:rPr>
        <w:t xml:space="preserve"> do </w:t>
      </w:r>
      <w:r w:rsidR="00C50F90" w:rsidRPr="008A6EA9">
        <w:rPr>
          <w:rFonts w:ascii="Arial" w:hAnsi="Arial" w:cs="Arial"/>
          <w:lang w:val="pl-PL"/>
        </w:rPr>
        <w:t>wyrażenia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świadomej</w:t>
      </w:r>
      <w:r w:rsidR="005241A0" w:rsidRPr="008A6EA9">
        <w:rPr>
          <w:rFonts w:ascii="Arial" w:hAnsi="Arial" w:cs="Arial"/>
          <w:lang w:val="pl-PL"/>
        </w:rPr>
        <w:t xml:space="preserve"> lub swobodnej zgody na </w:t>
      </w:r>
      <w:r w:rsidR="00C50F90" w:rsidRPr="008A6EA9">
        <w:rPr>
          <w:rFonts w:ascii="Arial" w:hAnsi="Arial" w:cs="Arial"/>
          <w:lang w:val="pl-PL"/>
        </w:rPr>
        <w:t>udział</w:t>
      </w:r>
      <w:r w:rsidR="005241A0" w:rsidRPr="008A6EA9">
        <w:rPr>
          <w:rFonts w:ascii="Arial" w:hAnsi="Arial" w:cs="Arial"/>
          <w:lang w:val="pl-PL"/>
        </w:rPr>
        <w:t xml:space="preserve"> w </w:t>
      </w:r>
      <w:r w:rsidRPr="008A6EA9">
        <w:rPr>
          <w:rFonts w:ascii="Arial" w:hAnsi="Arial" w:cs="Arial"/>
          <w:lang w:val="pl-PL"/>
        </w:rPr>
        <w:t>badaniu</w:t>
      </w:r>
      <w:r w:rsidR="005241A0" w:rsidRPr="008A6EA9">
        <w:rPr>
          <w:rFonts w:ascii="Arial" w:hAnsi="Arial" w:cs="Arial"/>
          <w:lang w:val="pl-PL"/>
        </w:rPr>
        <w:t xml:space="preserve"> oraz ograniczon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możliwość</w:t>
      </w:r>
      <w:r w:rsidR="005241A0" w:rsidRPr="008A6EA9">
        <w:rPr>
          <w:rFonts w:ascii="Arial" w:hAnsi="Arial" w:cs="Arial"/>
          <w:lang w:val="pl-PL"/>
        </w:rPr>
        <w:t xml:space="preserve"> ewentualnej odmowy pr</w:t>
      </w:r>
      <w:r w:rsidR="00C50F90" w:rsidRPr="008A6EA9">
        <w:rPr>
          <w:rFonts w:ascii="Arial" w:hAnsi="Arial" w:cs="Arial"/>
          <w:lang w:val="pl-PL"/>
        </w:rPr>
        <w:t xml:space="preserve">zed lub w trakcie </w:t>
      </w:r>
      <w:r w:rsidR="00745B36" w:rsidRPr="008A6EA9">
        <w:rPr>
          <w:rFonts w:ascii="Arial" w:hAnsi="Arial" w:cs="Arial"/>
          <w:lang w:val="pl-PL"/>
        </w:rPr>
        <w:t>badań</w:t>
      </w:r>
      <w:r w:rsidR="00C50F90" w:rsidRPr="008A6EA9">
        <w:rPr>
          <w:rFonts w:ascii="Arial" w:hAnsi="Arial" w:cs="Arial"/>
          <w:lang w:val="pl-PL"/>
        </w:rPr>
        <w:t>, szczegó</w:t>
      </w:r>
      <w:r w:rsidR="005241A0" w:rsidRPr="008A6EA9">
        <w:rPr>
          <w:rFonts w:ascii="Arial" w:hAnsi="Arial" w:cs="Arial"/>
          <w:lang w:val="pl-PL"/>
        </w:rPr>
        <w:t xml:space="preserve">lnie: </w:t>
      </w:r>
    </w:p>
    <w:p w14:paraId="5C7C9A4A" w14:textId="77777777" w:rsidR="00C50F90" w:rsidRPr="008A6EA9" w:rsidRDefault="005241A0" w:rsidP="008A6EA9">
      <w:pPr>
        <w:pStyle w:val="Akapitzlist"/>
        <w:numPr>
          <w:ilvl w:val="0"/>
          <w:numId w:val="14"/>
        </w:numPr>
        <w:ind w:left="1134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dzieci i </w:t>
      </w:r>
      <w:r w:rsidR="00C50F90" w:rsidRPr="008A6EA9">
        <w:rPr>
          <w:rFonts w:ascii="Arial" w:hAnsi="Arial" w:cs="Arial"/>
          <w:lang w:val="pl-PL"/>
        </w:rPr>
        <w:t>młodzież</w:t>
      </w:r>
      <w:r w:rsidRPr="008A6EA9">
        <w:rPr>
          <w:rFonts w:ascii="Arial" w:hAnsi="Arial" w:cs="Arial"/>
          <w:lang w:val="pl-PL"/>
        </w:rPr>
        <w:t xml:space="preserve"> do 12 roku </w:t>
      </w:r>
      <w:r w:rsidR="00C50F90" w:rsidRPr="008A6EA9">
        <w:rPr>
          <w:rFonts w:ascii="Arial" w:hAnsi="Arial" w:cs="Arial"/>
          <w:lang w:val="pl-PL"/>
        </w:rPr>
        <w:t>życia</w:t>
      </w:r>
      <w:r w:rsidRPr="008A6EA9">
        <w:rPr>
          <w:rFonts w:ascii="Arial" w:hAnsi="Arial" w:cs="Arial"/>
          <w:lang w:val="pl-PL"/>
        </w:rPr>
        <w:t xml:space="preserve">, </w:t>
      </w:r>
    </w:p>
    <w:p w14:paraId="3337E0DA" w14:textId="77777777" w:rsidR="00C50F90" w:rsidRPr="008A6EA9" w:rsidRDefault="005241A0" w:rsidP="008A6EA9">
      <w:pPr>
        <w:pStyle w:val="Akapitzlist"/>
        <w:numPr>
          <w:ilvl w:val="0"/>
          <w:numId w:val="14"/>
        </w:numPr>
        <w:ind w:left="1134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osoby z </w:t>
      </w:r>
      <w:r w:rsidR="00C50F90" w:rsidRPr="008A6EA9">
        <w:rPr>
          <w:rFonts w:ascii="Arial" w:hAnsi="Arial" w:cs="Arial"/>
          <w:lang w:val="pl-PL"/>
        </w:rPr>
        <w:t>niepełnosprawnością</w:t>
      </w:r>
      <w:r w:rsidRPr="008A6EA9">
        <w:rPr>
          <w:rFonts w:ascii="Arial" w:hAnsi="Arial" w:cs="Arial"/>
          <w:lang w:val="pl-PL"/>
        </w:rPr>
        <w:t xml:space="preserve"> intelektualn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, </w:t>
      </w:r>
    </w:p>
    <w:p w14:paraId="01B9C81E" w14:textId="77777777" w:rsidR="00C50F90" w:rsidRPr="008A6EA9" w:rsidRDefault="00C50F90" w:rsidP="008A6EA9">
      <w:pPr>
        <w:pStyle w:val="Akapitzlist"/>
        <w:numPr>
          <w:ilvl w:val="0"/>
          <w:numId w:val="14"/>
        </w:numPr>
        <w:ind w:left="1134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osoby, któ</w:t>
      </w:r>
      <w:r w:rsidR="005241A0" w:rsidRPr="008A6EA9">
        <w:rPr>
          <w:rFonts w:ascii="Arial" w:hAnsi="Arial" w:cs="Arial"/>
          <w:lang w:val="pl-PL"/>
        </w:rPr>
        <w:t xml:space="preserve">rych zgoda na </w:t>
      </w:r>
      <w:r w:rsidRPr="008A6EA9">
        <w:rPr>
          <w:rFonts w:ascii="Arial" w:hAnsi="Arial" w:cs="Arial"/>
          <w:lang w:val="pl-PL"/>
        </w:rPr>
        <w:t>udział</w:t>
      </w:r>
      <w:r w:rsidR="005241A0" w:rsidRPr="008A6EA9">
        <w:rPr>
          <w:rFonts w:ascii="Arial" w:hAnsi="Arial" w:cs="Arial"/>
          <w:lang w:val="pl-PL"/>
        </w:rPr>
        <w:t xml:space="preserve"> w </w:t>
      </w:r>
      <w:r w:rsidR="00A97BBF" w:rsidRPr="008A6EA9">
        <w:rPr>
          <w:rFonts w:ascii="Arial" w:hAnsi="Arial" w:cs="Arial"/>
          <w:lang w:val="pl-PL"/>
        </w:rPr>
        <w:t>badaniu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może</w:t>
      </w:r>
      <w:r w:rsidR="005241A0" w:rsidRPr="008A6EA9">
        <w:rPr>
          <w:rFonts w:ascii="Arial" w:hAnsi="Arial" w:cs="Arial"/>
          <w:lang w:val="pl-PL"/>
        </w:rPr>
        <w:t xml:space="preserve"> nie </w:t>
      </w:r>
      <w:r w:rsidRPr="008A6EA9">
        <w:rPr>
          <w:rFonts w:ascii="Arial" w:hAnsi="Arial" w:cs="Arial"/>
          <w:lang w:val="pl-PL"/>
        </w:rPr>
        <w:t>być</w:t>
      </w:r>
      <w:r w:rsidR="005241A0" w:rsidRPr="008A6EA9">
        <w:rPr>
          <w:rFonts w:ascii="Arial" w:hAnsi="Arial" w:cs="Arial"/>
          <w:lang w:val="pl-PL"/>
        </w:rPr>
        <w:t xml:space="preserve"> w </w:t>
      </w:r>
      <w:r w:rsidRPr="008A6EA9">
        <w:rPr>
          <w:rFonts w:ascii="Arial" w:hAnsi="Arial" w:cs="Arial"/>
          <w:lang w:val="pl-PL"/>
        </w:rPr>
        <w:t>pełni</w:t>
      </w:r>
      <w:r w:rsidR="005241A0" w:rsidRPr="008A6EA9">
        <w:rPr>
          <w:rFonts w:ascii="Arial" w:hAnsi="Arial" w:cs="Arial"/>
          <w:lang w:val="pl-PL"/>
        </w:rPr>
        <w:t xml:space="preserve"> dobrowolna, np. uczniowie, studenci (gdy </w:t>
      </w:r>
      <w:r w:rsidR="00A97BBF" w:rsidRPr="008A6EA9">
        <w:rPr>
          <w:rFonts w:ascii="Arial" w:hAnsi="Arial" w:cs="Arial"/>
          <w:lang w:val="pl-PL"/>
        </w:rPr>
        <w:t>badanie</w:t>
      </w:r>
      <w:r w:rsidR="005241A0" w:rsidRPr="008A6EA9">
        <w:rPr>
          <w:rFonts w:ascii="Arial" w:hAnsi="Arial" w:cs="Arial"/>
          <w:lang w:val="pl-PL"/>
        </w:rPr>
        <w:t xml:space="preserve"> jest prowadzone w ramach </w:t>
      </w:r>
      <w:r w:rsidRPr="008A6EA9">
        <w:rPr>
          <w:rFonts w:ascii="Arial" w:hAnsi="Arial" w:cs="Arial"/>
          <w:lang w:val="pl-PL"/>
        </w:rPr>
        <w:t>zajęć</w:t>
      </w:r>
      <w:r w:rsidR="005241A0" w:rsidRPr="008A6EA9">
        <w:rPr>
          <w:rFonts w:ascii="Arial" w:hAnsi="Arial" w:cs="Arial"/>
          <w:lang w:val="pl-PL"/>
        </w:rPr>
        <w:t xml:space="preserve"> lub w </w:t>
      </w:r>
      <w:r w:rsidRPr="008A6EA9">
        <w:rPr>
          <w:rFonts w:ascii="Arial" w:hAnsi="Arial" w:cs="Arial"/>
          <w:lang w:val="pl-PL"/>
        </w:rPr>
        <w:t>bezpośrednim</w:t>
      </w:r>
      <w:r w:rsidR="005241A0" w:rsidRPr="008A6EA9">
        <w:rPr>
          <w:rFonts w:ascii="Arial" w:hAnsi="Arial" w:cs="Arial"/>
          <w:lang w:val="pl-PL"/>
        </w:rPr>
        <w:t xml:space="preserve"> zwi</w:t>
      </w:r>
      <w:r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>zku z zaj</w:t>
      </w:r>
      <w:r w:rsidR="00C348DE" w:rsidRPr="008A6EA9">
        <w:rPr>
          <w:rFonts w:ascii="Arial" w:hAnsi="Arial" w:cs="Arial"/>
          <w:lang w:val="pl-PL"/>
        </w:rPr>
        <w:t>ę</w:t>
      </w:r>
      <w:r w:rsidR="002B1F10" w:rsidRPr="008A6EA9">
        <w:rPr>
          <w:rFonts w:ascii="Arial" w:hAnsi="Arial" w:cs="Arial"/>
          <w:lang w:val="pl-PL"/>
        </w:rPr>
        <w:t>ciami)</w:t>
      </w:r>
      <w:r w:rsidR="005241A0" w:rsidRPr="008A6EA9">
        <w:rPr>
          <w:rFonts w:ascii="Arial" w:hAnsi="Arial" w:cs="Arial"/>
          <w:lang w:val="pl-PL"/>
        </w:rPr>
        <w:t xml:space="preserve">, pracownicy firm (gdy </w:t>
      </w:r>
      <w:r w:rsidR="00A97BBF" w:rsidRPr="008A6EA9">
        <w:rPr>
          <w:rFonts w:ascii="Arial" w:hAnsi="Arial" w:cs="Arial"/>
          <w:lang w:val="pl-PL"/>
        </w:rPr>
        <w:t>badanie</w:t>
      </w:r>
      <w:r w:rsidR="005241A0" w:rsidRPr="008A6EA9">
        <w:rPr>
          <w:rFonts w:ascii="Arial" w:hAnsi="Arial" w:cs="Arial"/>
          <w:lang w:val="pl-PL"/>
        </w:rPr>
        <w:t xml:space="preserve"> prowadzone jest w miejscu pracy), </w:t>
      </w:r>
    </w:p>
    <w:p w14:paraId="4F3ECDDC" w14:textId="77777777" w:rsidR="00C50F90" w:rsidRPr="008A6EA9" w:rsidRDefault="00C50F90" w:rsidP="008A6EA9">
      <w:pPr>
        <w:pStyle w:val="Akapitzlist"/>
        <w:numPr>
          <w:ilvl w:val="0"/>
          <w:numId w:val="14"/>
        </w:numPr>
        <w:ind w:left="1134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osoby, któ</w:t>
      </w:r>
      <w:r w:rsidR="005241A0" w:rsidRPr="008A6EA9">
        <w:rPr>
          <w:rFonts w:ascii="Arial" w:hAnsi="Arial" w:cs="Arial"/>
          <w:lang w:val="pl-PL"/>
        </w:rPr>
        <w:t xml:space="preserve">re </w:t>
      </w:r>
      <w:r w:rsidRPr="008A6EA9">
        <w:rPr>
          <w:rFonts w:ascii="Arial" w:hAnsi="Arial" w:cs="Arial"/>
          <w:lang w:val="pl-PL"/>
        </w:rPr>
        <w:t>wyrażają</w:t>
      </w:r>
      <w:r w:rsidR="005241A0" w:rsidRPr="008A6EA9">
        <w:rPr>
          <w:rFonts w:ascii="Arial" w:hAnsi="Arial" w:cs="Arial"/>
          <w:lang w:val="pl-PL"/>
        </w:rPr>
        <w:t xml:space="preserve"> zgod</w:t>
      </w:r>
      <w:r w:rsidR="00536069" w:rsidRPr="008A6EA9">
        <w:rPr>
          <w:rFonts w:ascii="Arial" w:hAnsi="Arial" w:cs="Arial"/>
          <w:lang w:val="pl-PL"/>
        </w:rPr>
        <w:t>ę</w:t>
      </w:r>
      <w:r w:rsidRPr="008A6EA9">
        <w:rPr>
          <w:rFonts w:ascii="Arial" w:hAnsi="Arial" w:cs="Arial"/>
          <w:lang w:val="pl-PL"/>
        </w:rPr>
        <w:t xml:space="preserve"> </w:t>
      </w:r>
      <w:r w:rsidR="005241A0" w:rsidRPr="008A6EA9">
        <w:rPr>
          <w:rFonts w:ascii="Arial" w:hAnsi="Arial" w:cs="Arial"/>
          <w:lang w:val="pl-PL"/>
        </w:rPr>
        <w:t xml:space="preserve">na </w:t>
      </w:r>
      <w:r w:rsidRPr="008A6EA9">
        <w:rPr>
          <w:rFonts w:ascii="Arial" w:hAnsi="Arial" w:cs="Arial"/>
          <w:lang w:val="pl-PL"/>
        </w:rPr>
        <w:t>udział</w:t>
      </w:r>
      <w:r w:rsidR="005241A0" w:rsidRPr="008A6EA9">
        <w:rPr>
          <w:rFonts w:ascii="Arial" w:hAnsi="Arial" w:cs="Arial"/>
          <w:lang w:val="pl-PL"/>
        </w:rPr>
        <w:t xml:space="preserve"> w </w:t>
      </w:r>
      <w:r w:rsidR="00A97BBF" w:rsidRPr="008A6EA9">
        <w:rPr>
          <w:rFonts w:ascii="Arial" w:hAnsi="Arial" w:cs="Arial"/>
          <w:lang w:val="pl-PL"/>
        </w:rPr>
        <w:t>badaniu</w:t>
      </w:r>
      <w:r w:rsidR="005241A0" w:rsidRPr="008A6EA9">
        <w:rPr>
          <w:rFonts w:ascii="Arial" w:hAnsi="Arial" w:cs="Arial"/>
          <w:lang w:val="pl-PL"/>
        </w:rPr>
        <w:t xml:space="preserve"> na podstawie nieprawdziwych informacji </w:t>
      </w:r>
      <w:r w:rsidRPr="008A6EA9">
        <w:rPr>
          <w:rFonts w:ascii="Arial" w:hAnsi="Arial" w:cs="Arial"/>
          <w:lang w:val="pl-PL"/>
        </w:rPr>
        <w:t>o</w:t>
      </w:r>
      <w:r w:rsidR="005241A0" w:rsidRPr="008A6EA9">
        <w:rPr>
          <w:rFonts w:ascii="Arial" w:hAnsi="Arial" w:cs="Arial"/>
          <w:lang w:val="pl-PL"/>
        </w:rPr>
        <w:t xml:space="preserve"> celu </w:t>
      </w:r>
      <w:r w:rsidR="008943FC" w:rsidRPr="008A6EA9">
        <w:rPr>
          <w:rFonts w:ascii="Arial" w:hAnsi="Arial" w:cs="Arial"/>
          <w:lang w:val="pl-PL"/>
        </w:rPr>
        <w:br/>
      </w:r>
      <w:r w:rsidR="005241A0" w:rsidRPr="008A6EA9">
        <w:rPr>
          <w:rFonts w:ascii="Arial" w:hAnsi="Arial" w:cs="Arial"/>
          <w:lang w:val="pl-PL"/>
        </w:rPr>
        <w:t xml:space="preserve">i przebiegu </w:t>
      </w:r>
      <w:r w:rsidR="00A97BBF" w:rsidRPr="008A6EA9">
        <w:rPr>
          <w:rFonts w:ascii="Arial" w:hAnsi="Arial" w:cs="Arial"/>
          <w:lang w:val="pl-PL"/>
        </w:rPr>
        <w:t>badania</w:t>
      </w:r>
      <w:r w:rsidR="005241A0" w:rsidRPr="008A6EA9">
        <w:rPr>
          <w:rFonts w:ascii="Arial" w:hAnsi="Arial" w:cs="Arial"/>
          <w:lang w:val="pl-PL"/>
        </w:rPr>
        <w:t xml:space="preserve"> (instrukcje maskuj</w:t>
      </w:r>
      <w:r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>ce, decepcja) lub w og</w:t>
      </w:r>
      <w:r w:rsidRPr="008A6EA9">
        <w:rPr>
          <w:rFonts w:ascii="Arial" w:hAnsi="Arial" w:cs="Arial"/>
          <w:lang w:val="pl-PL"/>
        </w:rPr>
        <w:t>ól</w:t>
      </w:r>
      <w:r w:rsidR="005241A0" w:rsidRPr="008A6EA9">
        <w:rPr>
          <w:rFonts w:ascii="Arial" w:hAnsi="Arial" w:cs="Arial"/>
          <w:lang w:val="pl-PL"/>
        </w:rPr>
        <w:t>e nie wiedz</w:t>
      </w:r>
      <w:r w:rsidR="002B1F1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>, że są</w:t>
      </w:r>
      <w:r w:rsidR="005241A0" w:rsidRPr="008A6EA9">
        <w:rPr>
          <w:rFonts w:ascii="Arial" w:hAnsi="Arial" w:cs="Arial"/>
          <w:lang w:val="pl-PL"/>
        </w:rPr>
        <w:t xml:space="preserve"> osobami </w:t>
      </w:r>
      <w:r w:rsidR="00A97BBF" w:rsidRPr="008A6EA9">
        <w:rPr>
          <w:rFonts w:ascii="Arial" w:hAnsi="Arial" w:cs="Arial"/>
          <w:lang w:val="pl-PL"/>
        </w:rPr>
        <w:t>badanymi</w:t>
      </w:r>
      <w:r w:rsidR="005241A0" w:rsidRPr="008A6EA9">
        <w:rPr>
          <w:rFonts w:ascii="Arial" w:hAnsi="Arial" w:cs="Arial"/>
          <w:lang w:val="pl-PL"/>
        </w:rPr>
        <w:t xml:space="preserve"> (w t</w:t>
      </w:r>
      <w:r w:rsidRPr="008A6EA9">
        <w:rPr>
          <w:rFonts w:ascii="Arial" w:hAnsi="Arial" w:cs="Arial"/>
          <w:lang w:val="pl-PL"/>
        </w:rPr>
        <w:t>zw. eksperymentach naturalnych)</w:t>
      </w:r>
      <w:r w:rsidR="005241A0" w:rsidRPr="008A6EA9">
        <w:rPr>
          <w:rFonts w:ascii="Arial" w:hAnsi="Arial" w:cs="Arial"/>
          <w:lang w:val="pl-PL"/>
        </w:rPr>
        <w:t xml:space="preserve">; </w:t>
      </w:r>
      <w:r w:rsidRPr="008A6EA9">
        <w:rPr>
          <w:rFonts w:ascii="Arial" w:hAnsi="Arial" w:cs="Arial"/>
          <w:lang w:val="pl-PL"/>
        </w:rPr>
        <w:t xml:space="preserve"> </w:t>
      </w:r>
    </w:p>
    <w:p w14:paraId="376C5C26" w14:textId="77777777" w:rsidR="00B94505" w:rsidRPr="008A6EA9" w:rsidRDefault="00A97BBF" w:rsidP="008A6EA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badania</w:t>
      </w:r>
      <w:r w:rsidR="00C50F90" w:rsidRPr="008A6EA9">
        <w:rPr>
          <w:rFonts w:ascii="Arial" w:hAnsi="Arial" w:cs="Arial"/>
          <w:lang w:val="pl-PL"/>
        </w:rPr>
        <w:t>, w któ</w:t>
      </w:r>
      <w:r w:rsidR="005241A0" w:rsidRPr="008A6EA9">
        <w:rPr>
          <w:rFonts w:ascii="Arial" w:hAnsi="Arial" w:cs="Arial"/>
          <w:lang w:val="pl-PL"/>
        </w:rPr>
        <w:t>rych maj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wziąć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udział osoby szczegól</w:t>
      </w:r>
      <w:r w:rsidR="005241A0" w:rsidRPr="008A6EA9">
        <w:rPr>
          <w:rFonts w:ascii="Arial" w:hAnsi="Arial" w:cs="Arial"/>
          <w:lang w:val="pl-PL"/>
        </w:rPr>
        <w:t xml:space="preserve">nie podatne na urazy psychiczne i zaburzenia zdrowia psychicznego, a </w:t>
      </w:r>
      <w:r w:rsidR="00C50F90" w:rsidRPr="008A6EA9">
        <w:rPr>
          <w:rFonts w:ascii="Arial" w:hAnsi="Arial" w:cs="Arial"/>
          <w:lang w:val="pl-PL"/>
        </w:rPr>
        <w:t>zwłaszcza</w:t>
      </w:r>
      <w:r w:rsidR="005241A0" w:rsidRPr="008A6EA9">
        <w:rPr>
          <w:rFonts w:ascii="Arial" w:hAnsi="Arial" w:cs="Arial"/>
          <w:lang w:val="pl-PL"/>
        </w:rPr>
        <w:t xml:space="preserve">: </w:t>
      </w:r>
    </w:p>
    <w:p w14:paraId="5317E583" w14:textId="77777777" w:rsidR="00C50F90" w:rsidRPr="008A6EA9" w:rsidRDefault="005241A0" w:rsidP="008A6EA9">
      <w:pPr>
        <w:pStyle w:val="Akapitzlist"/>
        <w:numPr>
          <w:ilvl w:val="0"/>
          <w:numId w:val="15"/>
        </w:numPr>
        <w:ind w:left="1134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chorzy terminalnie, </w:t>
      </w:r>
    </w:p>
    <w:p w14:paraId="56CCA5E9" w14:textId="77777777" w:rsidR="00C50F90" w:rsidRPr="008A6EA9" w:rsidRDefault="005241A0" w:rsidP="008A6EA9">
      <w:pPr>
        <w:pStyle w:val="Akapitzlist"/>
        <w:numPr>
          <w:ilvl w:val="0"/>
          <w:numId w:val="15"/>
        </w:numPr>
        <w:ind w:left="1134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ofiary katastrof, traum wojennych, itp., </w:t>
      </w:r>
    </w:p>
    <w:p w14:paraId="0405B4E3" w14:textId="77777777" w:rsidR="00C50F90" w:rsidRPr="008A6EA9" w:rsidRDefault="005241A0" w:rsidP="008A6EA9">
      <w:pPr>
        <w:pStyle w:val="Akapitzlist"/>
        <w:numPr>
          <w:ilvl w:val="0"/>
          <w:numId w:val="15"/>
        </w:numPr>
        <w:ind w:left="1134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pacjenci leczeni z powodu </w:t>
      </w:r>
      <w:r w:rsidR="00C50F90" w:rsidRPr="008A6EA9">
        <w:rPr>
          <w:rFonts w:ascii="Arial" w:hAnsi="Arial" w:cs="Arial"/>
          <w:lang w:val="pl-PL"/>
        </w:rPr>
        <w:t>zaburzeń</w:t>
      </w:r>
      <w:r w:rsidRPr="008A6EA9">
        <w:rPr>
          <w:rFonts w:ascii="Arial" w:hAnsi="Arial" w:cs="Arial"/>
          <w:lang w:val="pl-PL"/>
        </w:rPr>
        <w:t xml:space="preserve"> psychotycznych,</w:t>
      </w:r>
    </w:p>
    <w:p w14:paraId="69F928C0" w14:textId="77777777" w:rsidR="00C50F90" w:rsidRPr="008A6EA9" w:rsidRDefault="00C50F90" w:rsidP="008A6EA9">
      <w:pPr>
        <w:pStyle w:val="Akapitzlist"/>
        <w:numPr>
          <w:ilvl w:val="0"/>
          <w:numId w:val="15"/>
        </w:numPr>
        <w:ind w:left="1134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członkowie rodzin osó</w:t>
      </w:r>
      <w:r w:rsidR="005241A0" w:rsidRPr="008A6EA9">
        <w:rPr>
          <w:rFonts w:ascii="Arial" w:hAnsi="Arial" w:cs="Arial"/>
          <w:lang w:val="pl-PL"/>
        </w:rPr>
        <w:t xml:space="preserve">b chorych terminalnie lub przewlekle chorych; </w:t>
      </w:r>
    </w:p>
    <w:p w14:paraId="169D481C" w14:textId="77777777" w:rsidR="00C50F90" w:rsidRPr="008A6EA9" w:rsidRDefault="00A97BBF" w:rsidP="008A6EA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badania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polegające</w:t>
      </w:r>
      <w:r w:rsidR="005241A0" w:rsidRPr="008A6EA9">
        <w:rPr>
          <w:rFonts w:ascii="Arial" w:hAnsi="Arial" w:cs="Arial"/>
          <w:lang w:val="pl-PL"/>
        </w:rPr>
        <w:t xml:space="preserve"> na aktywnej interwencji w zachowanie </w:t>
      </w:r>
      <w:r w:rsidR="00C50F90" w:rsidRPr="008A6EA9">
        <w:rPr>
          <w:rFonts w:ascii="Arial" w:hAnsi="Arial" w:cs="Arial"/>
          <w:lang w:val="pl-PL"/>
        </w:rPr>
        <w:t>człowieka, zmierzają</w:t>
      </w:r>
      <w:r w:rsidR="005241A0" w:rsidRPr="008A6EA9">
        <w:rPr>
          <w:rFonts w:ascii="Arial" w:hAnsi="Arial" w:cs="Arial"/>
          <w:lang w:val="pl-PL"/>
        </w:rPr>
        <w:t xml:space="preserve">ce do zmiany tego zachowania, bez </w:t>
      </w:r>
      <w:r w:rsidR="00C50F90" w:rsidRPr="008A6EA9">
        <w:rPr>
          <w:rFonts w:ascii="Arial" w:hAnsi="Arial" w:cs="Arial"/>
          <w:lang w:val="pl-PL"/>
        </w:rPr>
        <w:t>bezpośredniej</w:t>
      </w:r>
      <w:r w:rsidR="005241A0" w:rsidRPr="008A6EA9">
        <w:rPr>
          <w:rFonts w:ascii="Arial" w:hAnsi="Arial" w:cs="Arial"/>
          <w:lang w:val="pl-PL"/>
        </w:rPr>
        <w:t xml:space="preserve"> ingerencji w </w:t>
      </w:r>
      <w:r w:rsidR="00C50F90" w:rsidRPr="008A6EA9">
        <w:rPr>
          <w:rFonts w:ascii="Arial" w:hAnsi="Arial" w:cs="Arial"/>
          <w:lang w:val="pl-PL"/>
        </w:rPr>
        <w:t>działanie mó</w:t>
      </w:r>
      <w:r w:rsidR="005241A0" w:rsidRPr="008A6EA9">
        <w:rPr>
          <w:rFonts w:ascii="Arial" w:hAnsi="Arial" w:cs="Arial"/>
          <w:lang w:val="pl-PL"/>
        </w:rPr>
        <w:t>zgu np. treningi poznawcze, psychoterapia, ps</w:t>
      </w:r>
      <w:r w:rsidR="00C50F90" w:rsidRPr="008A6EA9">
        <w:rPr>
          <w:rFonts w:ascii="Arial" w:hAnsi="Arial" w:cs="Arial"/>
          <w:lang w:val="pl-PL"/>
        </w:rPr>
        <w:t>ychokorekcja itp. (dotyczy to również</w:t>
      </w:r>
      <w:r w:rsidR="005241A0" w:rsidRPr="008A6EA9">
        <w:rPr>
          <w:rFonts w:ascii="Arial" w:hAnsi="Arial" w:cs="Arial"/>
          <w:lang w:val="pl-PL"/>
        </w:rPr>
        <w:t xml:space="preserve"> sytuacji, gdy zamierzona interwencja ma </w:t>
      </w:r>
      <w:r w:rsidR="00C50F90" w:rsidRPr="008A6EA9">
        <w:rPr>
          <w:rFonts w:ascii="Arial" w:hAnsi="Arial" w:cs="Arial"/>
          <w:lang w:val="pl-PL"/>
        </w:rPr>
        <w:t>przynieść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korzyść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badanemu</w:t>
      </w:r>
      <w:r w:rsidR="005241A0" w:rsidRPr="008A6EA9">
        <w:rPr>
          <w:rFonts w:ascii="Arial" w:hAnsi="Arial" w:cs="Arial"/>
          <w:lang w:val="pl-PL"/>
        </w:rPr>
        <w:t xml:space="preserve"> np. </w:t>
      </w:r>
      <w:r w:rsidR="00C50F90" w:rsidRPr="008A6EA9">
        <w:rPr>
          <w:rFonts w:ascii="Arial" w:hAnsi="Arial" w:cs="Arial"/>
          <w:lang w:val="pl-PL"/>
        </w:rPr>
        <w:t>usprawnić</w:t>
      </w:r>
      <w:r w:rsidR="005241A0" w:rsidRPr="008A6EA9">
        <w:rPr>
          <w:rFonts w:ascii="Arial" w:hAnsi="Arial" w:cs="Arial"/>
          <w:lang w:val="pl-PL"/>
        </w:rPr>
        <w:t xml:space="preserve"> jego</w:t>
      </w:r>
      <w:r w:rsidR="00C50F90" w:rsidRPr="008A6EA9">
        <w:rPr>
          <w:rFonts w:ascii="Arial" w:hAnsi="Arial" w:cs="Arial"/>
          <w:lang w:val="pl-PL"/>
        </w:rPr>
        <w:t xml:space="preserve"> pamięć)</w:t>
      </w:r>
      <w:r w:rsidR="002B1F10" w:rsidRPr="008A6EA9">
        <w:rPr>
          <w:rFonts w:ascii="Arial" w:hAnsi="Arial" w:cs="Arial"/>
          <w:lang w:val="pl-PL"/>
        </w:rPr>
        <w:t>;</w:t>
      </w:r>
    </w:p>
    <w:p w14:paraId="2AE42567" w14:textId="77777777" w:rsidR="00C50F90" w:rsidRPr="008A6EA9" w:rsidRDefault="00A97BBF" w:rsidP="008A6EA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lastRenderedPageBreak/>
        <w:t>badania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dotyc</w:t>
      </w:r>
      <w:r w:rsidR="0059506F" w:rsidRPr="008A6EA9">
        <w:rPr>
          <w:rFonts w:ascii="Arial" w:hAnsi="Arial" w:cs="Arial"/>
          <w:lang w:val="pl-PL"/>
        </w:rPr>
        <w:t>z</w:t>
      </w:r>
      <w:r w:rsidR="00C50F90" w:rsidRPr="008A6EA9">
        <w:rPr>
          <w:rFonts w:ascii="Arial" w:hAnsi="Arial" w:cs="Arial"/>
          <w:lang w:val="pl-PL"/>
        </w:rPr>
        <w:t>ące</w:t>
      </w:r>
      <w:r w:rsidR="005241A0" w:rsidRPr="008A6EA9">
        <w:rPr>
          <w:rFonts w:ascii="Arial" w:hAnsi="Arial" w:cs="Arial"/>
          <w:lang w:val="pl-PL"/>
        </w:rPr>
        <w:t xml:space="preserve"> kwestii kontrowersyjnych (np. aborcja, in vitro, kara </w:t>
      </w:r>
      <w:r w:rsidR="00C50F90" w:rsidRPr="008A6EA9">
        <w:rPr>
          <w:rFonts w:ascii="Arial" w:hAnsi="Arial" w:cs="Arial"/>
          <w:lang w:val="pl-PL"/>
        </w:rPr>
        <w:t>śmierci) albo wymagające zachowania szczegól</w:t>
      </w:r>
      <w:r w:rsidR="005241A0" w:rsidRPr="008A6EA9">
        <w:rPr>
          <w:rFonts w:ascii="Arial" w:hAnsi="Arial" w:cs="Arial"/>
          <w:lang w:val="pl-PL"/>
        </w:rPr>
        <w:t xml:space="preserve">nej </w:t>
      </w:r>
      <w:r w:rsidR="00C50F90" w:rsidRPr="008A6EA9">
        <w:rPr>
          <w:rFonts w:ascii="Arial" w:hAnsi="Arial" w:cs="Arial"/>
          <w:lang w:val="pl-PL"/>
        </w:rPr>
        <w:t>delikatności</w:t>
      </w:r>
      <w:r w:rsidR="005241A0" w:rsidRPr="008A6EA9">
        <w:rPr>
          <w:rFonts w:ascii="Arial" w:hAnsi="Arial" w:cs="Arial"/>
          <w:lang w:val="pl-PL"/>
        </w:rPr>
        <w:t xml:space="preserve"> i rozwagi (np. </w:t>
      </w:r>
      <w:r w:rsidR="00C50F90" w:rsidRPr="008A6EA9">
        <w:rPr>
          <w:rFonts w:ascii="Arial" w:hAnsi="Arial" w:cs="Arial"/>
          <w:lang w:val="pl-PL"/>
        </w:rPr>
        <w:t>przekonań</w:t>
      </w:r>
      <w:r w:rsidR="005241A0" w:rsidRPr="008A6EA9">
        <w:rPr>
          <w:rFonts w:ascii="Arial" w:hAnsi="Arial" w:cs="Arial"/>
          <w:lang w:val="pl-PL"/>
        </w:rPr>
        <w:t xml:space="preserve"> religi</w:t>
      </w:r>
      <w:r w:rsidR="00C50F90" w:rsidRPr="008A6EA9">
        <w:rPr>
          <w:rFonts w:ascii="Arial" w:hAnsi="Arial" w:cs="Arial"/>
          <w:lang w:val="pl-PL"/>
        </w:rPr>
        <w:t>jnych lub postaw wobec grup mniejszościowych</w:t>
      </w:r>
      <w:r w:rsidR="005241A0" w:rsidRPr="008A6EA9">
        <w:rPr>
          <w:rFonts w:ascii="Arial" w:hAnsi="Arial" w:cs="Arial"/>
          <w:lang w:val="pl-PL"/>
        </w:rPr>
        <w:t xml:space="preserve">); </w:t>
      </w:r>
    </w:p>
    <w:p w14:paraId="0D7BA1FC" w14:textId="77777777" w:rsidR="00C50F90" w:rsidRPr="008A6EA9" w:rsidRDefault="00A97BBF" w:rsidP="008A6EA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badania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długotrwale wyczerpują</w:t>
      </w:r>
      <w:r w:rsidR="005241A0" w:rsidRPr="008A6EA9">
        <w:rPr>
          <w:rFonts w:ascii="Arial" w:hAnsi="Arial" w:cs="Arial"/>
          <w:lang w:val="pl-PL"/>
        </w:rPr>
        <w:t xml:space="preserve">ce fizycznie lub psychicznie; </w:t>
      </w:r>
    </w:p>
    <w:p w14:paraId="5B01F18C" w14:textId="77777777" w:rsidR="00C50F90" w:rsidRPr="008A6EA9" w:rsidRDefault="00A97BBF" w:rsidP="008A6EA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badania</w:t>
      </w:r>
      <w:r w:rsidR="00C50F90" w:rsidRPr="008A6EA9">
        <w:rPr>
          <w:rFonts w:ascii="Arial" w:hAnsi="Arial" w:cs="Arial"/>
          <w:lang w:val="pl-PL"/>
        </w:rPr>
        <w:t xml:space="preserve"> wymagają</w:t>
      </w:r>
      <w:r w:rsidR="005241A0" w:rsidRPr="008A6EA9">
        <w:rPr>
          <w:rFonts w:ascii="Arial" w:hAnsi="Arial" w:cs="Arial"/>
          <w:lang w:val="pl-PL"/>
        </w:rPr>
        <w:t xml:space="preserve">ce naruszenia </w:t>
      </w:r>
      <w:r w:rsidR="00C50F90" w:rsidRPr="008A6EA9">
        <w:rPr>
          <w:rFonts w:ascii="Arial" w:hAnsi="Arial" w:cs="Arial"/>
          <w:lang w:val="pl-PL"/>
        </w:rPr>
        <w:t>ciągłości</w:t>
      </w:r>
      <w:r w:rsidR="005241A0" w:rsidRPr="008A6EA9">
        <w:rPr>
          <w:rFonts w:ascii="Arial" w:hAnsi="Arial" w:cs="Arial"/>
          <w:lang w:val="pl-PL"/>
        </w:rPr>
        <w:t xml:space="preserve"> tkanek; </w:t>
      </w:r>
    </w:p>
    <w:p w14:paraId="32EBED32" w14:textId="2B01D8D9" w:rsidR="003C2C2F" w:rsidRPr="00510B2B" w:rsidRDefault="00A97BBF" w:rsidP="008A6EA9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badania</w:t>
      </w:r>
      <w:r w:rsidR="00C50F90" w:rsidRPr="008A6EA9">
        <w:rPr>
          <w:rFonts w:ascii="Arial" w:hAnsi="Arial" w:cs="Arial"/>
          <w:lang w:val="pl-PL"/>
        </w:rPr>
        <w:t>, w któ</w:t>
      </w:r>
      <w:r w:rsidR="005241A0" w:rsidRPr="008A6EA9">
        <w:rPr>
          <w:rFonts w:ascii="Arial" w:hAnsi="Arial" w:cs="Arial"/>
          <w:lang w:val="pl-PL"/>
        </w:rPr>
        <w:t xml:space="preserve">rych stosowana jest interwencja medyczna. </w:t>
      </w:r>
    </w:p>
    <w:p w14:paraId="1FF75907" w14:textId="77777777" w:rsidR="003C2C2F" w:rsidRPr="008A6EA9" w:rsidRDefault="005241A0" w:rsidP="008A6EA9">
      <w:pPr>
        <w:pStyle w:val="Akapitzlist"/>
        <w:numPr>
          <w:ilvl w:val="0"/>
          <w:numId w:val="11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Opinia Komisji nie jest wymagana, </w:t>
      </w:r>
      <w:r w:rsidR="00C50F90" w:rsidRPr="008A6EA9">
        <w:rPr>
          <w:rFonts w:ascii="Arial" w:hAnsi="Arial" w:cs="Arial"/>
          <w:lang w:val="pl-PL"/>
        </w:rPr>
        <w:t>jeżeli</w:t>
      </w:r>
      <w:r w:rsidRPr="008A6EA9">
        <w:rPr>
          <w:rFonts w:ascii="Arial" w:hAnsi="Arial" w:cs="Arial"/>
          <w:lang w:val="pl-PL"/>
        </w:rPr>
        <w:t xml:space="preserve"> </w:t>
      </w:r>
      <w:r w:rsidR="00C50F90" w:rsidRPr="008A6EA9">
        <w:rPr>
          <w:rFonts w:ascii="Arial" w:hAnsi="Arial" w:cs="Arial"/>
          <w:lang w:val="pl-PL"/>
        </w:rPr>
        <w:t>na prowadzenie planowanych badań</w:t>
      </w:r>
      <w:r w:rsidRPr="008A6EA9">
        <w:rPr>
          <w:rFonts w:ascii="Arial" w:hAnsi="Arial" w:cs="Arial"/>
          <w:lang w:val="pl-PL"/>
        </w:rPr>
        <w:t xml:space="preserve"> wymagana jest przez przepisy prawa opinia lub zgoda innej komisji lub organu, </w:t>
      </w:r>
      <w:r w:rsidR="00C50F90" w:rsidRPr="008A6EA9">
        <w:rPr>
          <w:rFonts w:ascii="Arial" w:hAnsi="Arial" w:cs="Arial"/>
          <w:lang w:val="pl-PL"/>
        </w:rPr>
        <w:t>oceniających</w:t>
      </w:r>
      <w:r w:rsidRPr="008A6EA9">
        <w:rPr>
          <w:rFonts w:ascii="Arial" w:hAnsi="Arial" w:cs="Arial"/>
          <w:lang w:val="pl-PL"/>
        </w:rPr>
        <w:t xml:space="preserve"> aspekty etyczne planowanych </w:t>
      </w:r>
      <w:r w:rsidR="00745B36" w:rsidRPr="008A6EA9">
        <w:rPr>
          <w:rFonts w:ascii="Arial" w:hAnsi="Arial" w:cs="Arial"/>
          <w:lang w:val="pl-PL"/>
        </w:rPr>
        <w:t>badań</w:t>
      </w:r>
      <w:r w:rsidR="003C2C2F" w:rsidRPr="008A6EA9">
        <w:rPr>
          <w:rFonts w:ascii="Arial" w:hAnsi="Arial" w:cs="Arial"/>
          <w:lang w:val="pl-PL"/>
        </w:rPr>
        <w:t>.</w:t>
      </w:r>
    </w:p>
    <w:p w14:paraId="1A44A6A6" w14:textId="44E7BF1B" w:rsidR="003C2C2F" w:rsidRPr="00510B2B" w:rsidRDefault="005241A0" w:rsidP="00510B2B">
      <w:pPr>
        <w:pStyle w:val="Akapitzlist"/>
        <w:numPr>
          <w:ilvl w:val="0"/>
          <w:numId w:val="11"/>
        </w:numPr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Pozyskanie o</w:t>
      </w:r>
      <w:r w:rsidR="00C50F90" w:rsidRPr="008A6EA9">
        <w:rPr>
          <w:rFonts w:ascii="Arial" w:hAnsi="Arial" w:cs="Arial"/>
          <w:lang w:val="pl-PL"/>
        </w:rPr>
        <w:t>pinii Komisji nie uchyla obowiązku przestrzegania wymogów i warunków realizacji badań</w:t>
      </w:r>
      <w:r w:rsidRPr="008A6EA9">
        <w:rPr>
          <w:rFonts w:ascii="Arial" w:hAnsi="Arial" w:cs="Arial"/>
          <w:lang w:val="pl-PL"/>
        </w:rPr>
        <w:t xml:space="preserve"> naukowych </w:t>
      </w:r>
      <w:r w:rsidR="00C50F90" w:rsidRPr="008A6EA9">
        <w:rPr>
          <w:rFonts w:ascii="Arial" w:hAnsi="Arial" w:cs="Arial"/>
          <w:lang w:val="pl-PL"/>
        </w:rPr>
        <w:t>wynikających z przepisó</w:t>
      </w:r>
      <w:r w:rsidRPr="008A6EA9">
        <w:rPr>
          <w:rFonts w:ascii="Arial" w:hAnsi="Arial" w:cs="Arial"/>
          <w:lang w:val="pl-PL"/>
        </w:rPr>
        <w:t>w prawa oraz dobrych praktyk obowi</w:t>
      </w:r>
      <w:r w:rsidR="00745B36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>zuj</w:t>
      </w:r>
      <w:r w:rsidR="00745B36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cych w danej dziedzinie (dyscyplinie) naukowej. </w:t>
      </w:r>
    </w:p>
    <w:p w14:paraId="56B9F7CF" w14:textId="77777777" w:rsidR="00745B36" w:rsidRPr="008A6EA9" w:rsidRDefault="005241A0" w:rsidP="007A6754">
      <w:pPr>
        <w:spacing w:before="0"/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4.</w:t>
      </w:r>
    </w:p>
    <w:p w14:paraId="3764A14F" w14:textId="77777777" w:rsidR="004F4AED" w:rsidRPr="008A6EA9" w:rsidRDefault="005241A0" w:rsidP="007A6754">
      <w:pPr>
        <w:pStyle w:val="Akapitzlist"/>
        <w:numPr>
          <w:ilvl w:val="0"/>
          <w:numId w:val="16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Podstaw</w:t>
      </w:r>
      <w:r w:rsidR="00745B36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 </w:t>
      </w:r>
      <w:r w:rsidR="00745B36" w:rsidRPr="008A6EA9">
        <w:rPr>
          <w:rFonts w:ascii="Arial" w:hAnsi="Arial" w:cs="Arial"/>
          <w:lang w:val="pl-PL"/>
        </w:rPr>
        <w:t>działania</w:t>
      </w:r>
      <w:r w:rsidRPr="008A6EA9">
        <w:rPr>
          <w:rFonts w:ascii="Arial" w:hAnsi="Arial" w:cs="Arial"/>
          <w:lang w:val="pl-PL"/>
        </w:rPr>
        <w:t xml:space="preserve"> Komisji s</w:t>
      </w:r>
      <w:r w:rsidR="00745B36" w:rsidRPr="008A6EA9">
        <w:rPr>
          <w:rFonts w:ascii="Arial" w:hAnsi="Arial" w:cs="Arial"/>
          <w:lang w:val="pl-PL"/>
        </w:rPr>
        <w:t>ą</w:t>
      </w:r>
      <w:r w:rsidR="009A18A9" w:rsidRPr="008A6EA9">
        <w:rPr>
          <w:rFonts w:ascii="Arial" w:hAnsi="Arial" w:cs="Arial"/>
          <w:lang w:val="pl-PL"/>
        </w:rPr>
        <w:t xml:space="preserve"> w szczególności</w:t>
      </w:r>
      <w:r w:rsidRPr="008A6EA9">
        <w:rPr>
          <w:rFonts w:ascii="Arial" w:hAnsi="Arial" w:cs="Arial"/>
          <w:lang w:val="pl-PL"/>
        </w:rPr>
        <w:t xml:space="preserve">: Deklaracja </w:t>
      </w:r>
      <w:r w:rsidR="00745B36" w:rsidRPr="008A6EA9">
        <w:rPr>
          <w:rFonts w:ascii="Arial" w:hAnsi="Arial" w:cs="Arial"/>
          <w:lang w:val="pl-PL"/>
        </w:rPr>
        <w:t>Helsińska</w:t>
      </w:r>
      <w:r w:rsidRPr="008A6EA9">
        <w:rPr>
          <w:rFonts w:ascii="Arial" w:hAnsi="Arial" w:cs="Arial"/>
          <w:lang w:val="pl-PL"/>
        </w:rPr>
        <w:t xml:space="preserve">, Konwencja Rady Europy </w:t>
      </w:r>
      <w:r w:rsidR="00745B36" w:rsidRPr="008A6EA9">
        <w:rPr>
          <w:rFonts w:ascii="Arial" w:hAnsi="Arial" w:cs="Arial"/>
          <w:lang w:val="pl-PL"/>
        </w:rPr>
        <w:t>o</w:t>
      </w:r>
      <w:r w:rsidRPr="008A6EA9">
        <w:rPr>
          <w:rFonts w:ascii="Arial" w:hAnsi="Arial" w:cs="Arial"/>
          <w:lang w:val="pl-PL"/>
        </w:rPr>
        <w:t xml:space="preserve"> Prawach </w:t>
      </w:r>
      <w:r w:rsidR="00745B36" w:rsidRPr="008A6EA9">
        <w:rPr>
          <w:rFonts w:ascii="Arial" w:hAnsi="Arial" w:cs="Arial"/>
          <w:lang w:val="pl-PL"/>
        </w:rPr>
        <w:t>Człowieka</w:t>
      </w:r>
      <w:r w:rsidRPr="008A6EA9">
        <w:rPr>
          <w:rFonts w:ascii="Arial" w:hAnsi="Arial" w:cs="Arial"/>
          <w:lang w:val="pl-PL"/>
        </w:rPr>
        <w:t xml:space="preserve"> i Biomedycynie, Zasady Dobrej Praktyki Klinicznej, Kodeks Etyki Pracownika Naukow</w:t>
      </w:r>
      <w:r w:rsidR="004F4AED" w:rsidRPr="008A6EA9">
        <w:rPr>
          <w:rFonts w:ascii="Arial" w:hAnsi="Arial" w:cs="Arial"/>
          <w:lang w:val="pl-PL"/>
        </w:rPr>
        <w:t>ego oraz inne regulacje prawne.</w:t>
      </w:r>
    </w:p>
    <w:p w14:paraId="2A8D16C3" w14:textId="77777777" w:rsidR="004F4AED" w:rsidRPr="008A6EA9" w:rsidRDefault="005241A0" w:rsidP="008A6EA9">
      <w:pPr>
        <w:pStyle w:val="Akapitzlist"/>
        <w:numPr>
          <w:ilvl w:val="0"/>
          <w:numId w:val="16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Komisja opiniuje </w:t>
      </w:r>
      <w:r w:rsidR="00745B36" w:rsidRPr="008A6EA9">
        <w:rPr>
          <w:rFonts w:ascii="Arial" w:hAnsi="Arial" w:cs="Arial"/>
          <w:lang w:val="pl-PL"/>
        </w:rPr>
        <w:t>wyłącznie</w:t>
      </w:r>
      <w:r w:rsidRPr="008A6EA9">
        <w:rPr>
          <w:rFonts w:ascii="Arial" w:hAnsi="Arial" w:cs="Arial"/>
          <w:lang w:val="pl-PL"/>
        </w:rPr>
        <w:t xml:space="preserve"> projekty bada</w:t>
      </w:r>
      <w:r w:rsidR="00745B36" w:rsidRPr="008A6EA9">
        <w:rPr>
          <w:rFonts w:ascii="Arial" w:hAnsi="Arial" w:cs="Arial"/>
          <w:lang w:val="pl-PL"/>
        </w:rPr>
        <w:t>ń</w:t>
      </w:r>
      <w:r w:rsidRPr="008A6EA9">
        <w:rPr>
          <w:rFonts w:ascii="Arial" w:hAnsi="Arial" w:cs="Arial"/>
          <w:lang w:val="pl-PL"/>
        </w:rPr>
        <w:t xml:space="preserve"> naukowych z </w:t>
      </w:r>
      <w:r w:rsidR="00745B36" w:rsidRPr="008A6EA9">
        <w:rPr>
          <w:rFonts w:ascii="Arial" w:hAnsi="Arial" w:cs="Arial"/>
          <w:lang w:val="pl-PL"/>
        </w:rPr>
        <w:t>udziałem</w:t>
      </w:r>
      <w:r w:rsidRPr="008A6EA9">
        <w:rPr>
          <w:rFonts w:ascii="Arial" w:hAnsi="Arial" w:cs="Arial"/>
          <w:lang w:val="pl-PL"/>
        </w:rPr>
        <w:t xml:space="preserve"> ludzi, prowadzone w ramach prac realizowanych przez pracownik</w:t>
      </w:r>
      <w:r w:rsidR="00745B36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>w i student</w:t>
      </w:r>
      <w:r w:rsidR="00745B36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 xml:space="preserve">w Uczelni w zakresie </w:t>
      </w:r>
      <w:r w:rsidR="00745B36" w:rsidRPr="008A6EA9">
        <w:rPr>
          <w:rFonts w:ascii="Arial" w:hAnsi="Arial" w:cs="Arial"/>
          <w:lang w:val="pl-PL"/>
        </w:rPr>
        <w:t>zgodności</w:t>
      </w:r>
      <w:r w:rsidRPr="008A6EA9">
        <w:rPr>
          <w:rFonts w:ascii="Arial" w:hAnsi="Arial" w:cs="Arial"/>
          <w:lang w:val="pl-PL"/>
        </w:rPr>
        <w:t xml:space="preserve"> projektu badawczego z zasadami etyki oraz w zakresie respektowania praw i ochrony d</w:t>
      </w:r>
      <w:r w:rsidR="00745B36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>br osobistych uczestnik</w:t>
      </w:r>
      <w:r w:rsidR="00745B36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 xml:space="preserve">w </w:t>
      </w:r>
      <w:r w:rsidR="00745B36" w:rsidRPr="008A6EA9">
        <w:rPr>
          <w:rFonts w:ascii="Arial" w:hAnsi="Arial" w:cs="Arial"/>
          <w:lang w:val="pl-PL"/>
        </w:rPr>
        <w:t>badań</w:t>
      </w:r>
      <w:r w:rsidRPr="008A6EA9">
        <w:rPr>
          <w:rFonts w:ascii="Arial" w:hAnsi="Arial" w:cs="Arial"/>
          <w:lang w:val="pl-PL"/>
        </w:rPr>
        <w:t xml:space="preserve">. </w:t>
      </w:r>
    </w:p>
    <w:p w14:paraId="01AF0020" w14:textId="77777777" w:rsidR="00745B36" w:rsidRPr="008A6EA9" w:rsidRDefault="005241A0" w:rsidP="008A6EA9">
      <w:pPr>
        <w:pStyle w:val="Akapitzlist"/>
        <w:numPr>
          <w:ilvl w:val="0"/>
          <w:numId w:val="16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Komisja nie ocenia </w:t>
      </w:r>
      <w:r w:rsidR="00745B36" w:rsidRPr="008A6EA9">
        <w:rPr>
          <w:rFonts w:ascii="Arial" w:hAnsi="Arial" w:cs="Arial"/>
          <w:lang w:val="pl-PL"/>
        </w:rPr>
        <w:t>wartości</w:t>
      </w:r>
      <w:r w:rsidRPr="008A6EA9">
        <w:rPr>
          <w:rFonts w:ascii="Arial" w:hAnsi="Arial" w:cs="Arial"/>
          <w:lang w:val="pl-PL"/>
        </w:rPr>
        <w:t xml:space="preserve"> naukowej prowadzonych </w:t>
      </w:r>
      <w:r w:rsidR="00745B36" w:rsidRPr="008A6EA9">
        <w:rPr>
          <w:rFonts w:ascii="Arial" w:hAnsi="Arial" w:cs="Arial"/>
          <w:lang w:val="pl-PL"/>
        </w:rPr>
        <w:t>badań</w:t>
      </w:r>
      <w:r w:rsidRPr="008A6EA9">
        <w:rPr>
          <w:rFonts w:ascii="Arial" w:hAnsi="Arial" w:cs="Arial"/>
          <w:lang w:val="pl-PL"/>
        </w:rPr>
        <w:t>. Do zada</w:t>
      </w:r>
      <w:r w:rsidR="00745B36" w:rsidRPr="008A6EA9">
        <w:rPr>
          <w:rFonts w:ascii="Arial" w:hAnsi="Arial" w:cs="Arial"/>
          <w:lang w:val="pl-PL"/>
        </w:rPr>
        <w:t>ń</w:t>
      </w:r>
      <w:r w:rsidRPr="008A6EA9">
        <w:rPr>
          <w:rFonts w:ascii="Arial" w:hAnsi="Arial" w:cs="Arial"/>
          <w:lang w:val="pl-PL"/>
        </w:rPr>
        <w:t xml:space="preserve"> Komisji </w:t>
      </w:r>
      <w:r w:rsidR="00745B36" w:rsidRPr="008A6EA9">
        <w:rPr>
          <w:rFonts w:ascii="Arial" w:hAnsi="Arial" w:cs="Arial"/>
          <w:lang w:val="pl-PL"/>
        </w:rPr>
        <w:t>należy</w:t>
      </w:r>
      <w:r w:rsidRPr="008A6EA9">
        <w:rPr>
          <w:rFonts w:ascii="Arial" w:hAnsi="Arial" w:cs="Arial"/>
          <w:lang w:val="pl-PL"/>
        </w:rPr>
        <w:t xml:space="preserve">: </w:t>
      </w:r>
    </w:p>
    <w:p w14:paraId="31A47177" w14:textId="77777777" w:rsidR="00745B36" w:rsidRPr="008A6EA9" w:rsidRDefault="005241A0" w:rsidP="008A6EA9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prowadzenie ewidencji </w:t>
      </w:r>
      <w:r w:rsidR="00745B36" w:rsidRPr="008A6EA9">
        <w:rPr>
          <w:rFonts w:ascii="Arial" w:hAnsi="Arial" w:cs="Arial"/>
          <w:lang w:val="pl-PL"/>
        </w:rPr>
        <w:t>składanych</w:t>
      </w:r>
      <w:r w:rsidRPr="008A6EA9">
        <w:rPr>
          <w:rFonts w:ascii="Arial" w:hAnsi="Arial" w:cs="Arial"/>
          <w:lang w:val="pl-PL"/>
        </w:rPr>
        <w:t xml:space="preserve"> wniosk</w:t>
      </w:r>
      <w:r w:rsidR="00745B36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 xml:space="preserve">w, </w:t>
      </w:r>
    </w:p>
    <w:p w14:paraId="0CA1B1A9" w14:textId="77777777" w:rsidR="00745B36" w:rsidRPr="008A6EA9" w:rsidRDefault="005241A0" w:rsidP="008A6EA9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weryfikowanie wniosk</w:t>
      </w:r>
      <w:r w:rsidR="00745B36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 xml:space="preserve">w pod </w:t>
      </w:r>
      <w:r w:rsidR="00745B36" w:rsidRPr="008A6EA9">
        <w:rPr>
          <w:rFonts w:ascii="Arial" w:hAnsi="Arial" w:cs="Arial"/>
          <w:lang w:val="pl-PL"/>
        </w:rPr>
        <w:t>względem kompletności</w:t>
      </w:r>
      <w:r w:rsidRPr="008A6EA9">
        <w:rPr>
          <w:rFonts w:ascii="Arial" w:hAnsi="Arial" w:cs="Arial"/>
          <w:lang w:val="pl-PL"/>
        </w:rPr>
        <w:t xml:space="preserve"> </w:t>
      </w:r>
      <w:r w:rsidR="00745B36" w:rsidRPr="008A6EA9">
        <w:rPr>
          <w:rFonts w:ascii="Arial" w:hAnsi="Arial" w:cs="Arial"/>
          <w:lang w:val="pl-PL"/>
        </w:rPr>
        <w:t>złożonych</w:t>
      </w:r>
      <w:r w:rsidRPr="008A6EA9">
        <w:rPr>
          <w:rFonts w:ascii="Arial" w:hAnsi="Arial" w:cs="Arial"/>
          <w:lang w:val="pl-PL"/>
        </w:rPr>
        <w:t xml:space="preserve"> dokument</w:t>
      </w:r>
      <w:r w:rsidR="00745B36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 xml:space="preserve">w, </w:t>
      </w:r>
    </w:p>
    <w:p w14:paraId="32295931" w14:textId="77777777" w:rsidR="00745B36" w:rsidRPr="008A6EA9" w:rsidRDefault="00745B36" w:rsidP="008A6EA9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wyrażanie</w:t>
      </w:r>
      <w:r w:rsidR="005241A0" w:rsidRPr="008A6EA9">
        <w:rPr>
          <w:rFonts w:ascii="Arial" w:hAnsi="Arial" w:cs="Arial"/>
          <w:lang w:val="pl-PL"/>
        </w:rPr>
        <w:t xml:space="preserve"> pisemnej opinii w zakresie </w:t>
      </w:r>
      <w:r w:rsidRPr="008A6EA9">
        <w:rPr>
          <w:rFonts w:ascii="Arial" w:hAnsi="Arial" w:cs="Arial"/>
          <w:lang w:val="pl-PL"/>
        </w:rPr>
        <w:t>zgodności</w:t>
      </w:r>
      <w:r w:rsidR="005241A0" w:rsidRPr="008A6EA9">
        <w:rPr>
          <w:rFonts w:ascii="Arial" w:hAnsi="Arial" w:cs="Arial"/>
          <w:lang w:val="pl-PL"/>
        </w:rPr>
        <w:t xml:space="preserve"> projektu z zasadami etyki </w:t>
      </w:r>
      <w:r w:rsidRPr="008A6EA9">
        <w:rPr>
          <w:rFonts w:ascii="Arial" w:hAnsi="Arial" w:cs="Arial"/>
          <w:lang w:val="pl-PL"/>
        </w:rPr>
        <w:t>badań</w:t>
      </w:r>
      <w:r w:rsidR="005241A0" w:rsidRPr="008A6EA9">
        <w:rPr>
          <w:rFonts w:ascii="Arial" w:hAnsi="Arial" w:cs="Arial"/>
          <w:lang w:val="pl-PL"/>
        </w:rPr>
        <w:t xml:space="preserve"> naukowych, </w:t>
      </w:r>
    </w:p>
    <w:p w14:paraId="3F1B6833" w14:textId="344EEB8A" w:rsidR="004F4AED" w:rsidRPr="00510B2B" w:rsidRDefault="005241A0" w:rsidP="00510B2B">
      <w:pPr>
        <w:pStyle w:val="Akapitzlist"/>
        <w:numPr>
          <w:ilvl w:val="0"/>
          <w:numId w:val="17"/>
        </w:numPr>
        <w:ind w:left="924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podejmowanie uchwa</w:t>
      </w:r>
      <w:r w:rsidR="00745B36" w:rsidRPr="008A6EA9">
        <w:rPr>
          <w:rFonts w:ascii="Arial" w:hAnsi="Arial" w:cs="Arial"/>
          <w:lang w:val="pl-PL"/>
        </w:rPr>
        <w:t>ł</w:t>
      </w:r>
      <w:r w:rsidRPr="008A6EA9">
        <w:rPr>
          <w:rFonts w:ascii="Arial" w:hAnsi="Arial" w:cs="Arial"/>
          <w:lang w:val="pl-PL"/>
        </w:rPr>
        <w:t xml:space="preserve"> </w:t>
      </w:r>
      <w:r w:rsidR="00745B36" w:rsidRPr="008A6EA9">
        <w:rPr>
          <w:rFonts w:ascii="Arial" w:hAnsi="Arial" w:cs="Arial"/>
          <w:lang w:val="pl-PL"/>
        </w:rPr>
        <w:t>o</w:t>
      </w:r>
      <w:r w:rsidRPr="008A6EA9">
        <w:rPr>
          <w:rFonts w:ascii="Arial" w:hAnsi="Arial" w:cs="Arial"/>
          <w:lang w:val="pl-PL"/>
        </w:rPr>
        <w:t xml:space="preserve"> dopuszczeniu lub odmowie realizacji bada</w:t>
      </w:r>
      <w:r w:rsidR="00745B36" w:rsidRPr="008A6EA9">
        <w:rPr>
          <w:rFonts w:ascii="Arial" w:hAnsi="Arial" w:cs="Arial"/>
          <w:lang w:val="pl-PL"/>
        </w:rPr>
        <w:t>ń</w:t>
      </w:r>
      <w:r w:rsidRPr="008A6EA9">
        <w:rPr>
          <w:rFonts w:ascii="Arial" w:hAnsi="Arial" w:cs="Arial"/>
          <w:lang w:val="pl-PL"/>
        </w:rPr>
        <w:t xml:space="preserve"> naukowych.</w:t>
      </w:r>
    </w:p>
    <w:p w14:paraId="1979555B" w14:textId="77777777" w:rsidR="00745B36" w:rsidRPr="008A6EA9" w:rsidRDefault="005241A0" w:rsidP="008A6EA9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5.</w:t>
      </w:r>
    </w:p>
    <w:p w14:paraId="5ECC3BF4" w14:textId="77777777" w:rsidR="00E452B9" w:rsidRPr="008A6EA9" w:rsidRDefault="005241A0" w:rsidP="007A6754">
      <w:pPr>
        <w:pStyle w:val="Akapitzlist"/>
        <w:numPr>
          <w:ilvl w:val="0"/>
          <w:numId w:val="19"/>
        </w:numPr>
        <w:spacing w:before="0"/>
        <w:ind w:left="425" w:hanging="357"/>
        <w:contextualSpacing w:val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Komisja realizuje swoje zadania w spos</w:t>
      </w:r>
      <w:r w:rsidR="00C11070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 xml:space="preserve">b bezstronny </w:t>
      </w:r>
      <w:r w:rsidR="00C11070" w:rsidRPr="008A6EA9">
        <w:rPr>
          <w:rFonts w:ascii="Arial" w:hAnsi="Arial" w:cs="Arial"/>
          <w:lang w:val="pl-PL"/>
        </w:rPr>
        <w:t xml:space="preserve">i </w:t>
      </w:r>
      <w:r w:rsidRPr="008A6EA9">
        <w:rPr>
          <w:rFonts w:ascii="Arial" w:hAnsi="Arial" w:cs="Arial"/>
          <w:lang w:val="pl-PL"/>
        </w:rPr>
        <w:t xml:space="preserve">wolny od wszelkich </w:t>
      </w:r>
      <w:r w:rsidR="00C11070" w:rsidRPr="008A6EA9">
        <w:rPr>
          <w:rFonts w:ascii="Arial" w:hAnsi="Arial" w:cs="Arial"/>
          <w:lang w:val="pl-PL"/>
        </w:rPr>
        <w:t>wpływów</w:t>
      </w:r>
      <w:r w:rsidRPr="008A6EA9">
        <w:rPr>
          <w:rFonts w:ascii="Arial" w:hAnsi="Arial" w:cs="Arial"/>
          <w:lang w:val="pl-PL"/>
        </w:rPr>
        <w:t>, kt</w:t>
      </w:r>
      <w:r w:rsidR="00C11070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 xml:space="preserve">re </w:t>
      </w:r>
      <w:r w:rsidR="00C11070" w:rsidRPr="008A6EA9">
        <w:rPr>
          <w:rFonts w:ascii="Arial" w:hAnsi="Arial" w:cs="Arial"/>
          <w:lang w:val="pl-PL"/>
        </w:rPr>
        <w:t>mogłyby</w:t>
      </w:r>
      <w:r w:rsidRPr="008A6EA9">
        <w:rPr>
          <w:rFonts w:ascii="Arial" w:hAnsi="Arial" w:cs="Arial"/>
          <w:lang w:val="pl-PL"/>
        </w:rPr>
        <w:t xml:space="preserve"> </w:t>
      </w:r>
      <w:r w:rsidR="00C11070" w:rsidRPr="008A6EA9">
        <w:rPr>
          <w:rFonts w:ascii="Arial" w:hAnsi="Arial" w:cs="Arial"/>
          <w:lang w:val="pl-PL"/>
        </w:rPr>
        <w:t>zaważyć na obiektywizmie opinii</w:t>
      </w:r>
      <w:r w:rsidRPr="008A6EA9">
        <w:rPr>
          <w:rFonts w:ascii="Arial" w:hAnsi="Arial" w:cs="Arial"/>
          <w:lang w:val="pl-PL"/>
        </w:rPr>
        <w:t xml:space="preserve">. </w:t>
      </w:r>
    </w:p>
    <w:p w14:paraId="5C24ECCF" w14:textId="77777777" w:rsidR="00E452B9" w:rsidRPr="008A6EA9" w:rsidRDefault="00C11070" w:rsidP="008A6EA9">
      <w:pPr>
        <w:pStyle w:val="Akapitzlist"/>
        <w:numPr>
          <w:ilvl w:val="0"/>
          <w:numId w:val="19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Członek</w:t>
      </w:r>
      <w:r w:rsidR="005241A0" w:rsidRPr="008A6EA9">
        <w:rPr>
          <w:rFonts w:ascii="Arial" w:hAnsi="Arial" w:cs="Arial"/>
          <w:lang w:val="pl-PL"/>
        </w:rPr>
        <w:t xml:space="preserve"> Komisji powinien dobrowolnie zaniech</w:t>
      </w:r>
      <w:r w:rsidRPr="008A6EA9">
        <w:rPr>
          <w:rFonts w:ascii="Arial" w:hAnsi="Arial" w:cs="Arial"/>
          <w:lang w:val="pl-PL"/>
        </w:rPr>
        <w:t>ać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udziału oraz wyłą</w:t>
      </w:r>
      <w:r w:rsidR="005241A0" w:rsidRPr="008A6EA9">
        <w:rPr>
          <w:rFonts w:ascii="Arial" w:hAnsi="Arial" w:cs="Arial"/>
          <w:lang w:val="pl-PL"/>
        </w:rPr>
        <w:t>czy</w:t>
      </w:r>
      <w:r w:rsidRPr="008A6EA9">
        <w:rPr>
          <w:rFonts w:ascii="Arial" w:hAnsi="Arial" w:cs="Arial"/>
          <w:lang w:val="pl-PL"/>
        </w:rPr>
        <w:t>ć się</w:t>
      </w:r>
      <w:r w:rsidR="005241A0" w:rsidRPr="008A6EA9">
        <w:rPr>
          <w:rFonts w:ascii="Arial" w:hAnsi="Arial" w:cs="Arial"/>
          <w:lang w:val="pl-PL"/>
        </w:rPr>
        <w:t xml:space="preserve"> z podejmowania decyzji w sprawie wniosku, w </w:t>
      </w:r>
      <w:r w:rsidRPr="008A6EA9">
        <w:rPr>
          <w:rFonts w:ascii="Arial" w:hAnsi="Arial" w:cs="Arial"/>
          <w:lang w:val="pl-PL"/>
        </w:rPr>
        <w:t>którego</w:t>
      </w:r>
      <w:r w:rsidR="005241A0" w:rsidRPr="008A6EA9">
        <w:rPr>
          <w:rFonts w:ascii="Arial" w:hAnsi="Arial" w:cs="Arial"/>
          <w:lang w:val="pl-PL"/>
        </w:rPr>
        <w:t xml:space="preserve"> przygotowanie i </w:t>
      </w:r>
      <w:r w:rsidR="000F7328" w:rsidRPr="008A6EA9">
        <w:rPr>
          <w:rFonts w:ascii="Arial" w:hAnsi="Arial" w:cs="Arial"/>
          <w:lang w:val="pl-PL"/>
        </w:rPr>
        <w:t xml:space="preserve">realizację </w:t>
      </w:r>
      <w:r w:rsidR="005241A0" w:rsidRPr="008A6EA9">
        <w:rPr>
          <w:rFonts w:ascii="Arial" w:hAnsi="Arial" w:cs="Arial"/>
          <w:lang w:val="pl-PL"/>
        </w:rPr>
        <w:t xml:space="preserve">jest </w:t>
      </w:r>
      <w:r w:rsidRPr="008A6EA9">
        <w:rPr>
          <w:rFonts w:ascii="Arial" w:hAnsi="Arial" w:cs="Arial"/>
          <w:lang w:val="pl-PL"/>
        </w:rPr>
        <w:t>zaangażowany</w:t>
      </w:r>
      <w:r w:rsidR="005241A0" w:rsidRPr="008A6EA9">
        <w:rPr>
          <w:rFonts w:ascii="Arial" w:hAnsi="Arial" w:cs="Arial"/>
          <w:lang w:val="pl-PL"/>
        </w:rPr>
        <w:t xml:space="preserve">. </w:t>
      </w:r>
    </w:p>
    <w:p w14:paraId="300ED53E" w14:textId="188CF8FA" w:rsidR="00E452B9" w:rsidRPr="00510B2B" w:rsidRDefault="00C11070" w:rsidP="008A6EA9">
      <w:pPr>
        <w:pStyle w:val="Akapitzlist"/>
        <w:numPr>
          <w:ilvl w:val="0"/>
          <w:numId w:val="19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Przewodniczący Komisji powinien być</w:t>
      </w:r>
      <w:r w:rsidR="005241A0" w:rsidRPr="008A6EA9">
        <w:rPr>
          <w:rFonts w:ascii="Arial" w:hAnsi="Arial" w:cs="Arial"/>
          <w:lang w:val="pl-PL"/>
        </w:rPr>
        <w:t xml:space="preserve"> poinformowany </w:t>
      </w:r>
      <w:r w:rsidRPr="008A6EA9">
        <w:rPr>
          <w:rFonts w:ascii="Arial" w:hAnsi="Arial" w:cs="Arial"/>
          <w:lang w:val="pl-PL"/>
        </w:rPr>
        <w:t>o</w:t>
      </w:r>
      <w:r w:rsidR="005241A0" w:rsidRPr="008A6EA9">
        <w:rPr>
          <w:rFonts w:ascii="Arial" w:hAnsi="Arial" w:cs="Arial"/>
          <w:lang w:val="pl-PL"/>
        </w:rPr>
        <w:t xml:space="preserve"> konflikcie </w:t>
      </w:r>
      <w:r w:rsidRPr="008A6EA9">
        <w:rPr>
          <w:rFonts w:ascii="Arial" w:hAnsi="Arial" w:cs="Arial"/>
          <w:lang w:val="pl-PL"/>
        </w:rPr>
        <w:t>interesów</w:t>
      </w:r>
      <w:r w:rsidR="005241A0" w:rsidRPr="008A6EA9">
        <w:rPr>
          <w:rFonts w:ascii="Arial" w:hAnsi="Arial" w:cs="Arial"/>
          <w:lang w:val="pl-PL"/>
        </w:rPr>
        <w:t xml:space="preserve"> przed </w:t>
      </w:r>
      <w:r w:rsidRPr="008A6EA9">
        <w:rPr>
          <w:rFonts w:ascii="Arial" w:hAnsi="Arial" w:cs="Arial"/>
          <w:lang w:val="pl-PL"/>
        </w:rPr>
        <w:t xml:space="preserve">rozpoczęciem </w:t>
      </w:r>
      <w:r w:rsidR="005241A0" w:rsidRPr="008A6EA9">
        <w:rPr>
          <w:rFonts w:ascii="Arial" w:hAnsi="Arial" w:cs="Arial"/>
          <w:lang w:val="pl-PL"/>
        </w:rPr>
        <w:t xml:space="preserve">oceny projektu badawczego. </w:t>
      </w:r>
    </w:p>
    <w:p w14:paraId="50E36651" w14:textId="7338478A" w:rsidR="00E452B9" w:rsidRPr="00FD753F" w:rsidRDefault="005241A0" w:rsidP="00A765AF">
      <w:pPr>
        <w:pStyle w:val="Nagwek2"/>
        <w:rPr>
          <w:rFonts w:ascii="Arial" w:hAnsi="Arial" w:cs="Arial"/>
          <w:sz w:val="18"/>
          <w:szCs w:val="18"/>
          <w:lang w:val="pl-PL"/>
        </w:rPr>
      </w:pPr>
      <w:r w:rsidRPr="00FD753F">
        <w:rPr>
          <w:rFonts w:ascii="Arial" w:hAnsi="Arial" w:cs="Arial"/>
          <w:sz w:val="18"/>
          <w:szCs w:val="18"/>
          <w:lang w:val="pl-PL"/>
        </w:rPr>
        <w:t>II. SK</w:t>
      </w:r>
      <w:r w:rsidR="00C11070" w:rsidRPr="00FD753F">
        <w:rPr>
          <w:rFonts w:ascii="Arial" w:hAnsi="Arial" w:cs="Arial"/>
          <w:sz w:val="18"/>
          <w:szCs w:val="18"/>
          <w:lang w:val="pl-PL"/>
        </w:rPr>
        <w:t>Ł</w:t>
      </w:r>
      <w:r w:rsidRPr="00FD753F">
        <w:rPr>
          <w:rFonts w:ascii="Arial" w:hAnsi="Arial" w:cs="Arial"/>
          <w:sz w:val="18"/>
          <w:szCs w:val="18"/>
          <w:lang w:val="pl-PL"/>
        </w:rPr>
        <w:t>AD KOMISJI I TRYB DZIA</w:t>
      </w:r>
      <w:r w:rsidR="00C11070" w:rsidRPr="00FD753F">
        <w:rPr>
          <w:rFonts w:ascii="Arial" w:hAnsi="Arial" w:cs="Arial"/>
          <w:sz w:val="18"/>
          <w:szCs w:val="18"/>
          <w:lang w:val="pl-PL"/>
        </w:rPr>
        <w:t>Ł</w:t>
      </w:r>
      <w:r w:rsidRPr="00FD753F">
        <w:rPr>
          <w:rFonts w:ascii="Arial" w:hAnsi="Arial" w:cs="Arial"/>
          <w:sz w:val="18"/>
          <w:szCs w:val="18"/>
          <w:lang w:val="pl-PL"/>
        </w:rPr>
        <w:t>ANIA KOMISJI</w:t>
      </w:r>
    </w:p>
    <w:p w14:paraId="3ED90DBD" w14:textId="77777777" w:rsidR="00C11070" w:rsidRPr="008A6EA9" w:rsidRDefault="005241A0" w:rsidP="008A6EA9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6.</w:t>
      </w:r>
    </w:p>
    <w:p w14:paraId="27F0DD1C" w14:textId="77777777" w:rsidR="00A21ED1" w:rsidRPr="008A6EA9" w:rsidRDefault="005241A0" w:rsidP="007A6754">
      <w:pPr>
        <w:pStyle w:val="Akapitzlist"/>
        <w:numPr>
          <w:ilvl w:val="0"/>
          <w:numId w:val="20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Komisja ds. </w:t>
      </w:r>
      <w:r w:rsidR="009F3F8E" w:rsidRPr="008A6EA9">
        <w:rPr>
          <w:rFonts w:ascii="Arial" w:hAnsi="Arial" w:cs="Arial"/>
          <w:lang w:val="pl-PL"/>
        </w:rPr>
        <w:t>e</w:t>
      </w:r>
      <w:r w:rsidRPr="008A6EA9">
        <w:rPr>
          <w:rFonts w:ascii="Arial" w:hAnsi="Arial" w:cs="Arial"/>
          <w:lang w:val="pl-PL"/>
        </w:rPr>
        <w:t xml:space="preserve">tyki </w:t>
      </w:r>
      <w:r w:rsidR="009F3F8E" w:rsidRPr="008A6EA9">
        <w:rPr>
          <w:rFonts w:ascii="Arial" w:hAnsi="Arial" w:cs="Arial"/>
          <w:lang w:val="pl-PL"/>
        </w:rPr>
        <w:t>b</w:t>
      </w:r>
      <w:r w:rsidR="00745B36" w:rsidRPr="008A6EA9">
        <w:rPr>
          <w:rFonts w:ascii="Arial" w:hAnsi="Arial" w:cs="Arial"/>
          <w:lang w:val="pl-PL"/>
        </w:rPr>
        <w:t>adań</w:t>
      </w:r>
      <w:r w:rsidRPr="008A6EA9">
        <w:rPr>
          <w:rFonts w:ascii="Arial" w:hAnsi="Arial" w:cs="Arial"/>
          <w:lang w:val="pl-PL"/>
        </w:rPr>
        <w:t xml:space="preserve"> </w:t>
      </w:r>
      <w:r w:rsidR="009F3F8E" w:rsidRPr="008A6EA9">
        <w:rPr>
          <w:rFonts w:ascii="Arial" w:hAnsi="Arial" w:cs="Arial"/>
          <w:lang w:val="pl-PL"/>
        </w:rPr>
        <w:t>n</w:t>
      </w:r>
      <w:r w:rsidRPr="008A6EA9">
        <w:rPr>
          <w:rFonts w:ascii="Arial" w:hAnsi="Arial" w:cs="Arial"/>
          <w:lang w:val="pl-PL"/>
        </w:rPr>
        <w:t xml:space="preserve">aukowych </w:t>
      </w:r>
      <w:r w:rsidR="00C11070" w:rsidRPr="008A6EA9">
        <w:rPr>
          <w:rFonts w:ascii="Arial" w:hAnsi="Arial" w:cs="Arial"/>
          <w:lang w:val="pl-PL"/>
        </w:rPr>
        <w:t>działa</w:t>
      </w:r>
      <w:r w:rsidRPr="008A6EA9">
        <w:rPr>
          <w:rFonts w:ascii="Arial" w:hAnsi="Arial" w:cs="Arial"/>
          <w:lang w:val="pl-PL"/>
        </w:rPr>
        <w:t xml:space="preserve"> w </w:t>
      </w:r>
      <w:r w:rsidR="00C11070" w:rsidRPr="008A6EA9">
        <w:rPr>
          <w:rFonts w:ascii="Arial" w:hAnsi="Arial" w:cs="Arial"/>
          <w:lang w:val="pl-PL"/>
        </w:rPr>
        <w:t>składzie</w:t>
      </w:r>
      <w:r w:rsidRPr="008A6EA9">
        <w:rPr>
          <w:rFonts w:ascii="Arial" w:hAnsi="Arial" w:cs="Arial"/>
          <w:lang w:val="pl-PL"/>
        </w:rPr>
        <w:t xml:space="preserve">: </w:t>
      </w:r>
    </w:p>
    <w:p w14:paraId="5E5F3FA8" w14:textId="77777777" w:rsidR="008C2566" w:rsidRPr="008A6EA9" w:rsidRDefault="008C2566" w:rsidP="008A6EA9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Przewodniczący Komisji </w:t>
      </w:r>
      <w:r w:rsidR="005F4C03" w:rsidRPr="008A6EA9">
        <w:rPr>
          <w:rFonts w:ascii="Arial" w:hAnsi="Arial" w:cs="Arial"/>
          <w:lang w:val="pl-PL"/>
        </w:rPr>
        <w:t>–</w:t>
      </w:r>
      <w:r w:rsidRPr="008A6EA9">
        <w:rPr>
          <w:rFonts w:ascii="Arial" w:hAnsi="Arial" w:cs="Arial"/>
          <w:lang w:val="pl-PL"/>
        </w:rPr>
        <w:t xml:space="preserve"> Prorektor</w:t>
      </w:r>
      <w:r w:rsidR="005F4C03" w:rsidRPr="008A6EA9">
        <w:rPr>
          <w:rFonts w:ascii="Arial" w:hAnsi="Arial" w:cs="Arial"/>
          <w:lang w:val="pl-PL"/>
        </w:rPr>
        <w:t xml:space="preserve"> ds. Nauki i Współpracy z Z</w:t>
      </w:r>
      <w:r w:rsidRPr="008A6EA9">
        <w:rPr>
          <w:rFonts w:ascii="Arial" w:hAnsi="Arial" w:cs="Arial"/>
          <w:lang w:val="pl-PL"/>
        </w:rPr>
        <w:t xml:space="preserve">agranicą, </w:t>
      </w:r>
    </w:p>
    <w:p w14:paraId="0719EAA0" w14:textId="77777777" w:rsidR="008C2566" w:rsidRPr="008A6EA9" w:rsidRDefault="009F3F8E" w:rsidP="008A6EA9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d</w:t>
      </w:r>
      <w:r w:rsidR="008C2566" w:rsidRPr="008A6EA9">
        <w:rPr>
          <w:rFonts w:ascii="Arial" w:hAnsi="Arial" w:cs="Arial"/>
          <w:lang w:val="pl-PL"/>
        </w:rPr>
        <w:t xml:space="preserve">ziekani </w:t>
      </w:r>
      <w:r w:rsidRPr="008A6EA9">
        <w:rPr>
          <w:rFonts w:ascii="Arial" w:hAnsi="Arial" w:cs="Arial"/>
          <w:lang w:val="pl-PL"/>
        </w:rPr>
        <w:t>oraz dyrektor filii</w:t>
      </w:r>
      <w:r w:rsidR="008C2566" w:rsidRPr="008A6EA9">
        <w:rPr>
          <w:rFonts w:ascii="Arial" w:hAnsi="Arial" w:cs="Arial"/>
          <w:lang w:val="pl-PL"/>
        </w:rPr>
        <w:t xml:space="preserve">, </w:t>
      </w:r>
    </w:p>
    <w:p w14:paraId="084AA065" w14:textId="77777777" w:rsidR="008C2566" w:rsidRPr="008A6EA9" w:rsidRDefault="008C2566" w:rsidP="008A6EA9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Sekretarz Komisji </w:t>
      </w:r>
      <w:r w:rsidR="00EC2223" w:rsidRPr="008A6EA9">
        <w:rPr>
          <w:rFonts w:ascii="Arial" w:hAnsi="Arial" w:cs="Arial"/>
          <w:lang w:val="pl-PL"/>
        </w:rPr>
        <w:t xml:space="preserve">– </w:t>
      </w:r>
      <w:r w:rsidRPr="008A6EA9">
        <w:rPr>
          <w:rFonts w:ascii="Arial" w:hAnsi="Arial" w:cs="Arial"/>
          <w:lang w:val="pl-PL"/>
        </w:rPr>
        <w:t>pracownik</w:t>
      </w:r>
      <w:r w:rsidR="00EC2223" w:rsidRPr="008A6EA9">
        <w:rPr>
          <w:rFonts w:ascii="Arial" w:hAnsi="Arial" w:cs="Arial"/>
          <w:lang w:val="pl-PL"/>
        </w:rPr>
        <w:t xml:space="preserve"> </w:t>
      </w:r>
      <w:r w:rsidR="009F3F8E" w:rsidRPr="008A6EA9">
        <w:rPr>
          <w:rFonts w:ascii="Arial" w:hAnsi="Arial" w:cs="Arial"/>
          <w:lang w:val="pl-PL"/>
        </w:rPr>
        <w:t>Działu</w:t>
      </w:r>
      <w:r w:rsidRPr="008A6EA9">
        <w:rPr>
          <w:rFonts w:ascii="Arial" w:hAnsi="Arial" w:cs="Arial"/>
          <w:lang w:val="pl-PL"/>
        </w:rPr>
        <w:t xml:space="preserve"> Badań</w:t>
      </w:r>
      <w:r w:rsidR="009F3F8E" w:rsidRPr="008A6EA9">
        <w:rPr>
          <w:rFonts w:ascii="Arial" w:hAnsi="Arial" w:cs="Arial"/>
          <w:lang w:val="pl-PL"/>
        </w:rPr>
        <w:t>,</w:t>
      </w:r>
      <w:r w:rsidRPr="008A6EA9">
        <w:rPr>
          <w:rFonts w:ascii="Arial" w:hAnsi="Arial" w:cs="Arial"/>
          <w:lang w:val="pl-PL"/>
        </w:rPr>
        <w:t xml:space="preserve"> Projektów </w:t>
      </w:r>
      <w:r w:rsidR="009F3F8E" w:rsidRPr="008A6EA9">
        <w:rPr>
          <w:rFonts w:ascii="Arial" w:hAnsi="Arial" w:cs="Arial"/>
          <w:lang w:val="pl-PL"/>
        </w:rPr>
        <w:t xml:space="preserve">i Współpracy </w:t>
      </w:r>
      <w:r w:rsidR="00EC2223" w:rsidRPr="008A6EA9">
        <w:rPr>
          <w:rFonts w:ascii="Arial" w:hAnsi="Arial" w:cs="Arial"/>
          <w:lang w:val="pl-PL"/>
        </w:rPr>
        <w:t xml:space="preserve">– </w:t>
      </w:r>
      <w:r w:rsidR="000F653C" w:rsidRPr="008A6EA9">
        <w:rPr>
          <w:rFonts w:ascii="Arial" w:hAnsi="Arial" w:cs="Arial"/>
          <w:lang w:val="pl-PL"/>
        </w:rPr>
        <w:t>bez prawa do gł</w:t>
      </w:r>
      <w:r w:rsidRPr="008A6EA9">
        <w:rPr>
          <w:rFonts w:ascii="Arial" w:hAnsi="Arial" w:cs="Arial"/>
          <w:lang w:val="pl-PL"/>
        </w:rPr>
        <w:t xml:space="preserve">osowania. </w:t>
      </w:r>
    </w:p>
    <w:p w14:paraId="31F7F2DF" w14:textId="77777777" w:rsidR="008C2566" w:rsidRPr="008A6EA9" w:rsidRDefault="005241A0" w:rsidP="008A6EA9">
      <w:pPr>
        <w:pStyle w:val="Akapitzlist"/>
        <w:numPr>
          <w:ilvl w:val="0"/>
          <w:numId w:val="20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Komisja wybiera ze swojego </w:t>
      </w:r>
      <w:r w:rsidR="00EC135A" w:rsidRPr="008A6EA9">
        <w:rPr>
          <w:rFonts w:ascii="Arial" w:hAnsi="Arial" w:cs="Arial"/>
          <w:lang w:val="pl-PL"/>
        </w:rPr>
        <w:t>składu</w:t>
      </w:r>
      <w:r w:rsidRPr="008A6EA9">
        <w:rPr>
          <w:rFonts w:ascii="Arial" w:hAnsi="Arial" w:cs="Arial"/>
          <w:lang w:val="pl-PL"/>
        </w:rPr>
        <w:t xml:space="preserve"> </w:t>
      </w:r>
      <w:r w:rsidR="000F653C" w:rsidRPr="008A6EA9">
        <w:rPr>
          <w:rFonts w:ascii="Arial" w:hAnsi="Arial" w:cs="Arial"/>
          <w:lang w:val="pl-PL"/>
        </w:rPr>
        <w:t xml:space="preserve">Zastępcę </w:t>
      </w:r>
      <w:r w:rsidRPr="008A6EA9">
        <w:rPr>
          <w:rFonts w:ascii="Arial" w:hAnsi="Arial" w:cs="Arial"/>
          <w:lang w:val="pl-PL"/>
        </w:rPr>
        <w:t>Przewodnicz</w:t>
      </w:r>
      <w:r w:rsidR="00C1107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cego na pierwszym posiedzeniu Komisji. </w:t>
      </w:r>
    </w:p>
    <w:p w14:paraId="102D26FD" w14:textId="77777777" w:rsidR="008C2566" w:rsidRPr="008A6EA9" w:rsidRDefault="005241A0" w:rsidP="008A6EA9">
      <w:pPr>
        <w:pStyle w:val="Akapitzlist"/>
        <w:numPr>
          <w:ilvl w:val="0"/>
          <w:numId w:val="20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Pracami Komisji kieruje </w:t>
      </w:r>
      <w:r w:rsidR="00C11070" w:rsidRPr="008A6EA9">
        <w:rPr>
          <w:rFonts w:ascii="Arial" w:hAnsi="Arial" w:cs="Arial"/>
          <w:lang w:val="pl-PL"/>
        </w:rPr>
        <w:t>Przewodniczący</w:t>
      </w:r>
      <w:r w:rsidRPr="008A6EA9">
        <w:rPr>
          <w:rFonts w:ascii="Arial" w:hAnsi="Arial" w:cs="Arial"/>
          <w:lang w:val="pl-PL"/>
        </w:rPr>
        <w:t xml:space="preserve">, a w jego </w:t>
      </w:r>
      <w:r w:rsidR="00EC135A" w:rsidRPr="008A6EA9">
        <w:rPr>
          <w:rFonts w:ascii="Arial" w:hAnsi="Arial" w:cs="Arial"/>
          <w:lang w:val="pl-PL"/>
        </w:rPr>
        <w:t>zastępstwie Z</w:t>
      </w:r>
      <w:r w:rsidR="00C11070" w:rsidRPr="008A6EA9">
        <w:rPr>
          <w:rFonts w:ascii="Arial" w:hAnsi="Arial" w:cs="Arial"/>
          <w:lang w:val="pl-PL"/>
        </w:rPr>
        <w:t xml:space="preserve">astępca </w:t>
      </w:r>
      <w:r w:rsidRPr="008A6EA9">
        <w:rPr>
          <w:rFonts w:ascii="Arial" w:hAnsi="Arial" w:cs="Arial"/>
          <w:lang w:val="pl-PL"/>
        </w:rPr>
        <w:t>Przewodnicz</w:t>
      </w:r>
      <w:r w:rsidR="00C1107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cego. </w:t>
      </w:r>
    </w:p>
    <w:p w14:paraId="2F3D6073" w14:textId="77777777" w:rsidR="008C2566" w:rsidRPr="008A6EA9" w:rsidRDefault="005241A0" w:rsidP="008A6EA9">
      <w:pPr>
        <w:pStyle w:val="Akapitzlist"/>
        <w:numPr>
          <w:ilvl w:val="0"/>
          <w:numId w:val="20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Komisja podejmuje </w:t>
      </w:r>
      <w:r w:rsidR="00C11070" w:rsidRPr="008A6EA9">
        <w:rPr>
          <w:rFonts w:ascii="Arial" w:hAnsi="Arial" w:cs="Arial"/>
          <w:lang w:val="pl-PL"/>
        </w:rPr>
        <w:t>uchwały</w:t>
      </w:r>
      <w:r w:rsidR="00C36AEC" w:rsidRPr="008A6EA9">
        <w:rPr>
          <w:rFonts w:ascii="Arial" w:hAnsi="Arial" w:cs="Arial"/>
          <w:lang w:val="pl-PL"/>
        </w:rPr>
        <w:t xml:space="preserve"> w gł</w:t>
      </w:r>
      <w:r w:rsidRPr="008A6EA9">
        <w:rPr>
          <w:rFonts w:ascii="Arial" w:hAnsi="Arial" w:cs="Arial"/>
          <w:lang w:val="pl-PL"/>
        </w:rPr>
        <w:t>osowaniu jawnym, zwyk</w:t>
      </w:r>
      <w:r w:rsidR="00C11070" w:rsidRPr="008A6EA9">
        <w:rPr>
          <w:rFonts w:ascii="Arial" w:hAnsi="Arial" w:cs="Arial"/>
          <w:lang w:val="pl-PL"/>
        </w:rPr>
        <w:t>łą wię</w:t>
      </w:r>
      <w:r w:rsidRPr="008A6EA9">
        <w:rPr>
          <w:rFonts w:ascii="Arial" w:hAnsi="Arial" w:cs="Arial"/>
          <w:lang w:val="pl-PL"/>
        </w:rPr>
        <w:t>kszo</w:t>
      </w:r>
      <w:r w:rsidR="00C11070" w:rsidRPr="008A6EA9">
        <w:rPr>
          <w:rFonts w:ascii="Arial" w:hAnsi="Arial" w:cs="Arial"/>
          <w:lang w:val="pl-PL"/>
        </w:rPr>
        <w:t>ś</w:t>
      </w:r>
      <w:r w:rsidRPr="008A6EA9">
        <w:rPr>
          <w:rFonts w:ascii="Arial" w:hAnsi="Arial" w:cs="Arial"/>
          <w:lang w:val="pl-PL"/>
        </w:rPr>
        <w:t>ci</w:t>
      </w:r>
      <w:r w:rsidR="00C1107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 </w:t>
      </w:r>
      <w:r w:rsidR="00C11070" w:rsidRPr="008A6EA9">
        <w:rPr>
          <w:rFonts w:ascii="Arial" w:hAnsi="Arial" w:cs="Arial"/>
          <w:lang w:val="pl-PL"/>
        </w:rPr>
        <w:t>głosów</w:t>
      </w:r>
      <w:r w:rsidRPr="008A6EA9">
        <w:rPr>
          <w:rFonts w:ascii="Arial" w:hAnsi="Arial" w:cs="Arial"/>
          <w:lang w:val="pl-PL"/>
        </w:rPr>
        <w:t xml:space="preserve"> w </w:t>
      </w:r>
      <w:r w:rsidR="00C11070" w:rsidRPr="008A6EA9">
        <w:rPr>
          <w:rFonts w:ascii="Arial" w:hAnsi="Arial" w:cs="Arial"/>
          <w:lang w:val="pl-PL"/>
        </w:rPr>
        <w:t>obecności</w:t>
      </w:r>
      <w:r w:rsidR="005813F8" w:rsidRPr="008A6EA9">
        <w:rPr>
          <w:rFonts w:ascii="Arial" w:hAnsi="Arial" w:cs="Arial"/>
          <w:lang w:val="pl-PL"/>
        </w:rPr>
        <w:t xml:space="preserve"> co najmniej poł</w:t>
      </w:r>
      <w:r w:rsidRPr="008A6EA9">
        <w:rPr>
          <w:rFonts w:ascii="Arial" w:hAnsi="Arial" w:cs="Arial"/>
          <w:lang w:val="pl-PL"/>
        </w:rPr>
        <w:t xml:space="preserve">owy jej </w:t>
      </w:r>
      <w:r w:rsidR="00C11070" w:rsidRPr="008A6EA9">
        <w:rPr>
          <w:rFonts w:ascii="Arial" w:hAnsi="Arial" w:cs="Arial"/>
          <w:lang w:val="pl-PL"/>
        </w:rPr>
        <w:t>składu</w:t>
      </w:r>
      <w:r w:rsidRPr="008A6EA9">
        <w:rPr>
          <w:rFonts w:ascii="Arial" w:hAnsi="Arial" w:cs="Arial"/>
          <w:lang w:val="pl-PL"/>
        </w:rPr>
        <w:t xml:space="preserve">. </w:t>
      </w:r>
    </w:p>
    <w:p w14:paraId="60A9D984" w14:textId="77777777" w:rsidR="008C2566" w:rsidRPr="008A6EA9" w:rsidRDefault="00C36AEC" w:rsidP="008A6EA9">
      <w:pPr>
        <w:pStyle w:val="Akapitzlist"/>
        <w:numPr>
          <w:ilvl w:val="0"/>
          <w:numId w:val="20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W gł</w:t>
      </w:r>
      <w:r w:rsidR="005241A0" w:rsidRPr="008A6EA9">
        <w:rPr>
          <w:rFonts w:ascii="Arial" w:hAnsi="Arial" w:cs="Arial"/>
          <w:lang w:val="pl-PL"/>
        </w:rPr>
        <w:t>osowaniu mog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by</w:t>
      </w:r>
      <w:r w:rsidR="00C11070" w:rsidRPr="008A6EA9">
        <w:rPr>
          <w:rFonts w:ascii="Arial" w:hAnsi="Arial" w:cs="Arial"/>
          <w:lang w:val="pl-PL"/>
        </w:rPr>
        <w:t>ć</w:t>
      </w:r>
      <w:r w:rsidR="005241A0" w:rsidRPr="008A6EA9">
        <w:rPr>
          <w:rFonts w:ascii="Arial" w:hAnsi="Arial" w:cs="Arial"/>
          <w:lang w:val="pl-PL"/>
        </w:rPr>
        <w:t xml:space="preserve"> oddane </w:t>
      </w:r>
      <w:r w:rsidR="00C11070" w:rsidRPr="008A6EA9">
        <w:rPr>
          <w:rFonts w:ascii="Arial" w:hAnsi="Arial" w:cs="Arial"/>
          <w:lang w:val="pl-PL"/>
        </w:rPr>
        <w:t>wyłącznie</w:t>
      </w:r>
      <w:r w:rsidRPr="008A6EA9">
        <w:rPr>
          <w:rFonts w:ascii="Arial" w:hAnsi="Arial" w:cs="Arial"/>
          <w:lang w:val="pl-PL"/>
        </w:rPr>
        <w:t xml:space="preserve"> gł</w:t>
      </w:r>
      <w:r w:rsidR="005241A0" w:rsidRPr="008A6EA9">
        <w:rPr>
          <w:rFonts w:ascii="Arial" w:hAnsi="Arial" w:cs="Arial"/>
          <w:lang w:val="pl-PL"/>
        </w:rPr>
        <w:t xml:space="preserve">osy za </w:t>
      </w:r>
      <w:r w:rsidR="00C11070" w:rsidRPr="008A6EA9">
        <w:rPr>
          <w:rFonts w:ascii="Arial" w:hAnsi="Arial" w:cs="Arial"/>
          <w:lang w:val="pl-PL"/>
        </w:rPr>
        <w:t xml:space="preserve">przyjęciem </w:t>
      </w:r>
      <w:r w:rsidR="005241A0" w:rsidRPr="008A6EA9">
        <w:rPr>
          <w:rFonts w:ascii="Arial" w:hAnsi="Arial" w:cs="Arial"/>
          <w:lang w:val="pl-PL"/>
        </w:rPr>
        <w:t xml:space="preserve">albo odrzuceniem opinii. </w:t>
      </w:r>
    </w:p>
    <w:p w14:paraId="6F0A9091" w14:textId="77777777" w:rsidR="008C2566" w:rsidRPr="008A6EA9" w:rsidRDefault="005241A0" w:rsidP="008A6EA9">
      <w:pPr>
        <w:pStyle w:val="Akapitzlist"/>
        <w:numPr>
          <w:ilvl w:val="0"/>
          <w:numId w:val="20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W przypadku jednakowej liczby </w:t>
      </w:r>
      <w:r w:rsidR="00EC135A" w:rsidRPr="008A6EA9">
        <w:rPr>
          <w:rFonts w:ascii="Arial" w:hAnsi="Arial" w:cs="Arial"/>
          <w:lang w:val="pl-PL"/>
        </w:rPr>
        <w:t>głosów</w:t>
      </w:r>
      <w:r w:rsidRPr="008A6EA9">
        <w:rPr>
          <w:rFonts w:ascii="Arial" w:hAnsi="Arial" w:cs="Arial"/>
          <w:lang w:val="pl-PL"/>
        </w:rPr>
        <w:t xml:space="preserve"> rozstrzyga g</w:t>
      </w:r>
      <w:r w:rsidR="005D1514" w:rsidRPr="008A6EA9">
        <w:rPr>
          <w:rFonts w:ascii="Arial" w:hAnsi="Arial" w:cs="Arial"/>
          <w:lang w:val="pl-PL"/>
        </w:rPr>
        <w:t>ł</w:t>
      </w:r>
      <w:r w:rsidRPr="008A6EA9">
        <w:rPr>
          <w:rFonts w:ascii="Arial" w:hAnsi="Arial" w:cs="Arial"/>
          <w:lang w:val="pl-PL"/>
        </w:rPr>
        <w:t>os Przewodnicz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cego. </w:t>
      </w:r>
    </w:p>
    <w:p w14:paraId="0358EEEF" w14:textId="77777777" w:rsidR="008C2566" w:rsidRPr="008A6EA9" w:rsidRDefault="005241A0" w:rsidP="008A6EA9">
      <w:pPr>
        <w:pStyle w:val="Akapitzlist"/>
        <w:numPr>
          <w:ilvl w:val="0"/>
          <w:numId w:val="20"/>
        </w:numPr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Posiedzenia Komisji </w:t>
      </w:r>
      <w:r w:rsidR="005D1514" w:rsidRPr="008A6EA9">
        <w:rPr>
          <w:rFonts w:ascii="Arial" w:hAnsi="Arial" w:cs="Arial"/>
          <w:lang w:val="pl-PL"/>
        </w:rPr>
        <w:t>s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 </w:t>
      </w:r>
      <w:r w:rsidR="00C11070" w:rsidRPr="008A6EA9">
        <w:rPr>
          <w:rFonts w:ascii="Arial" w:hAnsi="Arial" w:cs="Arial"/>
          <w:lang w:val="pl-PL"/>
        </w:rPr>
        <w:t>protokołowane</w:t>
      </w:r>
      <w:r w:rsidRPr="008A6EA9">
        <w:rPr>
          <w:rFonts w:ascii="Arial" w:hAnsi="Arial" w:cs="Arial"/>
          <w:lang w:val="pl-PL"/>
        </w:rPr>
        <w:t>. Na posiedzeniu Komisji sporz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dzana jest lista </w:t>
      </w:r>
      <w:r w:rsidR="00C11070" w:rsidRPr="008A6EA9">
        <w:rPr>
          <w:rFonts w:ascii="Arial" w:hAnsi="Arial" w:cs="Arial"/>
          <w:lang w:val="pl-PL"/>
        </w:rPr>
        <w:t>obecności</w:t>
      </w:r>
      <w:r w:rsidRPr="008A6EA9">
        <w:rPr>
          <w:rFonts w:ascii="Arial" w:hAnsi="Arial" w:cs="Arial"/>
          <w:lang w:val="pl-PL"/>
        </w:rPr>
        <w:t xml:space="preserve"> </w:t>
      </w:r>
      <w:r w:rsidR="00C11070" w:rsidRPr="008A6EA9">
        <w:rPr>
          <w:rFonts w:ascii="Arial" w:hAnsi="Arial" w:cs="Arial"/>
          <w:lang w:val="pl-PL"/>
        </w:rPr>
        <w:t>członków</w:t>
      </w:r>
      <w:r w:rsidRPr="008A6EA9">
        <w:rPr>
          <w:rFonts w:ascii="Arial" w:hAnsi="Arial" w:cs="Arial"/>
          <w:lang w:val="pl-PL"/>
        </w:rPr>
        <w:t xml:space="preserve"> Komisji. </w:t>
      </w:r>
    </w:p>
    <w:p w14:paraId="0A12AB10" w14:textId="73163F5A" w:rsidR="008C2566" w:rsidRPr="00510B2B" w:rsidRDefault="00C11070" w:rsidP="00510B2B">
      <w:pPr>
        <w:pStyle w:val="Akapitzlist"/>
        <w:numPr>
          <w:ilvl w:val="0"/>
          <w:numId w:val="20"/>
        </w:numPr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Uchwały</w:t>
      </w:r>
      <w:r w:rsidR="005241A0" w:rsidRPr="008A6EA9">
        <w:rPr>
          <w:rFonts w:ascii="Arial" w:hAnsi="Arial" w:cs="Arial"/>
          <w:lang w:val="pl-PL"/>
        </w:rPr>
        <w:t xml:space="preserve"> Komisji podpisuje Przewodnicz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cy Komisji lub w przypadku jego </w:t>
      </w:r>
      <w:r w:rsidR="00EC135A" w:rsidRPr="008A6EA9">
        <w:rPr>
          <w:rFonts w:ascii="Arial" w:hAnsi="Arial" w:cs="Arial"/>
          <w:lang w:val="pl-PL"/>
        </w:rPr>
        <w:t>nieobecności Zastępca</w:t>
      </w:r>
      <w:r w:rsidR="005241A0" w:rsidRPr="008A6EA9">
        <w:rPr>
          <w:rFonts w:ascii="Arial" w:hAnsi="Arial" w:cs="Arial"/>
          <w:lang w:val="pl-PL"/>
        </w:rPr>
        <w:t xml:space="preserve"> Przewodnicz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cego Komisji. </w:t>
      </w:r>
    </w:p>
    <w:p w14:paraId="2DEE81D8" w14:textId="31F7FA09" w:rsidR="00DC4462" w:rsidRPr="007E79CD" w:rsidRDefault="005241A0" w:rsidP="00C77B4A">
      <w:pPr>
        <w:pStyle w:val="Nagwek2"/>
        <w:rPr>
          <w:rFonts w:ascii="Arial" w:hAnsi="Arial" w:cs="Arial"/>
          <w:i/>
          <w:iCs/>
          <w:sz w:val="18"/>
          <w:szCs w:val="18"/>
          <w:lang w:val="pl-PL"/>
        </w:rPr>
      </w:pPr>
      <w:r w:rsidRPr="007E79CD">
        <w:rPr>
          <w:rFonts w:ascii="Arial" w:hAnsi="Arial" w:cs="Arial"/>
          <w:sz w:val="18"/>
          <w:szCs w:val="18"/>
          <w:lang w:val="pl-PL"/>
        </w:rPr>
        <w:t xml:space="preserve">III. WNIOSEK </w:t>
      </w:r>
      <w:r w:rsidR="00EC135A" w:rsidRPr="007E79CD">
        <w:rPr>
          <w:rFonts w:ascii="Arial" w:hAnsi="Arial" w:cs="Arial"/>
          <w:sz w:val="18"/>
          <w:szCs w:val="18"/>
          <w:lang w:val="pl-PL"/>
        </w:rPr>
        <w:t>O</w:t>
      </w:r>
      <w:r w:rsidRPr="007E79CD">
        <w:rPr>
          <w:rFonts w:ascii="Arial" w:hAnsi="Arial" w:cs="Arial"/>
          <w:sz w:val="18"/>
          <w:szCs w:val="18"/>
          <w:lang w:val="pl-PL"/>
        </w:rPr>
        <w:t xml:space="preserve"> WYDANIE OPINII PRZEZ KOMISJ</w:t>
      </w:r>
      <w:r w:rsidR="00EC135A" w:rsidRPr="007E79CD">
        <w:rPr>
          <w:rFonts w:ascii="Arial" w:hAnsi="Arial" w:cs="Arial"/>
          <w:sz w:val="18"/>
          <w:szCs w:val="18"/>
          <w:lang w:val="pl-PL"/>
        </w:rPr>
        <w:t>Ę</w:t>
      </w:r>
    </w:p>
    <w:p w14:paraId="70F875F0" w14:textId="5518A7E9" w:rsidR="00EC135A" w:rsidRPr="008A6EA9" w:rsidRDefault="005241A0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7.</w:t>
      </w:r>
    </w:p>
    <w:p w14:paraId="06D1747F" w14:textId="77777777" w:rsidR="00904B9D" w:rsidRPr="008A6EA9" w:rsidRDefault="005241A0" w:rsidP="007A6754">
      <w:pPr>
        <w:pStyle w:val="Akapitzlist"/>
        <w:numPr>
          <w:ilvl w:val="0"/>
          <w:numId w:val="21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Wnios</w:t>
      </w:r>
      <w:r w:rsidR="00620B05" w:rsidRPr="008A6EA9">
        <w:rPr>
          <w:rFonts w:ascii="Arial" w:hAnsi="Arial" w:cs="Arial"/>
          <w:lang w:val="pl-PL"/>
        </w:rPr>
        <w:t>ek</w:t>
      </w:r>
      <w:r w:rsidRPr="008A6EA9">
        <w:rPr>
          <w:rFonts w:ascii="Arial" w:hAnsi="Arial" w:cs="Arial"/>
          <w:lang w:val="pl-PL"/>
        </w:rPr>
        <w:t xml:space="preserve"> </w:t>
      </w:r>
      <w:r w:rsidR="00EC135A" w:rsidRPr="008A6EA9">
        <w:rPr>
          <w:rFonts w:ascii="Arial" w:hAnsi="Arial" w:cs="Arial"/>
          <w:lang w:val="pl-PL"/>
        </w:rPr>
        <w:t>o</w:t>
      </w:r>
      <w:r w:rsidRPr="008A6EA9">
        <w:rPr>
          <w:rFonts w:ascii="Arial" w:hAnsi="Arial" w:cs="Arial"/>
          <w:lang w:val="pl-PL"/>
        </w:rPr>
        <w:t xml:space="preserve"> wydanie opinii w przedmiocie prowadzenia bada</w:t>
      </w:r>
      <w:r w:rsidR="00EC135A" w:rsidRPr="008A6EA9">
        <w:rPr>
          <w:rFonts w:ascii="Arial" w:hAnsi="Arial" w:cs="Arial"/>
          <w:lang w:val="pl-PL"/>
        </w:rPr>
        <w:t>ń</w:t>
      </w:r>
      <w:r w:rsidRPr="008A6EA9">
        <w:rPr>
          <w:rFonts w:ascii="Arial" w:hAnsi="Arial" w:cs="Arial"/>
          <w:lang w:val="pl-PL"/>
        </w:rPr>
        <w:t xml:space="preserve"> naukowych z </w:t>
      </w:r>
      <w:r w:rsidR="00EC135A" w:rsidRPr="008A6EA9">
        <w:rPr>
          <w:rFonts w:ascii="Arial" w:hAnsi="Arial" w:cs="Arial"/>
          <w:lang w:val="pl-PL"/>
        </w:rPr>
        <w:t>udziałem</w:t>
      </w:r>
      <w:r w:rsidRPr="008A6EA9">
        <w:rPr>
          <w:rFonts w:ascii="Arial" w:hAnsi="Arial" w:cs="Arial"/>
          <w:lang w:val="pl-PL"/>
        </w:rPr>
        <w:t xml:space="preserve"> ludzi </w:t>
      </w:r>
      <w:r w:rsidR="00620B05" w:rsidRPr="008A6EA9">
        <w:rPr>
          <w:rFonts w:ascii="Arial" w:hAnsi="Arial" w:cs="Arial"/>
          <w:lang w:val="pl-PL"/>
        </w:rPr>
        <w:t>mogą złożyć</w:t>
      </w:r>
      <w:r w:rsidRPr="008A6EA9">
        <w:rPr>
          <w:rFonts w:ascii="Arial" w:hAnsi="Arial" w:cs="Arial"/>
          <w:lang w:val="pl-PL"/>
        </w:rPr>
        <w:t xml:space="preserve"> nauczyciele akademiccy </w:t>
      </w:r>
      <w:r w:rsidR="00620B05" w:rsidRPr="008A6EA9">
        <w:rPr>
          <w:rFonts w:ascii="Arial" w:hAnsi="Arial" w:cs="Arial"/>
          <w:lang w:val="pl-PL"/>
        </w:rPr>
        <w:t>lub</w:t>
      </w:r>
      <w:r w:rsidRPr="008A6EA9">
        <w:rPr>
          <w:rFonts w:ascii="Arial" w:hAnsi="Arial" w:cs="Arial"/>
          <w:lang w:val="pl-PL"/>
        </w:rPr>
        <w:t xml:space="preserve"> studenci. </w:t>
      </w:r>
    </w:p>
    <w:p w14:paraId="367F44F2" w14:textId="55A41520" w:rsidR="00904B9D" w:rsidRPr="00510B2B" w:rsidRDefault="005241A0" w:rsidP="00510B2B">
      <w:pPr>
        <w:pStyle w:val="Akapitzlist"/>
        <w:numPr>
          <w:ilvl w:val="0"/>
          <w:numId w:val="21"/>
        </w:numPr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Opiniowanie projektu badawczego w zakresie </w:t>
      </w:r>
      <w:r w:rsidR="00EC135A" w:rsidRPr="008A6EA9">
        <w:rPr>
          <w:rFonts w:ascii="Arial" w:hAnsi="Arial" w:cs="Arial"/>
          <w:lang w:val="pl-PL"/>
        </w:rPr>
        <w:t>zgodności</w:t>
      </w:r>
      <w:r w:rsidRPr="008A6EA9">
        <w:rPr>
          <w:rFonts w:ascii="Arial" w:hAnsi="Arial" w:cs="Arial"/>
          <w:lang w:val="pl-PL"/>
        </w:rPr>
        <w:t xml:space="preserve"> z zasadami etyki </w:t>
      </w:r>
      <w:r w:rsidR="00EC135A" w:rsidRPr="008A6EA9">
        <w:rPr>
          <w:rFonts w:ascii="Arial" w:hAnsi="Arial" w:cs="Arial"/>
          <w:lang w:val="pl-PL"/>
        </w:rPr>
        <w:t>badań</w:t>
      </w:r>
      <w:r w:rsidRPr="008A6EA9">
        <w:rPr>
          <w:rFonts w:ascii="Arial" w:hAnsi="Arial" w:cs="Arial"/>
          <w:lang w:val="pl-PL"/>
        </w:rPr>
        <w:t xml:space="preserve"> naukowych przez Komisję, realizowanego przez studenta, inicjowane jest na jego wniosek pozytywnie zaopiniowany przez promotora pracy dyplomowej lub opiekuna Studenckiego Koła Naukowego. </w:t>
      </w:r>
    </w:p>
    <w:p w14:paraId="4B84D4E6" w14:textId="77777777" w:rsidR="005241A0" w:rsidRPr="008A6EA9" w:rsidRDefault="005241A0" w:rsidP="007A6754">
      <w:pPr>
        <w:spacing w:before="0"/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lastRenderedPageBreak/>
        <w:t>§ 8.</w:t>
      </w:r>
    </w:p>
    <w:p w14:paraId="41E8655B" w14:textId="77777777" w:rsidR="005241A0" w:rsidRPr="008A6EA9" w:rsidRDefault="005241A0" w:rsidP="007A6754">
      <w:pPr>
        <w:pStyle w:val="Akapitzlist"/>
        <w:numPr>
          <w:ilvl w:val="0"/>
          <w:numId w:val="22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Do wniosku o wydanie opinii należy dołączyć wzór oświadczenia </w:t>
      </w:r>
      <w:r w:rsidR="00745B36" w:rsidRPr="008A6EA9">
        <w:rPr>
          <w:rFonts w:ascii="Arial" w:hAnsi="Arial" w:cs="Arial"/>
          <w:lang w:val="pl-PL"/>
        </w:rPr>
        <w:t>bada</w:t>
      </w:r>
      <w:r w:rsidRPr="008A6EA9">
        <w:rPr>
          <w:rFonts w:ascii="Arial" w:hAnsi="Arial" w:cs="Arial"/>
          <w:lang w:val="pl-PL"/>
        </w:rPr>
        <w:t xml:space="preserve">nych o wyrażeniu zgody na udział </w:t>
      </w:r>
      <w:r w:rsidR="00620B05" w:rsidRPr="008A6EA9">
        <w:rPr>
          <w:rFonts w:ascii="Arial" w:hAnsi="Arial" w:cs="Arial"/>
          <w:lang w:val="pl-PL"/>
        </w:rPr>
        <w:br/>
      </w:r>
      <w:r w:rsidRPr="008A6EA9">
        <w:rPr>
          <w:rFonts w:ascii="Arial" w:hAnsi="Arial" w:cs="Arial"/>
          <w:lang w:val="pl-PL"/>
        </w:rPr>
        <w:t>w badaniach naukowych. W oświadczeniu powinny zostać zawarte informacje</w:t>
      </w:r>
      <w:r w:rsidR="00D31308" w:rsidRPr="008A6EA9">
        <w:rPr>
          <w:rFonts w:ascii="Arial" w:hAnsi="Arial" w:cs="Arial"/>
          <w:lang w:val="pl-PL"/>
        </w:rPr>
        <w:t xml:space="preserve"> o</w:t>
      </w:r>
      <w:r w:rsidRPr="008A6EA9">
        <w:rPr>
          <w:rFonts w:ascii="Arial" w:hAnsi="Arial" w:cs="Arial"/>
          <w:lang w:val="pl-PL"/>
        </w:rPr>
        <w:t xml:space="preserve">: </w:t>
      </w:r>
    </w:p>
    <w:p w14:paraId="0B8519D2" w14:textId="77777777" w:rsidR="005B51EC" w:rsidRPr="008A6EA9" w:rsidRDefault="005B51EC" w:rsidP="008A6EA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przedmiocie i celu badania naukowego, które będą przedstawiane podmiotom biorącym w nim udział, </w:t>
      </w:r>
    </w:p>
    <w:p w14:paraId="0C3C44E4" w14:textId="77777777" w:rsidR="005B51EC" w:rsidRPr="008A6EA9" w:rsidRDefault="005B51EC" w:rsidP="008A6EA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braku wystąpienia ryzyka zaburzeń zdrowia psychicznego i/lub fizycznego dla osób uczestniczących </w:t>
      </w:r>
      <w:r w:rsidR="00D31308" w:rsidRPr="008A6EA9">
        <w:rPr>
          <w:rFonts w:ascii="Arial" w:hAnsi="Arial" w:cs="Arial"/>
          <w:lang w:val="pl-PL"/>
        </w:rPr>
        <w:br/>
      </w:r>
      <w:r w:rsidRPr="008A6EA9">
        <w:rPr>
          <w:rFonts w:ascii="Arial" w:hAnsi="Arial" w:cs="Arial"/>
          <w:lang w:val="pl-PL"/>
        </w:rPr>
        <w:t xml:space="preserve">w badaniu, </w:t>
      </w:r>
    </w:p>
    <w:p w14:paraId="7F2B89C2" w14:textId="77777777" w:rsidR="005B51EC" w:rsidRPr="008A6EA9" w:rsidRDefault="005B51EC" w:rsidP="008A6EA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gwarancji anonimowości i dyskrecji dla osób uczestniczących w badaniu, </w:t>
      </w:r>
    </w:p>
    <w:p w14:paraId="4450DAC0" w14:textId="77777777" w:rsidR="005B51EC" w:rsidRPr="008A6EA9" w:rsidRDefault="005B51EC" w:rsidP="008A6EA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udziale w badaniu naukowym na zasadzie dobrowolności, </w:t>
      </w:r>
    </w:p>
    <w:p w14:paraId="6CE4DA94" w14:textId="77777777" w:rsidR="005B51EC" w:rsidRPr="008A6EA9" w:rsidRDefault="005B51EC" w:rsidP="008A6EA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możliwości rezygnacji z udziału w badaniu naukowym przez uczestników w dowolnym momencie, bez ponoszenia jakichkolwiek skutków prawnych.</w:t>
      </w:r>
    </w:p>
    <w:p w14:paraId="47E43A76" w14:textId="7522D6E1" w:rsidR="005B51EC" w:rsidRPr="00DC4462" w:rsidRDefault="005241A0" w:rsidP="00DC4462">
      <w:pPr>
        <w:pStyle w:val="Akapitzlist"/>
        <w:numPr>
          <w:ilvl w:val="0"/>
          <w:numId w:val="22"/>
        </w:numPr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W przypadku</w:t>
      </w:r>
      <w:r w:rsidR="00D31308" w:rsidRPr="008A6EA9">
        <w:rPr>
          <w:rFonts w:ascii="Arial" w:hAnsi="Arial" w:cs="Arial"/>
          <w:lang w:val="pl-PL"/>
        </w:rPr>
        <w:t>,</w:t>
      </w:r>
      <w:r w:rsidRPr="008A6EA9">
        <w:rPr>
          <w:rFonts w:ascii="Arial" w:hAnsi="Arial" w:cs="Arial"/>
          <w:lang w:val="pl-PL"/>
        </w:rPr>
        <w:t xml:space="preserve"> gdy badania naukowe podlegaj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>ce ocenie Komisji prowadzone s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 z wykorzystaniem autorskiej ankiety informacje, o których mowa w ust. 1 mog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 być zawarte we wstępie do ankiety. </w:t>
      </w:r>
    </w:p>
    <w:p w14:paraId="19A3A3A0" w14:textId="77777777" w:rsidR="0035104A" w:rsidRPr="008A6EA9" w:rsidRDefault="00D31308" w:rsidP="008A6EA9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9</w:t>
      </w:r>
      <w:r w:rsidR="005241A0" w:rsidRPr="008A6EA9">
        <w:rPr>
          <w:rFonts w:ascii="Arial" w:hAnsi="Arial" w:cs="Arial"/>
          <w:lang w:val="pl-PL"/>
        </w:rPr>
        <w:t>.</w:t>
      </w:r>
    </w:p>
    <w:p w14:paraId="35C8F409" w14:textId="77777777" w:rsidR="00E95122" w:rsidRPr="008A6EA9" w:rsidRDefault="0035104A" w:rsidP="007A6754">
      <w:pPr>
        <w:pStyle w:val="Akapitzlist"/>
        <w:numPr>
          <w:ilvl w:val="0"/>
          <w:numId w:val="25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Udział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małoletniego</w:t>
      </w:r>
      <w:r w:rsidR="005241A0" w:rsidRPr="008A6EA9">
        <w:rPr>
          <w:rFonts w:ascii="Arial" w:hAnsi="Arial" w:cs="Arial"/>
          <w:lang w:val="pl-PL"/>
        </w:rPr>
        <w:t xml:space="preserve"> w </w:t>
      </w:r>
      <w:r w:rsidRPr="008A6EA9">
        <w:rPr>
          <w:rFonts w:ascii="Arial" w:hAnsi="Arial" w:cs="Arial"/>
          <w:lang w:val="pl-PL"/>
        </w:rPr>
        <w:t>badaniu</w:t>
      </w:r>
      <w:r w:rsidR="005241A0" w:rsidRPr="008A6EA9">
        <w:rPr>
          <w:rFonts w:ascii="Arial" w:hAnsi="Arial" w:cs="Arial"/>
          <w:lang w:val="pl-PL"/>
        </w:rPr>
        <w:t xml:space="preserve"> naukowym jest dopuszczalny tylko za pisemn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zgod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jego przedstawiciela ustawowego. </w:t>
      </w:r>
    </w:p>
    <w:p w14:paraId="2EE4F144" w14:textId="3E1BB26C" w:rsidR="00E95122" w:rsidRPr="00DC4462" w:rsidRDefault="005241A0" w:rsidP="00DC4462">
      <w:pPr>
        <w:pStyle w:val="Akapitzlist"/>
        <w:numPr>
          <w:ilvl w:val="0"/>
          <w:numId w:val="25"/>
        </w:numPr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W przypadku osoby </w:t>
      </w:r>
      <w:r w:rsidR="0035104A" w:rsidRPr="008A6EA9">
        <w:rPr>
          <w:rFonts w:ascii="Arial" w:hAnsi="Arial" w:cs="Arial"/>
          <w:lang w:val="pl-PL"/>
        </w:rPr>
        <w:t>całkowicie</w:t>
      </w:r>
      <w:r w:rsidRPr="008A6EA9">
        <w:rPr>
          <w:rFonts w:ascii="Arial" w:hAnsi="Arial" w:cs="Arial"/>
          <w:lang w:val="pl-PL"/>
        </w:rPr>
        <w:t xml:space="preserve"> </w:t>
      </w:r>
      <w:r w:rsidR="0035104A" w:rsidRPr="008A6EA9">
        <w:rPr>
          <w:rFonts w:ascii="Arial" w:hAnsi="Arial" w:cs="Arial"/>
          <w:lang w:val="pl-PL"/>
        </w:rPr>
        <w:t>ubezwłasnowolnionej</w:t>
      </w:r>
      <w:r w:rsidRPr="008A6EA9">
        <w:rPr>
          <w:rFonts w:ascii="Arial" w:hAnsi="Arial" w:cs="Arial"/>
          <w:lang w:val="pl-PL"/>
        </w:rPr>
        <w:t xml:space="preserve">, </w:t>
      </w:r>
      <w:r w:rsidR="0035104A" w:rsidRPr="008A6EA9">
        <w:rPr>
          <w:rFonts w:ascii="Arial" w:hAnsi="Arial" w:cs="Arial"/>
          <w:lang w:val="pl-PL"/>
        </w:rPr>
        <w:t xml:space="preserve">zgodę </w:t>
      </w:r>
      <w:r w:rsidRPr="008A6EA9">
        <w:rPr>
          <w:rFonts w:ascii="Arial" w:hAnsi="Arial" w:cs="Arial"/>
          <w:lang w:val="pl-PL"/>
        </w:rPr>
        <w:t xml:space="preserve">na jej </w:t>
      </w:r>
      <w:r w:rsidR="0035104A" w:rsidRPr="008A6EA9">
        <w:rPr>
          <w:rFonts w:ascii="Arial" w:hAnsi="Arial" w:cs="Arial"/>
          <w:lang w:val="pl-PL"/>
        </w:rPr>
        <w:t>udział</w:t>
      </w:r>
      <w:r w:rsidRPr="008A6EA9">
        <w:rPr>
          <w:rFonts w:ascii="Arial" w:hAnsi="Arial" w:cs="Arial"/>
          <w:lang w:val="pl-PL"/>
        </w:rPr>
        <w:t xml:space="preserve"> w </w:t>
      </w:r>
      <w:r w:rsidR="0035104A" w:rsidRPr="008A6EA9">
        <w:rPr>
          <w:rFonts w:ascii="Arial" w:hAnsi="Arial" w:cs="Arial"/>
          <w:lang w:val="pl-PL"/>
        </w:rPr>
        <w:t>badaniu</w:t>
      </w:r>
      <w:r w:rsidRPr="008A6EA9">
        <w:rPr>
          <w:rFonts w:ascii="Arial" w:hAnsi="Arial" w:cs="Arial"/>
          <w:lang w:val="pl-PL"/>
        </w:rPr>
        <w:t xml:space="preserve"> naukowym </w:t>
      </w:r>
      <w:r w:rsidR="0035104A" w:rsidRPr="008A6EA9">
        <w:rPr>
          <w:rFonts w:ascii="Arial" w:hAnsi="Arial" w:cs="Arial"/>
          <w:lang w:val="pl-PL"/>
        </w:rPr>
        <w:t>wyraża</w:t>
      </w:r>
      <w:r w:rsidRPr="008A6EA9">
        <w:rPr>
          <w:rFonts w:ascii="Arial" w:hAnsi="Arial" w:cs="Arial"/>
          <w:lang w:val="pl-PL"/>
        </w:rPr>
        <w:t xml:space="preserve"> przedstawiciel ustawowy tej osoby. </w:t>
      </w:r>
    </w:p>
    <w:p w14:paraId="20088C74" w14:textId="77777777" w:rsidR="0035104A" w:rsidRPr="008A6EA9" w:rsidRDefault="0035104A" w:rsidP="007A6754">
      <w:pPr>
        <w:spacing w:before="0"/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</w:t>
      </w:r>
      <w:r w:rsidR="00D31308" w:rsidRPr="008A6EA9">
        <w:rPr>
          <w:rFonts w:ascii="Arial" w:hAnsi="Arial" w:cs="Arial"/>
          <w:lang w:val="pl-PL"/>
        </w:rPr>
        <w:t>0</w:t>
      </w:r>
      <w:r w:rsidR="005241A0" w:rsidRPr="008A6EA9">
        <w:rPr>
          <w:rFonts w:ascii="Arial" w:hAnsi="Arial" w:cs="Arial"/>
          <w:lang w:val="pl-PL"/>
        </w:rPr>
        <w:t>.</w:t>
      </w:r>
    </w:p>
    <w:p w14:paraId="5B74F031" w14:textId="6F306677" w:rsidR="00E95122" w:rsidRPr="008A6EA9" w:rsidRDefault="005241A0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W </w:t>
      </w:r>
      <w:r w:rsidR="0035104A" w:rsidRPr="008A6EA9">
        <w:rPr>
          <w:rFonts w:ascii="Arial" w:hAnsi="Arial" w:cs="Arial"/>
          <w:lang w:val="pl-PL"/>
        </w:rPr>
        <w:t>sytuacji</w:t>
      </w:r>
      <w:r w:rsidRPr="008A6EA9">
        <w:rPr>
          <w:rFonts w:ascii="Arial" w:hAnsi="Arial" w:cs="Arial"/>
          <w:lang w:val="pl-PL"/>
        </w:rPr>
        <w:t xml:space="preserve"> </w:t>
      </w:r>
      <w:r w:rsidR="0035104A" w:rsidRPr="008A6EA9">
        <w:rPr>
          <w:rFonts w:ascii="Arial" w:hAnsi="Arial" w:cs="Arial"/>
          <w:lang w:val="pl-PL"/>
        </w:rPr>
        <w:t>użycia</w:t>
      </w:r>
      <w:r w:rsidRPr="008A6EA9">
        <w:rPr>
          <w:rFonts w:ascii="Arial" w:hAnsi="Arial" w:cs="Arial"/>
          <w:lang w:val="pl-PL"/>
        </w:rPr>
        <w:t xml:space="preserve"> w </w:t>
      </w:r>
      <w:r w:rsidR="0035104A" w:rsidRPr="008A6EA9">
        <w:rPr>
          <w:rFonts w:ascii="Arial" w:hAnsi="Arial" w:cs="Arial"/>
          <w:lang w:val="pl-PL"/>
        </w:rPr>
        <w:t>badaniu</w:t>
      </w:r>
      <w:r w:rsidRPr="008A6EA9">
        <w:rPr>
          <w:rFonts w:ascii="Arial" w:hAnsi="Arial" w:cs="Arial"/>
          <w:lang w:val="pl-PL"/>
        </w:rPr>
        <w:t xml:space="preserve"> naukowym standaryzowanych </w:t>
      </w:r>
      <w:r w:rsidR="0035104A" w:rsidRPr="008A6EA9">
        <w:rPr>
          <w:rFonts w:ascii="Arial" w:hAnsi="Arial" w:cs="Arial"/>
          <w:lang w:val="pl-PL"/>
        </w:rPr>
        <w:t xml:space="preserve">narzędzi </w:t>
      </w:r>
      <w:r w:rsidRPr="008A6EA9">
        <w:rPr>
          <w:rFonts w:ascii="Arial" w:hAnsi="Arial" w:cs="Arial"/>
          <w:lang w:val="pl-PL"/>
        </w:rPr>
        <w:t>badawczych, osoba planuj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ca </w:t>
      </w:r>
      <w:r w:rsidR="0035104A" w:rsidRPr="008A6EA9">
        <w:rPr>
          <w:rFonts w:ascii="Arial" w:hAnsi="Arial" w:cs="Arial"/>
          <w:lang w:val="pl-PL"/>
        </w:rPr>
        <w:t xml:space="preserve">realizację </w:t>
      </w:r>
      <w:r w:rsidR="00EC135A" w:rsidRPr="008A6EA9">
        <w:rPr>
          <w:rFonts w:ascii="Arial" w:hAnsi="Arial" w:cs="Arial"/>
          <w:lang w:val="pl-PL"/>
        </w:rPr>
        <w:t>badań</w:t>
      </w:r>
      <w:r w:rsidRPr="008A6EA9">
        <w:rPr>
          <w:rFonts w:ascii="Arial" w:hAnsi="Arial" w:cs="Arial"/>
          <w:lang w:val="pl-PL"/>
        </w:rPr>
        <w:t xml:space="preserve"> naukowych powinna </w:t>
      </w:r>
      <w:r w:rsidR="0035104A" w:rsidRPr="008A6EA9">
        <w:rPr>
          <w:rFonts w:ascii="Arial" w:hAnsi="Arial" w:cs="Arial"/>
          <w:lang w:val="pl-PL"/>
        </w:rPr>
        <w:t>dołączyć</w:t>
      </w:r>
      <w:r w:rsidRPr="008A6EA9">
        <w:rPr>
          <w:rFonts w:ascii="Arial" w:hAnsi="Arial" w:cs="Arial"/>
          <w:lang w:val="pl-PL"/>
        </w:rPr>
        <w:t xml:space="preserve"> do wniosku pisemne </w:t>
      </w:r>
      <w:r w:rsidR="0035104A" w:rsidRPr="008A6EA9">
        <w:rPr>
          <w:rFonts w:ascii="Arial" w:hAnsi="Arial" w:cs="Arial"/>
          <w:lang w:val="pl-PL"/>
        </w:rPr>
        <w:t>oświadczenie, ż</w:t>
      </w:r>
      <w:r w:rsidRPr="008A6EA9">
        <w:rPr>
          <w:rFonts w:ascii="Arial" w:hAnsi="Arial" w:cs="Arial"/>
          <w:lang w:val="pl-PL"/>
        </w:rPr>
        <w:t xml:space="preserve">e ma prawo </w:t>
      </w:r>
      <w:r w:rsidR="0035104A" w:rsidRPr="008A6EA9">
        <w:rPr>
          <w:rFonts w:ascii="Arial" w:hAnsi="Arial" w:cs="Arial"/>
          <w:lang w:val="pl-PL"/>
        </w:rPr>
        <w:t>korzystać</w:t>
      </w:r>
      <w:r w:rsidRPr="008A6EA9">
        <w:rPr>
          <w:rFonts w:ascii="Arial" w:hAnsi="Arial" w:cs="Arial"/>
          <w:lang w:val="pl-PL"/>
        </w:rPr>
        <w:t xml:space="preserve"> w projekcie ze wskazanego </w:t>
      </w:r>
      <w:r w:rsidR="0035104A" w:rsidRPr="008A6EA9">
        <w:rPr>
          <w:rFonts w:ascii="Arial" w:hAnsi="Arial" w:cs="Arial"/>
          <w:lang w:val="pl-PL"/>
        </w:rPr>
        <w:t xml:space="preserve">narzędzia </w:t>
      </w:r>
      <w:r w:rsidRPr="008A6EA9">
        <w:rPr>
          <w:rFonts w:ascii="Arial" w:hAnsi="Arial" w:cs="Arial"/>
          <w:lang w:val="pl-PL"/>
        </w:rPr>
        <w:t xml:space="preserve">badawczego. </w:t>
      </w:r>
    </w:p>
    <w:p w14:paraId="302F6B4F" w14:textId="77777777" w:rsidR="0035104A" w:rsidRPr="008A6EA9" w:rsidRDefault="005241A0" w:rsidP="008A6EA9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</w:t>
      </w:r>
      <w:r w:rsidR="005439EF" w:rsidRPr="008A6EA9">
        <w:rPr>
          <w:rFonts w:ascii="Arial" w:hAnsi="Arial" w:cs="Arial"/>
          <w:lang w:val="pl-PL"/>
        </w:rPr>
        <w:t>1</w:t>
      </w:r>
      <w:r w:rsidRPr="008A6EA9">
        <w:rPr>
          <w:rFonts w:ascii="Arial" w:hAnsi="Arial" w:cs="Arial"/>
          <w:lang w:val="pl-PL"/>
        </w:rPr>
        <w:t>.</w:t>
      </w:r>
    </w:p>
    <w:p w14:paraId="234DF483" w14:textId="6740C128" w:rsidR="008A6EA9" w:rsidRPr="008A6EA9" w:rsidRDefault="005241A0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W przypadku niekompletnych wniosk</w:t>
      </w:r>
      <w:r w:rsidR="0035104A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>w, Przewodnicz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cy Komisji w terminie 14 dni od daty zarejestrowania wniosku zwraca wnioskodawcy </w:t>
      </w:r>
      <w:r w:rsidR="0035104A" w:rsidRPr="008A6EA9">
        <w:rPr>
          <w:rFonts w:ascii="Arial" w:hAnsi="Arial" w:cs="Arial"/>
          <w:lang w:val="pl-PL"/>
        </w:rPr>
        <w:t xml:space="preserve">dokumentację </w:t>
      </w:r>
      <w:r w:rsidRPr="008A6EA9">
        <w:rPr>
          <w:rFonts w:ascii="Arial" w:hAnsi="Arial" w:cs="Arial"/>
          <w:lang w:val="pl-PL"/>
        </w:rPr>
        <w:t xml:space="preserve">w celu jej </w:t>
      </w:r>
      <w:r w:rsidR="0035104A" w:rsidRPr="008A6EA9">
        <w:rPr>
          <w:rFonts w:ascii="Arial" w:hAnsi="Arial" w:cs="Arial"/>
          <w:lang w:val="pl-PL"/>
        </w:rPr>
        <w:t>uzupełnienia</w:t>
      </w:r>
      <w:r w:rsidRPr="008A6EA9">
        <w:rPr>
          <w:rFonts w:ascii="Arial" w:hAnsi="Arial" w:cs="Arial"/>
          <w:lang w:val="pl-PL"/>
        </w:rPr>
        <w:t xml:space="preserve"> i wyznacza siedmiodniowy termin na </w:t>
      </w:r>
      <w:r w:rsidR="0035104A" w:rsidRPr="008A6EA9">
        <w:rPr>
          <w:rFonts w:ascii="Arial" w:hAnsi="Arial" w:cs="Arial"/>
          <w:lang w:val="pl-PL"/>
        </w:rPr>
        <w:t>uzupełnienie wniosku. W przypadku nieuzupełnienia</w:t>
      </w:r>
      <w:r w:rsidRPr="008A6EA9">
        <w:rPr>
          <w:rFonts w:ascii="Arial" w:hAnsi="Arial" w:cs="Arial"/>
          <w:lang w:val="pl-PL"/>
        </w:rPr>
        <w:t xml:space="preserve"> wniosku przez </w:t>
      </w:r>
      <w:r w:rsidR="0035104A" w:rsidRPr="008A6EA9">
        <w:rPr>
          <w:rFonts w:ascii="Arial" w:hAnsi="Arial" w:cs="Arial"/>
          <w:lang w:val="pl-PL"/>
        </w:rPr>
        <w:t xml:space="preserve">wnioskodawcę </w:t>
      </w:r>
      <w:r w:rsidRPr="008A6EA9">
        <w:rPr>
          <w:rFonts w:ascii="Arial" w:hAnsi="Arial" w:cs="Arial"/>
          <w:lang w:val="pl-PL"/>
        </w:rPr>
        <w:t xml:space="preserve">we wskazanym terminie wniosek pozostawia </w:t>
      </w:r>
      <w:r w:rsidR="0035104A" w:rsidRPr="008A6EA9">
        <w:rPr>
          <w:rFonts w:ascii="Arial" w:hAnsi="Arial" w:cs="Arial"/>
          <w:lang w:val="pl-PL"/>
        </w:rPr>
        <w:t>się bez rozpatrzenia,</w:t>
      </w:r>
      <w:r w:rsidRPr="008A6EA9">
        <w:rPr>
          <w:rFonts w:ascii="Arial" w:hAnsi="Arial" w:cs="Arial"/>
          <w:lang w:val="pl-PL"/>
        </w:rPr>
        <w:t xml:space="preserve"> ze </w:t>
      </w:r>
      <w:r w:rsidR="0035104A" w:rsidRPr="008A6EA9">
        <w:rPr>
          <w:rFonts w:ascii="Arial" w:hAnsi="Arial" w:cs="Arial"/>
          <w:lang w:val="pl-PL"/>
        </w:rPr>
        <w:t xml:space="preserve">względu </w:t>
      </w:r>
      <w:r w:rsidRPr="008A6EA9">
        <w:rPr>
          <w:rFonts w:ascii="Arial" w:hAnsi="Arial" w:cs="Arial"/>
          <w:lang w:val="pl-PL"/>
        </w:rPr>
        <w:t xml:space="preserve">na braki formalne. </w:t>
      </w:r>
    </w:p>
    <w:p w14:paraId="395CB670" w14:textId="76283E2D" w:rsidR="008F6457" w:rsidRPr="007E79CD" w:rsidRDefault="005241A0" w:rsidP="00834607">
      <w:pPr>
        <w:pStyle w:val="Nagwek2"/>
        <w:rPr>
          <w:rFonts w:ascii="Arial" w:hAnsi="Arial" w:cs="Arial"/>
          <w:sz w:val="18"/>
          <w:szCs w:val="18"/>
          <w:lang w:val="pl-PL"/>
        </w:rPr>
      </w:pPr>
      <w:r w:rsidRPr="007E79CD">
        <w:rPr>
          <w:rFonts w:ascii="Arial" w:hAnsi="Arial" w:cs="Arial"/>
          <w:sz w:val="18"/>
          <w:szCs w:val="18"/>
          <w:lang w:val="pl-PL"/>
        </w:rPr>
        <w:t xml:space="preserve">IV. </w:t>
      </w:r>
      <w:r w:rsidR="0035104A" w:rsidRPr="007E79CD">
        <w:rPr>
          <w:rFonts w:ascii="Arial" w:hAnsi="Arial" w:cs="Arial"/>
          <w:sz w:val="18"/>
          <w:szCs w:val="18"/>
          <w:lang w:val="pl-PL"/>
        </w:rPr>
        <w:t xml:space="preserve">POSTĘPOWANIE </w:t>
      </w:r>
      <w:r w:rsidRPr="007E79CD">
        <w:rPr>
          <w:rFonts w:ascii="Arial" w:hAnsi="Arial" w:cs="Arial"/>
          <w:sz w:val="18"/>
          <w:szCs w:val="18"/>
          <w:lang w:val="pl-PL"/>
        </w:rPr>
        <w:t>PRZED KOMISJ</w:t>
      </w:r>
      <w:r w:rsidR="0035104A" w:rsidRPr="007E79CD">
        <w:rPr>
          <w:rFonts w:ascii="Arial" w:hAnsi="Arial" w:cs="Arial"/>
          <w:sz w:val="18"/>
          <w:szCs w:val="18"/>
          <w:lang w:val="pl-PL"/>
        </w:rPr>
        <w:t>Ą</w:t>
      </w:r>
    </w:p>
    <w:p w14:paraId="34CFC70C" w14:textId="77777777" w:rsidR="0035104A" w:rsidRPr="008A6EA9" w:rsidRDefault="005241A0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</w:t>
      </w:r>
      <w:r w:rsidR="005439EF" w:rsidRPr="008A6EA9">
        <w:rPr>
          <w:rFonts w:ascii="Arial" w:hAnsi="Arial" w:cs="Arial"/>
          <w:lang w:val="pl-PL"/>
        </w:rPr>
        <w:t>2</w:t>
      </w:r>
      <w:r w:rsidRPr="008A6EA9">
        <w:rPr>
          <w:rFonts w:ascii="Arial" w:hAnsi="Arial" w:cs="Arial"/>
          <w:lang w:val="pl-PL"/>
        </w:rPr>
        <w:t>.</w:t>
      </w:r>
    </w:p>
    <w:p w14:paraId="6FBD5E5B" w14:textId="0DCCB20E" w:rsidR="0035104A" w:rsidRPr="008A6EA9" w:rsidRDefault="005241A0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Osoba </w:t>
      </w:r>
      <w:r w:rsidR="0035104A" w:rsidRPr="008A6EA9">
        <w:rPr>
          <w:rFonts w:ascii="Arial" w:hAnsi="Arial" w:cs="Arial"/>
          <w:lang w:val="pl-PL"/>
        </w:rPr>
        <w:t>zamierzająca</w:t>
      </w:r>
      <w:r w:rsidRPr="008A6EA9">
        <w:rPr>
          <w:rFonts w:ascii="Arial" w:hAnsi="Arial" w:cs="Arial"/>
          <w:lang w:val="pl-PL"/>
        </w:rPr>
        <w:t xml:space="preserve"> </w:t>
      </w:r>
      <w:r w:rsidR="0035104A" w:rsidRPr="008A6EA9">
        <w:rPr>
          <w:rFonts w:ascii="Arial" w:hAnsi="Arial" w:cs="Arial"/>
          <w:lang w:val="pl-PL"/>
        </w:rPr>
        <w:t>prowadzić</w:t>
      </w:r>
      <w:r w:rsidRPr="008A6EA9">
        <w:rPr>
          <w:rFonts w:ascii="Arial" w:hAnsi="Arial" w:cs="Arial"/>
          <w:lang w:val="pl-PL"/>
        </w:rPr>
        <w:t xml:space="preserve"> </w:t>
      </w:r>
      <w:r w:rsidR="0035104A" w:rsidRPr="008A6EA9">
        <w:rPr>
          <w:rFonts w:ascii="Arial" w:hAnsi="Arial" w:cs="Arial"/>
          <w:lang w:val="pl-PL"/>
        </w:rPr>
        <w:t>badania</w:t>
      </w:r>
      <w:r w:rsidRPr="008A6EA9">
        <w:rPr>
          <w:rFonts w:ascii="Arial" w:hAnsi="Arial" w:cs="Arial"/>
          <w:lang w:val="pl-PL"/>
        </w:rPr>
        <w:t xml:space="preserve"> naukowe </w:t>
      </w:r>
      <w:r w:rsidR="0035104A" w:rsidRPr="008A6EA9">
        <w:rPr>
          <w:rFonts w:ascii="Arial" w:hAnsi="Arial" w:cs="Arial"/>
          <w:lang w:val="pl-PL"/>
        </w:rPr>
        <w:t>składa</w:t>
      </w:r>
      <w:r w:rsidRPr="008A6EA9">
        <w:rPr>
          <w:rFonts w:ascii="Arial" w:hAnsi="Arial" w:cs="Arial"/>
          <w:lang w:val="pl-PL"/>
        </w:rPr>
        <w:t xml:space="preserve"> do Komisji wniosek </w:t>
      </w:r>
      <w:r w:rsidR="0035104A" w:rsidRPr="008A6EA9">
        <w:rPr>
          <w:rFonts w:ascii="Arial" w:hAnsi="Arial" w:cs="Arial"/>
          <w:lang w:val="pl-PL"/>
        </w:rPr>
        <w:t>o</w:t>
      </w:r>
      <w:r w:rsidRPr="008A6EA9">
        <w:rPr>
          <w:rFonts w:ascii="Arial" w:hAnsi="Arial" w:cs="Arial"/>
          <w:lang w:val="pl-PL"/>
        </w:rPr>
        <w:t xml:space="preserve"> </w:t>
      </w:r>
      <w:r w:rsidR="0035104A" w:rsidRPr="008A6EA9">
        <w:rPr>
          <w:rFonts w:ascii="Arial" w:hAnsi="Arial" w:cs="Arial"/>
          <w:lang w:val="pl-PL"/>
        </w:rPr>
        <w:t>wyrażenie</w:t>
      </w:r>
      <w:r w:rsidRPr="008A6EA9">
        <w:rPr>
          <w:rFonts w:ascii="Arial" w:hAnsi="Arial" w:cs="Arial"/>
          <w:lang w:val="pl-PL"/>
        </w:rPr>
        <w:t xml:space="preserve"> opinii w zakresie </w:t>
      </w:r>
      <w:r w:rsidR="0035104A" w:rsidRPr="008A6EA9">
        <w:rPr>
          <w:rFonts w:ascii="Arial" w:hAnsi="Arial" w:cs="Arial"/>
          <w:lang w:val="pl-PL"/>
        </w:rPr>
        <w:t>zgodności</w:t>
      </w:r>
      <w:r w:rsidRPr="008A6EA9">
        <w:rPr>
          <w:rFonts w:ascii="Arial" w:hAnsi="Arial" w:cs="Arial"/>
          <w:lang w:val="pl-PL"/>
        </w:rPr>
        <w:t xml:space="preserve"> projektu z zasadami etyki </w:t>
      </w:r>
      <w:r w:rsidR="00745B36" w:rsidRPr="008A6EA9">
        <w:rPr>
          <w:rFonts w:ascii="Arial" w:hAnsi="Arial" w:cs="Arial"/>
          <w:lang w:val="pl-PL"/>
        </w:rPr>
        <w:t>badań</w:t>
      </w:r>
      <w:r w:rsidRPr="008A6EA9">
        <w:rPr>
          <w:rFonts w:ascii="Arial" w:hAnsi="Arial" w:cs="Arial"/>
          <w:lang w:val="pl-PL"/>
        </w:rPr>
        <w:t xml:space="preserve"> naukowych </w:t>
      </w:r>
      <w:r w:rsidR="0035104A" w:rsidRPr="008A6EA9">
        <w:rPr>
          <w:rFonts w:ascii="Arial" w:hAnsi="Arial" w:cs="Arial"/>
          <w:lang w:val="pl-PL"/>
        </w:rPr>
        <w:t>według</w:t>
      </w:r>
      <w:r w:rsidRPr="008A6EA9">
        <w:rPr>
          <w:rFonts w:ascii="Arial" w:hAnsi="Arial" w:cs="Arial"/>
          <w:lang w:val="pl-PL"/>
        </w:rPr>
        <w:t xml:space="preserve"> wzoru </w:t>
      </w:r>
      <w:r w:rsidR="0035104A" w:rsidRPr="008A6EA9">
        <w:rPr>
          <w:rFonts w:ascii="Arial" w:hAnsi="Arial" w:cs="Arial"/>
          <w:lang w:val="pl-PL"/>
        </w:rPr>
        <w:t>stanowiącego</w:t>
      </w:r>
      <w:r w:rsidRPr="008A6EA9">
        <w:rPr>
          <w:rFonts w:ascii="Arial" w:hAnsi="Arial" w:cs="Arial"/>
          <w:lang w:val="pl-PL"/>
        </w:rPr>
        <w:t xml:space="preserve"> </w:t>
      </w:r>
      <w:r w:rsidR="0035104A" w:rsidRPr="008A6EA9">
        <w:rPr>
          <w:rFonts w:ascii="Arial" w:hAnsi="Arial" w:cs="Arial"/>
          <w:lang w:val="pl-PL"/>
        </w:rPr>
        <w:t>załącznik</w:t>
      </w:r>
      <w:r w:rsidRPr="008A6EA9">
        <w:rPr>
          <w:rFonts w:ascii="Arial" w:hAnsi="Arial" w:cs="Arial"/>
          <w:lang w:val="pl-PL"/>
        </w:rPr>
        <w:t xml:space="preserve"> nr 1. </w:t>
      </w:r>
    </w:p>
    <w:p w14:paraId="4ED9B7E1" w14:textId="77777777" w:rsidR="0035104A" w:rsidRPr="008A6EA9" w:rsidRDefault="005241A0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</w:t>
      </w:r>
      <w:r w:rsidR="00830AF3" w:rsidRPr="008A6EA9">
        <w:rPr>
          <w:rFonts w:ascii="Arial" w:hAnsi="Arial" w:cs="Arial"/>
          <w:lang w:val="pl-PL"/>
        </w:rPr>
        <w:t>3</w:t>
      </w:r>
      <w:r w:rsidRPr="008A6EA9">
        <w:rPr>
          <w:rFonts w:ascii="Arial" w:hAnsi="Arial" w:cs="Arial"/>
          <w:lang w:val="pl-PL"/>
        </w:rPr>
        <w:t>.</w:t>
      </w:r>
    </w:p>
    <w:p w14:paraId="1099F2B8" w14:textId="4EBCF6A2" w:rsidR="00227A45" w:rsidRPr="008A6EA9" w:rsidRDefault="0035104A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Postę</w:t>
      </w:r>
      <w:r w:rsidR="005241A0" w:rsidRPr="008A6EA9">
        <w:rPr>
          <w:rFonts w:ascii="Arial" w:hAnsi="Arial" w:cs="Arial"/>
          <w:lang w:val="pl-PL"/>
        </w:rPr>
        <w:t xml:space="preserve">powanie w sprawie </w:t>
      </w:r>
      <w:r w:rsidRPr="008A6EA9">
        <w:rPr>
          <w:rFonts w:ascii="Arial" w:hAnsi="Arial" w:cs="Arial"/>
          <w:lang w:val="pl-PL"/>
        </w:rPr>
        <w:t>wyrażenia</w:t>
      </w:r>
      <w:r w:rsidR="005241A0" w:rsidRPr="008A6EA9">
        <w:rPr>
          <w:rFonts w:ascii="Arial" w:hAnsi="Arial" w:cs="Arial"/>
          <w:lang w:val="pl-PL"/>
        </w:rPr>
        <w:t xml:space="preserve"> opinii </w:t>
      </w:r>
      <w:r w:rsidRPr="008A6EA9">
        <w:rPr>
          <w:rFonts w:ascii="Arial" w:hAnsi="Arial" w:cs="Arial"/>
          <w:lang w:val="pl-PL"/>
        </w:rPr>
        <w:t>odnośnie</w:t>
      </w:r>
      <w:r w:rsidR="005241A0" w:rsidRPr="008A6EA9">
        <w:rPr>
          <w:rFonts w:ascii="Arial" w:hAnsi="Arial" w:cs="Arial"/>
          <w:lang w:val="pl-PL"/>
        </w:rPr>
        <w:t xml:space="preserve"> projektu </w:t>
      </w:r>
      <w:r w:rsidRPr="008A6EA9">
        <w:rPr>
          <w:rFonts w:ascii="Arial" w:hAnsi="Arial" w:cs="Arial"/>
          <w:lang w:val="pl-PL"/>
        </w:rPr>
        <w:t>badania</w:t>
      </w:r>
      <w:r w:rsidR="005241A0" w:rsidRPr="008A6EA9">
        <w:rPr>
          <w:rFonts w:ascii="Arial" w:hAnsi="Arial" w:cs="Arial"/>
          <w:lang w:val="pl-PL"/>
        </w:rPr>
        <w:t xml:space="preserve"> naukowego jest poufne. </w:t>
      </w:r>
    </w:p>
    <w:p w14:paraId="7D013CC1" w14:textId="2A2A0BED" w:rsidR="00244FA8" w:rsidRPr="008A6EA9" w:rsidRDefault="005241A0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</w:t>
      </w:r>
      <w:r w:rsidR="00830AF3" w:rsidRPr="008A6EA9">
        <w:rPr>
          <w:rFonts w:ascii="Arial" w:hAnsi="Arial" w:cs="Arial"/>
          <w:lang w:val="pl-PL"/>
        </w:rPr>
        <w:t>4</w:t>
      </w:r>
      <w:r w:rsidRPr="008A6EA9">
        <w:rPr>
          <w:rFonts w:ascii="Arial" w:hAnsi="Arial" w:cs="Arial"/>
          <w:lang w:val="pl-PL"/>
        </w:rPr>
        <w:t>.</w:t>
      </w:r>
    </w:p>
    <w:p w14:paraId="0546B11C" w14:textId="4784B956" w:rsidR="00227A45" w:rsidRPr="008A6EA9" w:rsidRDefault="00244FA8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Decyzje</w:t>
      </w:r>
      <w:r w:rsidR="005241A0" w:rsidRPr="008A6EA9">
        <w:rPr>
          <w:rFonts w:ascii="Arial" w:hAnsi="Arial" w:cs="Arial"/>
          <w:lang w:val="pl-PL"/>
        </w:rPr>
        <w:t xml:space="preserve"> Komisji </w:t>
      </w:r>
      <w:r w:rsidRPr="008A6EA9">
        <w:rPr>
          <w:rFonts w:ascii="Arial" w:hAnsi="Arial" w:cs="Arial"/>
          <w:lang w:val="pl-PL"/>
        </w:rPr>
        <w:t>o</w:t>
      </w:r>
      <w:r w:rsidR="005241A0" w:rsidRPr="008A6EA9">
        <w:rPr>
          <w:rFonts w:ascii="Arial" w:hAnsi="Arial" w:cs="Arial"/>
          <w:lang w:val="pl-PL"/>
        </w:rPr>
        <w:t xml:space="preserve"> dopuszczeniu projektu badawczego do realizacji wydawane s</w:t>
      </w:r>
      <w:r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w terminie 30 dni od daty </w:t>
      </w:r>
      <w:r w:rsidRPr="008A6EA9">
        <w:rPr>
          <w:rFonts w:ascii="Arial" w:hAnsi="Arial" w:cs="Arial"/>
          <w:lang w:val="pl-PL"/>
        </w:rPr>
        <w:t>złożenia</w:t>
      </w:r>
      <w:r w:rsidR="005241A0" w:rsidRPr="008A6EA9">
        <w:rPr>
          <w:rFonts w:ascii="Arial" w:hAnsi="Arial" w:cs="Arial"/>
          <w:lang w:val="pl-PL"/>
        </w:rPr>
        <w:t xml:space="preserve"> kompletnego wniosku. </w:t>
      </w:r>
    </w:p>
    <w:p w14:paraId="04053EDD" w14:textId="77777777" w:rsidR="00244FA8" w:rsidRPr="008A6EA9" w:rsidRDefault="00830AF3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15</w:t>
      </w:r>
      <w:r w:rsidR="005241A0" w:rsidRPr="008A6EA9">
        <w:rPr>
          <w:rFonts w:ascii="Arial" w:hAnsi="Arial" w:cs="Arial"/>
          <w:lang w:val="pl-PL"/>
        </w:rPr>
        <w:t>.</w:t>
      </w:r>
    </w:p>
    <w:p w14:paraId="12FD4B64" w14:textId="49CE05F4" w:rsidR="00227A45" w:rsidRPr="008A6EA9" w:rsidRDefault="005241A0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W uzasadnionych przypadkach </w:t>
      </w:r>
      <w:r w:rsidR="00244FA8" w:rsidRPr="008A6EA9">
        <w:rPr>
          <w:rFonts w:ascii="Arial" w:hAnsi="Arial" w:cs="Arial"/>
          <w:lang w:val="pl-PL"/>
        </w:rPr>
        <w:t>przewodniczący Komisji, po zapoznaniu się</w:t>
      </w:r>
      <w:r w:rsidRPr="008A6EA9">
        <w:rPr>
          <w:rFonts w:ascii="Arial" w:hAnsi="Arial" w:cs="Arial"/>
          <w:lang w:val="pl-PL"/>
        </w:rPr>
        <w:t xml:space="preserve"> z </w:t>
      </w:r>
      <w:r w:rsidR="00244FA8" w:rsidRPr="008A6EA9">
        <w:rPr>
          <w:rFonts w:ascii="Arial" w:hAnsi="Arial" w:cs="Arial"/>
          <w:lang w:val="pl-PL"/>
        </w:rPr>
        <w:t>dokumentacją</w:t>
      </w:r>
      <w:r w:rsidRPr="008A6EA9">
        <w:rPr>
          <w:rFonts w:ascii="Arial" w:hAnsi="Arial" w:cs="Arial"/>
          <w:lang w:val="pl-PL"/>
        </w:rPr>
        <w:t xml:space="preserve"> </w:t>
      </w:r>
      <w:r w:rsidR="00244FA8" w:rsidRPr="008A6EA9">
        <w:rPr>
          <w:rFonts w:ascii="Arial" w:hAnsi="Arial" w:cs="Arial"/>
          <w:lang w:val="pl-PL"/>
        </w:rPr>
        <w:t>badania</w:t>
      </w:r>
      <w:r w:rsidRPr="008A6EA9">
        <w:rPr>
          <w:rFonts w:ascii="Arial" w:hAnsi="Arial" w:cs="Arial"/>
          <w:lang w:val="pl-PL"/>
        </w:rPr>
        <w:t xml:space="preserve"> naukowego </w:t>
      </w:r>
      <w:r w:rsidR="00244FA8" w:rsidRPr="008A6EA9">
        <w:rPr>
          <w:rFonts w:ascii="Arial" w:hAnsi="Arial" w:cs="Arial"/>
          <w:lang w:val="pl-PL"/>
        </w:rPr>
        <w:t>może</w:t>
      </w:r>
      <w:r w:rsidRPr="008A6EA9">
        <w:rPr>
          <w:rFonts w:ascii="Arial" w:hAnsi="Arial" w:cs="Arial"/>
          <w:lang w:val="pl-PL"/>
        </w:rPr>
        <w:t xml:space="preserve"> zwr</w:t>
      </w:r>
      <w:r w:rsidR="00244FA8" w:rsidRPr="008A6EA9">
        <w:rPr>
          <w:rFonts w:ascii="Arial" w:hAnsi="Arial" w:cs="Arial"/>
          <w:lang w:val="pl-PL"/>
        </w:rPr>
        <w:t>ócić się z prośbą</w:t>
      </w:r>
      <w:r w:rsidR="00830AF3" w:rsidRPr="008A6EA9">
        <w:rPr>
          <w:rFonts w:ascii="Arial" w:hAnsi="Arial" w:cs="Arial"/>
          <w:lang w:val="pl-PL"/>
        </w:rPr>
        <w:t xml:space="preserve"> do r</w:t>
      </w:r>
      <w:r w:rsidRPr="008A6EA9">
        <w:rPr>
          <w:rFonts w:ascii="Arial" w:hAnsi="Arial" w:cs="Arial"/>
          <w:lang w:val="pl-PL"/>
        </w:rPr>
        <w:t xml:space="preserve">ektora </w:t>
      </w:r>
      <w:r w:rsidR="00244FA8" w:rsidRPr="008A6EA9">
        <w:rPr>
          <w:rFonts w:ascii="Arial" w:hAnsi="Arial" w:cs="Arial"/>
          <w:lang w:val="pl-PL"/>
        </w:rPr>
        <w:t>o</w:t>
      </w:r>
      <w:r w:rsidRPr="008A6EA9">
        <w:rPr>
          <w:rFonts w:ascii="Arial" w:hAnsi="Arial" w:cs="Arial"/>
          <w:lang w:val="pl-PL"/>
        </w:rPr>
        <w:t xml:space="preserve"> </w:t>
      </w:r>
      <w:r w:rsidR="00244FA8" w:rsidRPr="008A6EA9">
        <w:rPr>
          <w:rFonts w:ascii="Arial" w:hAnsi="Arial" w:cs="Arial"/>
          <w:lang w:val="pl-PL"/>
        </w:rPr>
        <w:t>powołanie</w:t>
      </w:r>
      <w:r w:rsidRPr="008A6EA9">
        <w:rPr>
          <w:rFonts w:ascii="Arial" w:hAnsi="Arial" w:cs="Arial"/>
          <w:lang w:val="pl-PL"/>
        </w:rPr>
        <w:t xml:space="preserve"> eksperta spoza </w:t>
      </w:r>
      <w:r w:rsidR="00244FA8" w:rsidRPr="008A6EA9">
        <w:rPr>
          <w:rFonts w:ascii="Arial" w:hAnsi="Arial" w:cs="Arial"/>
          <w:lang w:val="pl-PL"/>
        </w:rPr>
        <w:t>składu</w:t>
      </w:r>
      <w:r w:rsidRPr="008A6EA9">
        <w:rPr>
          <w:rFonts w:ascii="Arial" w:hAnsi="Arial" w:cs="Arial"/>
          <w:lang w:val="pl-PL"/>
        </w:rPr>
        <w:t xml:space="preserve"> Komisji do </w:t>
      </w:r>
      <w:r w:rsidR="00244FA8" w:rsidRPr="008A6EA9">
        <w:rPr>
          <w:rFonts w:ascii="Arial" w:hAnsi="Arial" w:cs="Arial"/>
          <w:lang w:val="pl-PL"/>
        </w:rPr>
        <w:t>wyrażenia</w:t>
      </w:r>
      <w:r w:rsidRPr="008A6EA9">
        <w:rPr>
          <w:rFonts w:ascii="Arial" w:hAnsi="Arial" w:cs="Arial"/>
          <w:lang w:val="pl-PL"/>
        </w:rPr>
        <w:t xml:space="preserve"> opinii o projekcie.</w:t>
      </w:r>
    </w:p>
    <w:p w14:paraId="1A41F9E5" w14:textId="77777777" w:rsidR="00244FA8" w:rsidRPr="008A6EA9" w:rsidRDefault="005241A0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</w:t>
      </w:r>
      <w:r w:rsidR="00830AF3" w:rsidRPr="008A6EA9">
        <w:rPr>
          <w:rFonts w:ascii="Arial" w:hAnsi="Arial" w:cs="Arial"/>
          <w:lang w:val="pl-PL"/>
        </w:rPr>
        <w:t>6</w:t>
      </w:r>
      <w:r w:rsidRPr="008A6EA9">
        <w:rPr>
          <w:rFonts w:ascii="Arial" w:hAnsi="Arial" w:cs="Arial"/>
          <w:lang w:val="pl-PL"/>
        </w:rPr>
        <w:t>.</w:t>
      </w:r>
    </w:p>
    <w:p w14:paraId="701C935D" w14:textId="77777777" w:rsidR="00227A45" w:rsidRPr="008A6EA9" w:rsidRDefault="00244FA8" w:rsidP="007A6754">
      <w:pPr>
        <w:pStyle w:val="Akapitzlist"/>
        <w:numPr>
          <w:ilvl w:val="2"/>
          <w:numId w:val="24"/>
        </w:numPr>
        <w:spacing w:before="0"/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Przewodniczący</w:t>
      </w:r>
      <w:r w:rsidR="005241A0" w:rsidRPr="008A6EA9">
        <w:rPr>
          <w:rFonts w:ascii="Arial" w:hAnsi="Arial" w:cs="Arial"/>
          <w:lang w:val="pl-PL"/>
        </w:rPr>
        <w:t xml:space="preserve"> Komisji </w:t>
      </w:r>
      <w:r w:rsidRPr="008A6EA9">
        <w:rPr>
          <w:rFonts w:ascii="Arial" w:hAnsi="Arial" w:cs="Arial"/>
          <w:lang w:val="pl-PL"/>
        </w:rPr>
        <w:t>może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poprosić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o</w:t>
      </w:r>
      <w:r w:rsidR="005241A0" w:rsidRPr="008A6EA9">
        <w:rPr>
          <w:rFonts w:ascii="Arial" w:hAnsi="Arial" w:cs="Arial"/>
          <w:lang w:val="pl-PL"/>
        </w:rPr>
        <w:t xml:space="preserve"> uczestniczen</w:t>
      </w:r>
      <w:r w:rsidRPr="008A6EA9">
        <w:rPr>
          <w:rFonts w:ascii="Arial" w:hAnsi="Arial" w:cs="Arial"/>
          <w:lang w:val="pl-PL"/>
        </w:rPr>
        <w:t>ie w posiedzeniu Komisji osobę zamierzają</w:t>
      </w:r>
      <w:r w:rsidR="005241A0" w:rsidRPr="008A6EA9">
        <w:rPr>
          <w:rFonts w:ascii="Arial" w:hAnsi="Arial" w:cs="Arial"/>
          <w:lang w:val="pl-PL"/>
        </w:rPr>
        <w:t>c</w:t>
      </w:r>
      <w:r w:rsidRPr="008A6EA9">
        <w:rPr>
          <w:rFonts w:ascii="Arial" w:hAnsi="Arial" w:cs="Arial"/>
          <w:lang w:val="pl-PL"/>
        </w:rPr>
        <w:t>ą prowadzić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badanie naukowe,</w:t>
      </w:r>
      <w:r w:rsidR="005241A0" w:rsidRPr="008A6EA9">
        <w:rPr>
          <w:rFonts w:ascii="Arial" w:hAnsi="Arial" w:cs="Arial"/>
          <w:lang w:val="pl-PL"/>
        </w:rPr>
        <w:t xml:space="preserve"> w celu prezentacji projektu lub udzielenia </w:t>
      </w:r>
      <w:r w:rsidRPr="008A6EA9">
        <w:rPr>
          <w:rFonts w:ascii="Arial" w:hAnsi="Arial" w:cs="Arial"/>
          <w:lang w:val="pl-PL"/>
        </w:rPr>
        <w:t>wyjaśnień</w:t>
      </w:r>
      <w:r w:rsidR="005241A0" w:rsidRPr="008A6EA9">
        <w:rPr>
          <w:rFonts w:ascii="Arial" w:hAnsi="Arial" w:cs="Arial"/>
          <w:lang w:val="pl-PL"/>
        </w:rPr>
        <w:t xml:space="preserve">. </w:t>
      </w:r>
    </w:p>
    <w:p w14:paraId="3FF033B5" w14:textId="3B24BA9B" w:rsidR="00227A45" w:rsidRPr="00DC4462" w:rsidRDefault="00244FA8" w:rsidP="007A6754">
      <w:pPr>
        <w:pStyle w:val="Akapitzlist"/>
        <w:numPr>
          <w:ilvl w:val="2"/>
          <w:numId w:val="24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W przypadku uzasadnionych wątpliwości,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Przewodniczący</w:t>
      </w:r>
      <w:r w:rsidR="005241A0" w:rsidRPr="008A6EA9">
        <w:rPr>
          <w:rFonts w:ascii="Arial" w:hAnsi="Arial" w:cs="Arial"/>
          <w:lang w:val="pl-PL"/>
        </w:rPr>
        <w:t xml:space="preserve"> Komisji </w:t>
      </w:r>
      <w:r w:rsidRPr="008A6EA9">
        <w:rPr>
          <w:rFonts w:ascii="Arial" w:hAnsi="Arial" w:cs="Arial"/>
          <w:lang w:val="pl-PL"/>
        </w:rPr>
        <w:t>może zażądać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uzupełnienia</w:t>
      </w:r>
      <w:r w:rsidR="005241A0" w:rsidRPr="008A6EA9">
        <w:rPr>
          <w:rFonts w:ascii="Arial" w:hAnsi="Arial" w:cs="Arial"/>
          <w:lang w:val="pl-PL"/>
        </w:rPr>
        <w:t xml:space="preserve"> wniosk</w:t>
      </w:r>
      <w:r w:rsidRPr="008A6EA9">
        <w:rPr>
          <w:rFonts w:ascii="Arial" w:hAnsi="Arial" w:cs="Arial"/>
          <w:lang w:val="pl-PL"/>
        </w:rPr>
        <w:t xml:space="preserve">u </w:t>
      </w:r>
      <w:r w:rsidR="00830AF3" w:rsidRPr="008A6EA9">
        <w:rPr>
          <w:rFonts w:ascii="Arial" w:hAnsi="Arial" w:cs="Arial"/>
          <w:lang w:val="pl-PL"/>
        </w:rPr>
        <w:br/>
      </w:r>
      <w:r w:rsidRPr="008A6EA9">
        <w:rPr>
          <w:rFonts w:ascii="Arial" w:hAnsi="Arial" w:cs="Arial"/>
          <w:lang w:val="pl-PL"/>
        </w:rPr>
        <w:t>o dodatkowe dokumenty niezbę</w:t>
      </w:r>
      <w:r w:rsidR="005241A0" w:rsidRPr="008A6EA9">
        <w:rPr>
          <w:rFonts w:ascii="Arial" w:hAnsi="Arial" w:cs="Arial"/>
          <w:lang w:val="pl-PL"/>
        </w:rPr>
        <w:t xml:space="preserve">dne do rozpatrzenia wniosku </w:t>
      </w:r>
      <w:r w:rsidRPr="008A6EA9">
        <w:rPr>
          <w:rFonts w:ascii="Arial" w:hAnsi="Arial" w:cs="Arial"/>
          <w:lang w:val="pl-PL"/>
        </w:rPr>
        <w:t>wyznaczając</w:t>
      </w:r>
      <w:r w:rsidR="005241A0" w:rsidRPr="008A6EA9">
        <w:rPr>
          <w:rFonts w:ascii="Arial" w:hAnsi="Arial" w:cs="Arial"/>
          <w:lang w:val="pl-PL"/>
        </w:rPr>
        <w:t xml:space="preserve"> wnioskodawcy 14-</w:t>
      </w:r>
      <w:r w:rsidR="00E33AA4" w:rsidRPr="008A6EA9">
        <w:rPr>
          <w:rFonts w:ascii="Arial" w:hAnsi="Arial" w:cs="Arial"/>
          <w:lang w:val="pl-PL"/>
        </w:rPr>
        <w:t>d</w:t>
      </w:r>
      <w:r w:rsidR="005241A0" w:rsidRPr="008A6EA9">
        <w:rPr>
          <w:rFonts w:ascii="Arial" w:hAnsi="Arial" w:cs="Arial"/>
          <w:lang w:val="pl-PL"/>
        </w:rPr>
        <w:t>niowy termin na dostar</w:t>
      </w:r>
      <w:r w:rsidRPr="008A6EA9">
        <w:rPr>
          <w:rFonts w:ascii="Arial" w:hAnsi="Arial" w:cs="Arial"/>
          <w:lang w:val="pl-PL"/>
        </w:rPr>
        <w:t>czenie dokumentacji uzupełniają</w:t>
      </w:r>
      <w:r w:rsidR="005241A0" w:rsidRPr="008A6EA9">
        <w:rPr>
          <w:rFonts w:ascii="Arial" w:hAnsi="Arial" w:cs="Arial"/>
          <w:lang w:val="pl-PL"/>
        </w:rPr>
        <w:t xml:space="preserve">cej. </w:t>
      </w:r>
    </w:p>
    <w:p w14:paraId="7CFC895B" w14:textId="77777777" w:rsidR="00244FA8" w:rsidRPr="008A6EA9" w:rsidRDefault="00830AF3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17</w:t>
      </w:r>
      <w:r w:rsidR="005241A0" w:rsidRPr="008A6EA9">
        <w:rPr>
          <w:rFonts w:ascii="Arial" w:hAnsi="Arial" w:cs="Arial"/>
          <w:lang w:val="pl-PL"/>
        </w:rPr>
        <w:t>.</w:t>
      </w:r>
    </w:p>
    <w:p w14:paraId="7F2E69C2" w14:textId="77777777" w:rsidR="00244FA8" w:rsidRPr="008A6EA9" w:rsidRDefault="005241A0" w:rsidP="007A6754">
      <w:pPr>
        <w:pStyle w:val="Akapitzlist"/>
        <w:numPr>
          <w:ilvl w:val="0"/>
          <w:numId w:val="26"/>
        </w:numPr>
        <w:spacing w:before="0"/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Komisja </w:t>
      </w:r>
      <w:r w:rsidR="00244FA8" w:rsidRPr="008A6EA9">
        <w:rPr>
          <w:rFonts w:ascii="Arial" w:hAnsi="Arial" w:cs="Arial"/>
          <w:lang w:val="pl-PL"/>
        </w:rPr>
        <w:t>może</w:t>
      </w:r>
      <w:r w:rsidRPr="008A6EA9">
        <w:rPr>
          <w:rFonts w:ascii="Arial" w:hAnsi="Arial" w:cs="Arial"/>
          <w:lang w:val="pl-PL"/>
        </w:rPr>
        <w:t xml:space="preserve">: </w:t>
      </w:r>
    </w:p>
    <w:p w14:paraId="329C2180" w14:textId="77777777" w:rsidR="00E33AA4" w:rsidRPr="008A6EA9" w:rsidRDefault="00E33AA4" w:rsidP="007A6754">
      <w:pPr>
        <w:pStyle w:val="Akapitzlist"/>
        <w:numPr>
          <w:ilvl w:val="0"/>
          <w:numId w:val="40"/>
        </w:num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wyrazić zgodę na przeprowadzenie badań naukowych,</w:t>
      </w:r>
    </w:p>
    <w:p w14:paraId="2ABE063D" w14:textId="77777777" w:rsidR="00E33AA4" w:rsidRPr="008A6EA9" w:rsidRDefault="00E33AA4" w:rsidP="007A6754">
      <w:pPr>
        <w:pStyle w:val="Akapitzlist"/>
        <w:numPr>
          <w:ilvl w:val="0"/>
          <w:numId w:val="40"/>
        </w:num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nie wyrazić zgody na przeprowadzenie badań naukowych, </w:t>
      </w:r>
    </w:p>
    <w:p w14:paraId="57022AB9" w14:textId="77777777" w:rsidR="00E33AA4" w:rsidRPr="008A6EA9" w:rsidRDefault="00E33AA4" w:rsidP="007A6754">
      <w:pPr>
        <w:pStyle w:val="Akapitzlist"/>
        <w:numPr>
          <w:ilvl w:val="0"/>
          <w:numId w:val="40"/>
        </w:num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lastRenderedPageBreak/>
        <w:t>może wydać zgodę warunkowo zastrzegając konieczność dokonania zmian w procedurze.</w:t>
      </w:r>
    </w:p>
    <w:p w14:paraId="425810BC" w14:textId="0BD343D4" w:rsidR="00E33AA4" w:rsidRPr="00DC4462" w:rsidRDefault="005241A0" w:rsidP="007A6754">
      <w:pPr>
        <w:pStyle w:val="Akapitzlist"/>
        <w:numPr>
          <w:ilvl w:val="0"/>
          <w:numId w:val="26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Opinia negatywna podlega uzasadnieniu. </w:t>
      </w:r>
    </w:p>
    <w:p w14:paraId="4786C427" w14:textId="77777777" w:rsidR="00244FA8" w:rsidRPr="008A6EA9" w:rsidRDefault="0034285A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18</w:t>
      </w:r>
      <w:r w:rsidR="005241A0" w:rsidRPr="008A6EA9">
        <w:rPr>
          <w:rFonts w:ascii="Arial" w:hAnsi="Arial" w:cs="Arial"/>
          <w:lang w:val="pl-PL"/>
        </w:rPr>
        <w:t>.</w:t>
      </w:r>
    </w:p>
    <w:p w14:paraId="1BE43F99" w14:textId="2E06B45E" w:rsidR="0006743C" w:rsidRPr="008A6EA9" w:rsidRDefault="005241A0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Komisja </w:t>
      </w:r>
      <w:r w:rsidR="00244FA8" w:rsidRPr="008A6EA9">
        <w:rPr>
          <w:rFonts w:ascii="Arial" w:hAnsi="Arial" w:cs="Arial"/>
          <w:lang w:val="pl-PL"/>
        </w:rPr>
        <w:t>w terminie 7 dni od daty podję</w:t>
      </w:r>
      <w:r w:rsidRPr="008A6EA9">
        <w:rPr>
          <w:rFonts w:ascii="Arial" w:hAnsi="Arial" w:cs="Arial"/>
          <w:lang w:val="pl-PL"/>
        </w:rPr>
        <w:t>cia decyzji, przekazuje wnioskod</w:t>
      </w:r>
      <w:r w:rsidR="00244FA8" w:rsidRPr="008A6EA9">
        <w:rPr>
          <w:rFonts w:ascii="Arial" w:hAnsi="Arial" w:cs="Arial"/>
          <w:lang w:val="pl-PL"/>
        </w:rPr>
        <w:t>awcy pisemną informację</w:t>
      </w:r>
      <w:r w:rsidRPr="008A6EA9">
        <w:rPr>
          <w:rFonts w:ascii="Arial" w:hAnsi="Arial" w:cs="Arial"/>
          <w:lang w:val="pl-PL"/>
        </w:rPr>
        <w:t xml:space="preserve"> </w:t>
      </w:r>
      <w:r w:rsidR="00244FA8" w:rsidRPr="008A6EA9">
        <w:rPr>
          <w:rFonts w:ascii="Arial" w:hAnsi="Arial" w:cs="Arial"/>
          <w:lang w:val="pl-PL"/>
        </w:rPr>
        <w:t>o wynikach postę</w:t>
      </w:r>
      <w:r w:rsidRPr="008A6EA9">
        <w:rPr>
          <w:rFonts w:ascii="Arial" w:hAnsi="Arial" w:cs="Arial"/>
          <w:lang w:val="pl-PL"/>
        </w:rPr>
        <w:t>po</w:t>
      </w:r>
      <w:r w:rsidR="00244FA8" w:rsidRPr="008A6EA9">
        <w:rPr>
          <w:rFonts w:ascii="Arial" w:hAnsi="Arial" w:cs="Arial"/>
          <w:lang w:val="pl-PL"/>
        </w:rPr>
        <w:t>wania zgodnie z wzorem stanowiącym załą</w:t>
      </w:r>
      <w:r w:rsidRPr="008A6EA9">
        <w:rPr>
          <w:rFonts w:ascii="Arial" w:hAnsi="Arial" w:cs="Arial"/>
          <w:lang w:val="pl-PL"/>
        </w:rPr>
        <w:t xml:space="preserve">cznik nr 2. </w:t>
      </w:r>
    </w:p>
    <w:p w14:paraId="1E68919F" w14:textId="77777777" w:rsidR="00244FA8" w:rsidRPr="008A6EA9" w:rsidRDefault="0034285A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19</w:t>
      </w:r>
      <w:r w:rsidR="005241A0" w:rsidRPr="008A6EA9">
        <w:rPr>
          <w:rFonts w:ascii="Arial" w:hAnsi="Arial" w:cs="Arial"/>
          <w:lang w:val="pl-PL"/>
        </w:rPr>
        <w:t>.</w:t>
      </w:r>
    </w:p>
    <w:p w14:paraId="295D2DDD" w14:textId="451215CC" w:rsidR="0034285A" w:rsidRPr="008A6EA9" w:rsidRDefault="00244FA8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Odwołania</w:t>
      </w:r>
      <w:r w:rsidR="005241A0" w:rsidRPr="008A6EA9">
        <w:rPr>
          <w:rFonts w:ascii="Arial" w:hAnsi="Arial" w:cs="Arial"/>
          <w:lang w:val="pl-PL"/>
        </w:rPr>
        <w:t xml:space="preserve"> od decyzji Komisji mog</w:t>
      </w:r>
      <w:r w:rsidR="00C50F90"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być</w:t>
      </w:r>
      <w:r w:rsidR="005241A0" w:rsidRPr="008A6EA9">
        <w:rPr>
          <w:rFonts w:ascii="Arial" w:hAnsi="Arial" w:cs="Arial"/>
          <w:lang w:val="pl-PL"/>
        </w:rPr>
        <w:t xml:space="preserve"> kierowa</w:t>
      </w:r>
      <w:r w:rsidR="008B7ABB" w:rsidRPr="008A6EA9">
        <w:rPr>
          <w:rFonts w:ascii="Arial" w:hAnsi="Arial" w:cs="Arial"/>
          <w:lang w:val="pl-PL"/>
        </w:rPr>
        <w:t>ne do r</w:t>
      </w:r>
      <w:r w:rsidRPr="008A6EA9">
        <w:rPr>
          <w:rFonts w:ascii="Arial" w:hAnsi="Arial" w:cs="Arial"/>
          <w:lang w:val="pl-PL"/>
        </w:rPr>
        <w:t>ektora przez wnioskodawcó</w:t>
      </w:r>
      <w:r w:rsidR="005241A0" w:rsidRPr="008A6EA9">
        <w:rPr>
          <w:rFonts w:ascii="Arial" w:hAnsi="Arial" w:cs="Arial"/>
          <w:lang w:val="pl-PL"/>
        </w:rPr>
        <w:t xml:space="preserve">w za </w:t>
      </w:r>
      <w:r w:rsidRPr="008A6EA9">
        <w:rPr>
          <w:rFonts w:ascii="Arial" w:hAnsi="Arial" w:cs="Arial"/>
          <w:lang w:val="pl-PL"/>
        </w:rPr>
        <w:t>pośrednictwem</w:t>
      </w:r>
      <w:r w:rsidR="005241A0" w:rsidRPr="008A6EA9">
        <w:rPr>
          <w:rFonts w:ascii="Arial" w:hAnsi="Arial" w:cs="Arial"/>
          <w:lang w:val="pl-PL"/>
        </w:rPr>
        <w:t xml:space="preserve"> </w:t>
      </w:r>
      <w:r w:rsidRPr="008A6EA9">
        <w:rPr>
          <w:rFonts w:ascii="Arial" w:hAnsi="Arial" w:cs="Arial"/>
          <w:lang w:val="pl-PL"/>
        </w:rPr>
        <w:t>Przewodniczącego Komisji w ciągu dwó</w:t>
      </w:r>
      <w:r w:rsidR="005241A0" w:rsidRPr="008A6EA9">
        <w:rPr>
          <w:rFonts w:ascii="Arial" w:hAnsi="Arial" w:cs="Arial"/>
          <w:lang w:val="pl-PL"/>
        </w:rPr>
        <w:t xml:space="preserve">ch tygodni od dnia otrzymania decyzji. </w:t>
      </w:r>
      <w:r w:rsidRPr="008A6EA9">
        <w:rPr>
          <w:rFonts w:ascii="Arial" w:hAnsi="Arial" w:cs="Arial"/>
          <w:lang w:val="pl-PL"/>
        </w:rPr>
        <w:t>Decyzje podję</w:t>
      </w:r>
      <w:r w:rsidR="005241A0" w:rsidRPr="008A6EA9">
        <w:rPr>
          <w:rFonts w:ascii="Arial" w:hAnsi="Arial" w:cs="Arial"/>
          <w:lang w:val="pl-PL"/>
        </w:rPr>
        <w:t xml:space="preserve">te przez </w:t>
      </w:r>
      <w:r w:rsidR="008B7ABB" w:rsidRPr="008A6EA9">
        <w:rPr>
          <w:rFonts w:ascii="Arial" w:hAnsi="Arial" w:cs="Arial"/>
          <w:lang w:val="pl-PL"/>
        </w:rPr>
        <w:t>r</w:t>
      </w:r>
      <w:r w:rsidR="005241A0" w:rsidRPr="008A6EA9">
        <w:rPr>
          <w:rFonts w:ascii="Arial" w:hAnsi="Arial" w:cs="Arial"/>
          <w:lang w:val="pl-PL"/>
        </w:rPr>
        <w:t>ektora s</w:t>
      </w:r>
      <w:r w:rsidRPr="008A6EA9">
        <w:rPr>
          <w:rFonts w:ascii="Arial" w:hAnsi="Arial" w:cs="Arial"/>
          <w:lang w:val="pl-PL"/>
        </w:rPr>
        <w:t>ą</w:t>
      </w:r>
      <w:r w:rsidR="005241A0" w:rsidRPr="008A6EA9">
        <w:rPr>
          <w:rFonts w:ascii="Arial" w:hAnsi="Arial" w:cs="Arial"/>
          <w:lang w:val="pl-PL"/>
        </w:rPr>
        <w:t xml:space="preserve"> ostateczne. </w:t>
      </w:r>
    </w:p>
    <w:p w14:paraId="21E26DBC" w14:textId="61DB170D" w:rsidR="0006743C" w:rsidRPr="007E79CD" w:rsidRDefault="005241A0" w:rsidP="007A6754">
      <w:pPr>
        <w:pStyle w:val="Nagwek2"/>
        <w:spacing w:before="0"/>
        <w:rPr>
          <w:rFonts w:ascii="Arial" w:hAnsi="Arial" w:cs="Arial"/>
          <w:i/>
          <w:iCs/>
          <w:sz w:val="18"/>
          <w:szCs w:val="18"/>
          <w:lang w:val="pl-PL"/>
        </w:rPr>
      </w:pPr>
      <w:r w:rsidRPr="007E79CD">
        <w:rPr>
          <w:rFonts w:ascii="Arial" w:hAnsi="Arial" w:cs="Arial"/>
          <w:sz w:val="18"/>
          <w:szCs w:val="18"/>
          <w:lang w:val="pl-PL"/>
        </w:rPr>
        <w:t>V. POSTANOWIENIA KO</w:t>
      </w:r>
      <w:r w:rsidR="00244FA8" w:rsidRPr="007E79CD">
        <w:rPr>
          <w:rFonts w:ascii="Arial" w:hAnsi="Arial" w:cs="Arial"/>
          <w:sz w:val="18"/>
          <w:szCs w:val="18"/>
          <w:lang w:val="pl-PL"/>
        </w:rPr>
        <w:t>Ń</w:t>
      </w:r>
      <w:r w:rsidRPr="007E79CD">
        <w:rPr>
          <w:rFonts w:ascii="Arial" w:hAnsi="Arial" w:cs="Arial"/>
          <w:sz w:val="18"/>
          <w:szCs w:val="18"/>
          <w:lang w:val="pl-PL"/>
        </w:rPr>
        <w:t>COWE</w:t>
      </w:r>
    </w:p>
    <w:p w14:paraId="069888F6" w14:textId="77777777" w:rsidR="00244FA8" w:rsidRPr="008A6EA9" w:rsidRDefault="005241A0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2</w:t>
      </w:r>
      <w:r w:rsidR="0034285A" w:rsidRPr="008A6EA9">
        <w:rPr>
          <w:rFonts w:ascii="Arial" w:hAnsi="Arial" w:cs="Arial"/>
          <w:lang w:val="pl-PL"/>
        </w:rPr>
        <w:t>0</w:t>
      </w:r>
      <w:r w:rsidRPr="008A6EA9">
        <w:rPr>
          <w:rFonts w:ascii="Arial" w:hAnsi="Arial" w:cs="Arial"/>
          <w:lang w:val="pl-PL"/>
        </w:rPr>
        <w:t>.</w:t>
      </w:r>
    </w:p>
    <w:p w14:paraId="19D8E6B8" w14:textId="4C349779" w:rsidR="0006743C" w:rsidRPr="008A6EA9" w:rsidRDefault="005241A0" w:rsidP="007A6754">
      <w:pPr>
        <w:spacing w:before="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Osoba </w:t>
      </w:r>
      <w:r w:rsidR="00244FA8" w:rsidRPr="008A6EA9">
        <w:rPr>
          <w:rFonts w:ascii="Arial" w:hAnsi="Arial" w:cs="Arial"/>
          <w:lang w:val="pl-PL"/>
        </w:rPr>
        <w:t>prowadząca</w:t>
      </w:r>
      <w:r w:rsidRPr="008A6EA9">
        <w:rPr>
          <w:rFonts w:ascii="Arial" w:hAnsi="Arial" w:cs="Arial"/>
          <w:lang w:val="pl-PL"/>
        </w:rPr>
        <w:t xml:space="preserve"> </w:t>
      </w:r>
      <w:r w:rsidR="00244FA8" w:rsidRPr="008A6EA9">
        <w:rPr>
          <w:rFonts w:ascii="Arial" w:hAnsi="Arial" w:cs="Arial"/>
          <w:lang w:val="pl-PL"/>
        </w:rPr>
        <w:t>badanie zobowią</w:t>
      </w:r>
      <w:r w:rsidRPr="008A6EA9">
        <w:rPr>
          <w:rFonts w:ascii="Arial" w:hAnsi="Arial" w:cs="Arial"/>
          <w:lang w:val="pl-PL"/>
        </w:rPr>
        <w:t xml:space="preserve">zana jest </w:t>
      </w:r>
      <w:r w:rsidR="00244FA8" w:rsidRPr="008A6EA9">
        <w:rPr>
          <w:rFonts w:ascii="Arial" w:hAnsi="Arial" w:cs="Arial"/>
          <w:lang w:val="pl-PL"/>
        </w:rPr>
        <w:t>poinformować</w:t>
      </w:r>
      <w:r w:rsidRPr="008A6EA9">
        <w:rPr>
          <w:rFonts w:ascii="Arial" w:hAnsi="Arial" w:cs="Arial"/>
          <w:lang w:val="pl-PL"/>
        </w:rPr>
        <w:t xml:space="preserve"> osob</w:t>
      </w:r>
      <w:r w:rsidR="00244FA8" w:rsidRPr="008A6EA9">
        <w:rPr>
          <w:rFonts w:ascii="Arial" w:hAnsi="Arial" w:cs="Arial"/>
          <w:lang w:val="pl-PL"/>
        </w:rPr>
        <w:t>ę deklarującą chęć</w:t>
      </w:r>
      <w:r w:rsidRPr="008A6EA9">
        <w:rPr>
          <w:rFonts w:ascii="Arial" w:hAnsi="Arial" w:cs="Arial"/>
          <w:lang w:val="pl-PL"/>
        </w:rPr>
        <w:t xml:space="preserve"> uczestniczenia w </w:t>
      </w:r>
      <w:r w:rsidR="00244FA8" w:rsidRPr="008A6EA9">
        <w:rPr>
          <w:rFonts w:ascii="Arial" w:hAnsi="Arial" w:cs="Arial"/>
          <w:lang w:val="pl-PL"/>
        </w:rPr>
        <w:t>badaniu</w:t>
      </w:r>
      <w:r w:rsidRPr="008A6EA9">
        <w:rPr>
          <w:rFonts w:ascii="Arial" w:hAnsi="Arial" w:cs="Arial"/>
          <w:lang w:val="pl-PL"/>
        </w:rPr>
        <w:t xml:space="preserve"> o jego zakresie i </w:t>
      </w:r>
      <w:r w:rsidR="00244FA8" w:rsidRPr="008A6EA9">
        <w:rPr>
          <w:rFonts w:ascii="Arial" w:hAnsi="Arial" w:cs="Arial"/>
          <w:lang w:val="pl-PL"/>
        </w:rPr>
        <w:t>celowości</w:t>
      </w:r>
      <w:r w:rsidRPr="008A6EA9">
        <w:rPr>
          <w:rFonts w:ascii="Arial" w:hAnsi="Arial" w:cs="Arial"/>
          <w:lang w:val="pl-PL"/>
        </w:rPr>
        <w:t xml:space="preserve"> oraz </w:t>
      </w:r>
      <w:r w:rsidR="00244FA8" w:rsidRPr="008A6EA9">
        <w:rPr>
          <w:rFonts w:ascii="Arial" w:hAnsi="Arial" w:cs="Arial"/>
          <w:lang w:val="pl-PL"/>
        </w:rPr>
        <w:t>uzyskać</w:t>
      </w:r>
      <w:r w:rsidRPr="008A6EA9">
        <w:rPr>
          <w:rFonts w:ascii="Arial" w:hAnsi="Arial" w:cs="Arial"/>
          <w:lang w:val="pl-PL"/>
        </w:rPr>
        <w:t xml:space="preserve"> pisemn</w:t>
      </w:r>
      <w:r w:rsidR="00244FA8" w:rsidRPr="008A6EA9">
        <w:rPr>
          <w:rFonts w:ascii="Arial" w:hAnsi="Arial" w:cs="Arial"/>
          <w:lang w:val="pl-PL"/>
        </w:rPr>
        <w:t>ą zgodę</w:t>
      </w:r>
      <w:r w:rsidRPr="008A6EA9">
        <w:rPr>
          <w:rFonts w:ascii="Arial" w:hAnsi="Arial" w:cs="Arial"/>
          <w:lang w:val="pl-PL"/>
        </w:rPr>
        <w:t xml:space="preserve"> na uczestnictwo w planowanym </w:t>
      </w:r>
      <w:r w:rsidR="00244FA8" w:rsidRPr="008A6EA9">
        <w:rPr>
          <w:rFonts w:ascii="Arial" w:hAnsi="Arial" w:cs="Arial"/>
          <w:lang w:val="pl-PL"/>
        </w:rPr>
        <w:t>badaniu</w:t>
      </w:r>
      <w:r w:rsidRPr="008A6EA9">
        <w:rPr>
          <w:rFonts w:ascii="Arial" w:hAnsi="Arial" w:cs="Arial"/>
          <w:lang w:val="pl-PL"/>
        </w:rPr>
        <w:t xml:space="preserve">. </w:t>
      </w:r>
    </w:p>
    <w:p w14:paraId="3117F344" w14:textId="77777777" w:rsidR="00244FA8" w:rsidRPr="008A6EA9" w:rsidRDefault="005241A0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2</w:t>
      </w:r>
      <w:r w:rsidR="008B7ABB" w:rsidRPr="008A6EA9">
        <w:rPr>
          <w:rFonts w:ascii="Arial" w:hAnsi="Arial" w:cs="Arial"/>
          <w:lang w:val="pl-PL"/>
        </w:rPr>
        <w:t>1</w:t>
      </w:r>
      <w:r w:rsidRPr="008A6EA9">
        <w:rPr>
          <w:rFonts w:ascii="Arial" w:hAnsi="Arial" w:cs="Arial"/>
          <w:lang w:val="pl-PL"/>
        </w:rPr>
        <w:t>.</w:t>
      </w:r>
    </w:p>
    <w:p w14:paraId="7EDC4A0C" w14:textId="77777777" w:rsidR="0006743C" w:rsidRPr="008A6EA9" w:rsidRDefault="005241A0" w:rsidP="007A6754">
      <w:pPr>
        <w:pStyle w:val="Akapitzlist"/>
        <w:numPr>
          <w:ilvl w:val="2"/>
          <w:numId w:val="28"/>
        </w:numPr>
        <w:spacing w:before="0"/>
        <w:ind w:left="426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Osoba </w:t>
      </w:r>
      <w:r w:rsidR="00244FA8" w:rsidRPr="008A6EA9">
        <w:rPr>
          <w:rFonts w:ascii="Arial" w:hAnsi="Arial" w:cs="Arial"/>
          <w:lang w:val="pl-PL"/>
        </w:rPr>
        <w:t>prowadząca</w:t>
      </w:r>
      <w:r w:rsidRPr="008A6EA9">
        <w:rPr>
          <w:rFonts w:ascii="Arial" w:hAnsi="Arial" w:cs="Arial"/>
          <w:lang w:val="pl-PL"/>
        </w:rPr>
        <w:t xml:space="preserve"> </w:t>
      </w:r>
      <w:r w:rsidR="00244FA8" w:rsidRPr="008A6EA9">
        <w:rPr>
          <w:rFonts w:ascii="Arial" w:hAnsi="Arial" w:cs="Arial"/>
          <w:lang w:val="pl-PL"/>
        </w:rPr>
        <w:t>badania ma obowią</w:t>
      </w:r>
      <w:r w:rsidRPr="008A6EA9">
        <w:rPr>
          <w:rFonts w:ascii="Arial" w:hAnsi="Arial" w:cs="Arial"/>
          <w:lang w:val="pl-PL"/>
        </w:rPr>
        <w:t xml:space="preserve">zek </w:t>
      </w:r>
      <w:r w:rsidR="00244FA8" w:rsidRPr="008A6EA9">
        <w:rPr>
          <w:rFonts w:ascii="Arial" w:hAnsi="Arial" w:cs="Arial"/>
          <w:lang w:val="pl-PL"/>
        </w:rPr>
        <w:t>bezzwłocznego</w:t>
      </w:r>
      <w:r w:rsidRPr="008A6EA9">
        <w:rPr>
          <w:rFonts w:ascii="Arial" w:hAnsi="Arial" w:cs="Arial"/>
          <w:lang w:val="pl-PL"/>
        </w:rPr>
        <w:t xml:space="preserve"> </w:t>
      </w:r>
      <w:r w:rsidR="00244FA8" w:rsidRPr="008A6EA9">
        <w:rPr>
          <w:rFonts w:ascii="Arial" w:hAnsi="Arial" w:cs="Arial"/>
          <w:lang w:val="pl-PL"/>
        </w:rPr>
        <w:t>zgłaszania</w:t>
      </w:r>
      <w:r w:rsidRPr="008A6EA9">
        <w:rPr>
          <w:rFonts w:ascii="Arial" w:hAnsi="Arial" w:cs="Arial"/>
          <w:lang w:val="pl-PL"/>
        </w:rPr>
        <w:t xml:space="preserve"> Komisji wszelkich zmian i </w:t>
      </w:r>
      <w:r w:rsidR="00244FA8" w:rsidRPr="008A6EA9">
        <w:rPr>
          <w:rFonts w:ascii="Arial" w:hAnsi="Arial" w:cs="Arial"/>
          <w:lang w:val="pl-PL"/>
        </w:rPr>
        <w:t>odchyleń</w:t>
      </w:r>
      <w:r w:rsidRPr="008A6EA9">
        <w:rPr>
          <w:rFonts w:ascii="Arial" w:hAnsi="Arial" w:cs="Arial"/>
          <w:lang w:val="pl-PL"/>
        </w:rPr>
        <w:t xml:space="preserve"> od zatwierdzonego wniosku oraz informacji </w:t>
      </w:r>
      <w:r w:rsidR="00244FA8" w:rsidRPr="008A6EA9">
        <w:rPr>
          <w:rFonts w:ascii="Arial" w:hAnsi="Arial" w:cs="Arial"/>
          <w:lang w:val="pl-PL"/>
        </w:rPr>
        <w:t>o</w:t>
      </w:r>
      <w:r w:rsidRPr="008A6EA9">
        <w:rPr>
          <w:rFonts w:ascii="Arial" w:hAnsi="Arial" w:cs="Arial"/>
          <w:lang w:val="pl-PL"/>
        </w:rPr>
        <w:t xml:space="preserve"> </w:t>
      </w:r>
      <w:r w:rsidR="000E2282" w:rsidRPr="008A6EA9">
        <w:rPr>
          <w:rFonts w:ascii="Arial" w:hAnsi="Arial" w:cs="Arial"/>
          <w:lang w:val="pl-PL"/>
        </w:rPr>
        <w:t>poważnych</w:t>
      </w:r>
      <w:r w:rsidRPr="008A6EA9">
        <w:rPr>
          <w:rFonts w:ascii="Arial" w:hAnsi="Arial" w:cs="Arial"/>
          <w:lang w:val="pl-PL"/>
        </w:rPr>
        <w:t xml:space="preserve"> </w:t>
      </w:r>
      <w:r w:rsidR="000E2282" w:rsidRPr="008A6EA9">
        <w:rPr>
          <w:rFonts w:ascii="Arial" w:hAnsi="Arial" w:cs="Arial"/>
          <w:lang w:val="pl-PL"/>
        </w:rPr>
        <w:t>działaniach niepożądanych występują</w:t>
      </w:r>
      <w:r w:rsidRPr="008A6EA9">
        <w:rPr>
          <w:rFonts w:ascii="Arial" w:hAnsi="Arial" w:cs="Arial"/>
          <w:lang w:val="pl-PL"/>
        </w:rPr>
        <w:t xml:space="preserve">cych w trakcie </w:t>
      </w:r>
      <w:r w:rsidR="000E2282" w:rsidRPr="008A6EA9">
        <w:rPr>
          <w:rFonts w:ascii="Arial" w:hAnsi="Arial" w:cs="Arial"/>
          <w:lang w:val="pl-PL"/>
        </w:rPr>
        <w:t>badania</w:t>
      </w:r>
      <w:r w:rsidRPr="008A6EA9">
        <w:rPr>
          <w:rFonts w:ascii="Arial" w:hAnsi="Arial" w:cs="Arial"/>
          <w:lang w:val="pl-PL"/>
        </w:rPr>
        <w:t xml:space="preserve">. </w:t>
      </w:r>
    </w:p>
    <w:p w14:paraId="1337D519" w14:textId="668B7AC7" w:rsidR="0006743C" w:rsidRPr="00DC4462" w:rsidRDefault="000E2282" w:rsidP="007A6754">
      <w:pPr>
        <w:pStyle w:val="Akapitzlist"/>
        <w:numPr>
          <w:ilvl w:val="2"/>
          <w:numId w:val="28"/>
        </w:numPr>
        <w:spacing w:before="0"/>
        <w:ind w:left="425" w:hanging="357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Komisja ma prawo wglą</w:t>
      </w:r>
      <w:r w:rsidR="005241A0" w:rsidRPr="008A6EA9">
        <w:rPr>
          <w:rFonts w:ascii="Arial" w:hAnsi="Arial" w:cs="Arial"/>
          <w:lang w:val="pl-PL"/>
        </w:rPr>
        <w:t xml:space="preserve">du w </w:t>
      </w:r>
      <w:r w:rsidRPr="008A6EA9">
        <w:rPr>
          <w:rFonts w:ascii="Arial" w:hAnsi="Arial" w:cs="Arial"/>
          <w:lang w:val="pl-PL"/>
        </w:rPr>
        <w:t>dokumentację</w:t>
      </w:r>
      <w:r w:rsidR="005241A0" w:rsidRPr="008A6EA9">
        <w:rPr>
          <w:rFonts w:ascii="Arial" w:hAnsi="Arial" w:cs="Arial"/>
          <w:lang w:val="pl-PL"/>
        </w:rPr>
        <w:t xml:space="preserve"> prowadzonego </w:t>
      </w:r>
      <w:r w:rsidRPr="008A6EA9">
        <w:rPr>
          <w:rFonts w:ascii="Arial" w:hAnsi="Arial" w:cs="Arial"/>
          <w:lang w:val="pl-PL"/>
        </w:rPr>
        <w:t>badania</w:t>
      </w:r>
      <w:r w:rsidR="005241A0" w:rsidRPr="008A6EA9">
        <w:rPr>
          <w:rFonts w:ascii="Arial" w:hAnsi="Arial" w:cs="Arial"/>
          <w:lang w:val="pl-PL"/>
        </w:rPr>
        <w:t xml:space="preserve"> </w:t>
      </w:r>
      <w:r w:rsidR="0006743C" w:rsidRPr="008A6EA9">
        <w:rPr>
          <w:rFonts w:ascii="Arial" w:hAnsi="Arial" w:cs="Arial"/>
          <w:lang w:val="pl-PL"/>
        </w:rPr>
        <w:t>naukowego w czasie jego trwania</w:t>
      </w:r>
      <w:r w:rsidR="005241A0" w:rsidRPr="008A6EA9">
        <w:rPr>
          <w:rFonts w:ascii="Arial" w:hAnsi="Arial" w:cs="Arial"/>
          <w:lang w:val="pl-PL"/>
        </w:rPr>
        <w:t xml:space="preserve">. </w:t>
      </w:r>
    </w:p>
    <w:p w14:paraId="5FF6D6C7" w14:textId="77777777" w:rsidR="000E2282" w:rsidRPr="008A6EA9" w:rsidRDefault="005241A0" w:rsidP="007A6754">
      <w:pPr>
        <w:jc w:val="center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§ 2</w:t>
      </w:r>
      <w:r w:rsidR="008B7ABB" w:rsidRPr="008A6EA9">
        <w:rPr>
          <w:rFonts w:ascii="Arial" w:hAnsi="Arial" w:cs="Arial"/>
          <w:lang w:val="pl-PL"/>
        </w:rPr>
        <w:t>2</w:t>
      </w:r>
      <w:r w:rsidRPr="008A6EA9">
        <w:rPr>
          <w:rFonts w:ascii="Arial" w:hAnsi="Arial" w:cs="Arial"/>
          <w:lang w:val="pl-PL"/>
        </w:rPr>
        <w:t>.</w:t>
      </w:r>
    </w:p>
    <w:p w14:paraId="7DF73A54" w14:textId="58D7CDC7" w:rsidR="00E2137C" w:rsidRDefault="005241A0" w:rsidP="007A6754">
      <w:pPr>
        <w:spacing w:before="0" w:after="708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Komisja przechowuje dokumenty w</w:t>
      </w:r>
      <w:r w:rsidR="000E2282" w:rsidRPr="008A6EA9">
        <w:rPr>
          <w:rFonts w:ascii="Arial" w:hAnsi="Arial" w:cs="Arial"/>
          <w:lang w:val="pl-PL"/>
        </w:rPr>
        <w:t>niosku przez okres 5 lat. Po upł</w:t>
      </w:r>
      <w:r w:rsidRPr="008A6EA9">
        <w:rPr>
          <w:rFonts w:ascii="Arial" w:hAnsi="Arial" w:cs="Arial"/>
          <w:lang w:val="pl-PL"/>
        </w:rPr>
        <w:t>ywie 5 lat Komisja przekazuje dokumenty do archiwum Uczelni, zgodnie z obowi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>zuj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cymi w Uczelni procedurami. </w:t>
      </w:r>
    </w:p>
    <w:p w14:paraId="59E2780A" w14:textId="00D81DAE" w:rsidR="000E5D47" w:rsidRPr="007A6754" w:rsidRDefault="000E2282" w:rsidP="007A6754">
      <w:pPr>
        <w:spacing w:before="0"/>
        <w:ind w:left="5681" w:firstLine="79"/>
        <w:jc w:val="both"/>
        <w:rPr>
          <w:rFonts w:ascii="Arial" w:hAnsi="Arial" w:cs="Arial"/>
          <w:sz w:val="16"/>
          <w:lang w:val="pl-PL"/>
        </w:rPr>
      </w:pPr>
      <w:r w:rsidRPr="007A6754">
        <w:rPr>
          <w:rFonts w:ascii="Arial" w:hAnsi="Arial" w:cs="Arial"/>
          <w:sz w:val="16"/>
          <w:lang w:val="pl-PL"/>
        </w:rPr>
        <w:lastRenderedPageBreak/>
        <w:t xml:space="preserve">Załącznik </w:t>
      </w:r>
      <w:r w:rsidR="005241A0" w:rsidRPr="007A6754">
        <w:rPr>
          <w:rFonts w:ascii="Arial" w:hAnsi="Arial" w:cs="Arial"/>
          <w:sz w:val="16"/>
          <w:lang w:val="pl-PL"/>
        </w:rPr>
        <w:t xml:space="preserve">nr </w:t>
      </w:r>
      <w:r w:rsidR="00C12A3C" w:rsidRPr="007A6754">
        <w:rPr>
          <w:rFonts w:ascii="Arial" w:hAnsi="Arial" w:cs="Arial"/>
          <w:sz w:val="16"/>
          <w:lang w:val="pl-PL"/>
        </w:rPr>
        <w:t>1</w:t>
      </w:r>
      <w:r w:rsidR="005241A0" w:rsidRPr="007A6754">
        <w:rPr>
          <w:rFonts w:ascii="Arial" w:hAnsi="Arial" w:cs="Arial"/>
          <w:sz w:val="16"/>
          <w:lang w:val="pl-PL"/>
        </w:rPr>
        <w:t xml:space="preserve"> do Reg</w:t>
      </w:r>
      <w:r w:rsidRPr="007A6754">
        <w:rPr>
          <w:rFonts w:ascii="Arial" w:hAnsi="Arial" w:cs="Arial"/>
          <w:sz w:val="16"/>
          <w:lang w:val="pl-PL"/>
        </w:rPr>
        <w:t xml:space="preserve">ulaminu </w:t>
      </w:r>
      <w:r w:rsidR="000E5D47" w:rsidRPr="007A6754">
        <w:rPr>
          <w:rFonts w:ascii="Arial" w:hAnsi="Arial" w:cs="Arial"/>
          <w:sz w:val="16"/>
          <w:lang w:val="pl-PL"/>
        </w:rPr>
        <w:t>funkcjonowania</w:t>
      </w:r>
    </w:p>
    <w:p w14:paraId="6024004E" w14:textId="77777777" w:rsidR="000E5D47" w:rsidRPr="007A6754" w:rsidRDefault="000E2282" w:rsidP="007A6754">
      <w:pPr>
        <w:spacing w:before="0"/>
        <w:ind w:left="5604" w:firstLine="156"/>
        <w:jc w:val="both"/>
        <w:rPr>
          <w:rFonts w:ascii="Arial" w:hAnsi="Arial" w:cs="Arial"/>
          <w:sz w:val="16"/>
          <w:lang w:val="pl-PL"/>
        </w:rPr>
      </w:pPr>
      <w:r w:rsidRPr="007A6754">
        <w:rPr>
          <w:rFonts w:ascii="Arial" w:hAnsi="Arial" w:cs="Arial"/>
          <w:sz w:val="16"/>
          <w:lang w:val="pl-PL"/>
        </w:rPr>
        <w:t>Kom</w:t>
      </w:r>
      <w:r w:rsidR="00DD3230" w:rsidRPr="007A6754">
        <w:rPr>
          <w:rFonts w:ascii="Arial" w:hAnsi="Arial" w:cs="Arial"/>
          <w:sz w:val="16"/>
          <w:lang w:val="pl-PL"/>
        </w:rPr>
        <w:t>isji ds. e</w:t>
      </w:r>
      <w:r w:rsidR="005241A0" w:rsidRPr="007A6754">
        <w:rPr>
          <w:rFonts w:ascii="Arial" w:hAnsi="Arial" w:cs="Arial"/>
          <w:sz w:val="16"/>
          <w:lang w:val="pl-PL"/>
        </w:rPr>
        <w:t xml:space="preserve">tyki </w:t>
      </w:r>
      <w:r w:rsidR="00DD3230" w:rsidRPr="007A6754">
        <w:rPr>
          <w:rFonts w:ascii="Arial" w:hAnsi="Arial" w:cs="Arial"/>
          <w:sz w:val="16"/>
          <w:lang w:val="pl-PL"/>
        </w:rPr>
        <w:t>b</w:t>
      </w:r>
      <w:r w:rsidR="00EC135A" w:rsidRPr="007A6754">
        <w:rPr>
          <w:rFonts w:ascii="Arial" w:hAnsi="Arial" w:cs="Arial"/>
          <w:sz w:val="16"/>
          <w:lang w:val="pl-PL"/>
        </w:rPr>
        <w:t>adań</w:t>
      </w:r>
      <w:r w:rsidR="00DD3230" w:rsidRPr="007A6754">
        <w:rPr>
          <w:rFonts w:ascii="Arial" w:hAnsi="Arial" w:cs="Arial"/>
          <w:sz w:val="16"/>
          <w:lang w:val="pl-PL"/>
        </w:rPr>
        <w:t xml:space="preserve"> n</w:t>
      </w:r>
      <w:r w:rsidR="000E5D47" w:rsidRPr="007A6754">
        <w:rPr>
          <w:rFonts w:ascii="Arial" w:hAnsi="Arial" w:cs="Arial"/>
          <w:sz w:val="16"/>
          <w:lang w:val="pl-PL"/>
        </w:rPr>
        <w:t>aukowych</w:t>
      </w:r>
    </w:p>
    <w:p w14:paraId="2C10603B" w14:textId="7571AC86" w:rsidR="000E2282" w:rsidRPr="007A6754" w:rsidRDefault="000E5D47" w:rsidP="007A6754">
      <w:pPr>
        <w:spacing w:before="0"/>
        <w:ind w:left="5528" w:firstLine="232"/>
        <w:jc w:val="both"/>
        <w:rPr>
          <w:rFonts w:ascii="Arial" w:hAnsi="Arial" w:cs="Arial"/>
          <w:sz w:val="16"/>
          <w:lang w:val="pl-PL"/>
        </w:rPr>
      </w:pPr>
      <w:r w:rsidRPr="007A6754">
        <w:rPr>
          <w:rFonts w:ascii="Arial" w:hAnsi="Arial" w:cs="Arial"/>
          <w:sz w:val="16"/>
          <w:lang w:val="pl-PL"/>
        </w:rPr>
        <w:t>Collegium Witelona Uczelnia Państwowa</w:t>
      </w:r>
    </w:p>
    <w:p w14:paraId="0B48831D" w14:textId="5B15EDE8" w:rsidR="00C17B8A" w:rsidRPr="007E79CD" w:rsidRDefault="005241A0" w:rsidP="007E6CF4">
      <w:pPr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>Nr wniosk</w:t>
      </w:r>
      <w:r w:rsidR="000E2282" w:rsidRPr="008A6EA9">
        <w:rPr>
          <w:rFonts w:ascii="Arial" w:hAnsi="Arial" w:cs="Arial"/>
          <w:lang w:val="pl-PL"/>
        </w:rPr>
        <w:t>u</w:t>
      </w:r>
      <w:r w:rsidR="007E79CD">
        <w:rPr>
          <w:rFonts w:ascii="Arial" w:hAnsi="Arial" w:cs="Arial"/>
          <w:u w:val="dotted"/>
          <w:lang w:val="pl-PL"/>
        </w:rPr>
        <w:tab/>
      </w:r>
      <w:r w:rsidR="007E79CD">
        <w:rPr>
          <w:rFonts w:ascii="Arial" w:hAnsi="Arial" w:cs="Arial"/>
          <w:u w:val="dotted"/>
          <w:lang w:val="pl-PL"/>
        </w:rPr>
        <w:tab/>
      </w:r>
      <w:r w:rsidR="007E79CD">
        <w:rPr>
          <w:rFonts w:ascii="Arial" w:hAnsi="Arial" w:cs="Arial"/>
          <w:u w:val="dotted"/>
          <w:lang w:val="pl-PL"/>
        </w:rPr>
        <w:tab/>
      </w:r>
    </w:p>
    <w:p w14:paraId="1C4D1D80" w14:textId="50144062" w:rsidR="00C17B8A" w:rsidRPr="00C85E8B" w:rsidRDefault="005241A0" w:rsidP="008A6EA9">
      <w:pPr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>(</w:t>
      </w:r>
      <w:r w:rsidR="000E2282" w:rsidRPr="008A6EA9">
        <w:rPr>
          <w:rFonts w:ascii="Arial" w:hAnsi="Arial" w:cs="Arial"/>
          <w:lang w:val="pl-PL"/>
        </w:rPr>
        <w:t>wypełnia</w:t>
      </w:r>
      <w:r w:rsidRPr="008A6EA9">
        <w:rPr>
          <w:rFonts w:ascii="Arial" w:hAnsi="Arial" w:cs="Arial"/>
          <w:lang w:val="pl-PL"/>
        </w:rPr>
        <w:t xml:space="preserve"> Komisja)</w:t>
      </w:r>
      <w:r w:rsidR="00C85E8B">
        <w:rPr>
          <w:rFonts w:ascii="Arial" w:hAnsi="Arial" w:cs="Arial"/>
          <w:u w:val="dotted"/>
          <w:lang w:val="pl-PL"/>
        </w:rPr>
        <w:tab/>
      </w:r>
      <w:r w:rsidR="00C85E8B">
        <w:rPr>
          <w:rFonts w:ascii="Arial" w:hAnsi="Arial" w:cs="Arial"/>
          <w:u w:val="dotted"/>
          <w:lang w:val="pl-PL"/>
        </w:rPr>
        <w:tab/>
      </w:r>
    </w:p>
    <w:p w14:paraId="0007121C" w14:textId="470FBE04" w:rsidR="00AA62B7" w:rsidRPr="007E79CD" w:rsidRDefault="005241A0" w:rsidP="007E6CF4">
      <w:pPr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 xml:space="preserve">Data </w:t>
      </w:r>
      <w:r w:rsidR="000E2282" w:rsidRPr="008A6EA9">
        <w:rPr>
          <w:rFonts w:ascii="Arial" w:hAnsi="Arial" w:cs="Arial"/>
          <w:lang w:val="pl-PL"/>
        </w:rPr>
        <w:t xml:space="preserve">złożenia wniosku: </w:t>
      </w:r>
      <w:r w:rsidR="007E79CD">
        <w:rPr>
          <w:rFonts w:ascii="Arial" w:hAnsi="Arial" w:cs="Arial"/>
          <w:u w:val="dotted"/>
          <w:lang w:val="pl-PL"/>
        </w:rPr>
        <w:tab/>
      </w:r>
      <w:r w:rsidR="007E79CD">
        <w:rPr>
          <w:rFonts w:ascii="Arial" w:hAnsi="Arial" w:cs="Arial"/>
          <w:u w:val="dotted"/>
          <w:lang w:val="pl-PL"/>
        </w:rPr>
        <w:tab/>
      </w:r>
    </w:p>
    <w:p w14:paraId="1EFE3AE5" w14:textId="758EBF66" w:rsidR="00DD3230" w:rsidRPr="008A6EA9" w:rsidRDefault="005241A0" w:rsidP="007E6CF4">
      <w:pPr>
        <w:jc w:val="center"/>
        <w:rPr>
          <w:rFonts w:ascii="Arial" w:hAnsi="Arial" w:cs="Arial"/>
          <w:b/>
          <w:lang w:val="pl-PL"/>
        </w:rPr>
      </w:pPr>
      <w:r w:rsidRPr="008A6EA9">
        <w:rPr>
          <w:rFonts w:ascii="Arial" w:hAnsi="Arial" w:cs="Arial"/>
          <w:b/>
          <w:lang w:val="pl-PL"/>
        </w:rPr>
        <w:t>WNIOSEK</w:t>
      </w:r>
    </w:p>
    <w:p w14:paraId="1A261552" w14:textId="0AC4CB1D" w:rsidR="000E2282" w:rsidRPr="008A6EA9" w:rsidRDefault="005241A0" w:rsidP="008A6EA9">
      <w:pPr>
        <w:jc w:val="both"/>
        <w:rPr>
          <w:rFonts w:ascii="Arial" w:hAnsi="Arial" w:cs="Arial"/>
          <w:b/>
          <w:lang w:val="pl-PL"/>
        </w:rPr>
      </w:pPr>
      <w:r w:rsidRPr="008A6EA9">
        <w:rPr>
          <w:rFonts w:ascii="Arial" w:hAnsi="Arial" w:cs="Arial"/>
          <w:b/>
          <w:lang w:val="pl-PL"/>
        </w:rPr>
        <w:t xml:space="preserve">do Komisji ds. </w:t>
      </w:r>
      <w:r w:rsidR="00DD3230" w:rsidRPr="008A6EA9">
        <w:rPr>
          <w:rFonts w:ascii="Arial" w:hAnsi="Arial" w:cs="Arial"/>
          <w:b/>
          <w:lang w:val="pl-PL"/>
        </w:rPr>
        <w:t>e</w:t>
      </w:r>
      <w:r w:rsidRPr="008A6EA9">
        <w:rPr>
          <w:rFonts w:ascii="Arial" w:hAnsi="Arial" w:cs="Arial"/>
          <w:b/>
          <w:lang w:val="pl-PL"/>
        </w:rPr>
        <w:t xml:space="preserve">tyki </w:t>
      </w:r>
      <w:r w:rsidR="00DD3230" w:rsidRPr="008A6EA9">
        <w:rPr>
          <w:rFonts w:ascii="Arial" w:hAnsi="Arial" w:cs="Arial"/>
          <w:b/>
          <w:lang w:val="pl-PL"/>
        </w:rPr>
        <w:t>b</w:t>
      </w:r>
      <w:r w:rsidR="00EC135A" w:rsidRPr="008A6EA9">
        <w:rPr>
          <w:rFonts w:ascii="Arial" w:hAnsi="Arial" w:cs="Arial"/>
          <w:b/>
          <w:lang w:val="pl-PL"/>
        </w:rPr>
        <w:t>adań</w:t>
      </w:r>
      <w:r w:rsidR="00DD3230" w:rsidRPr="008A6EA9">
        <w:rPr>
          <w:rFonts w:ascii="Arial" w:hAnsi="Arial" w:cs="Arial"/>
          <w:b/>
          <w:lang w:val="pl-PL"/>
        </w:rPr>
        <w:t xml:space="preserve"> </w:t>
      </w:r>
      <w:r w:rsidR="006C20F4">
        <w:rPr>
          <w:rFonts w:ascii="Arial" w:hAnsi="Arial" w:cs="Arial"/>
          <w:b/>
          <w:lang w:val="pl-PL"/>
        </w:rPr>
        <w:t>n</w:t>
      </w:r>
      <w:r w:rsidRPr="008A6EA9">
        <w:rPr>
          <w:rFonts w:ascii="Arial" w:hAnsi="Arial" w:cs="Arial"/>
          <w:b/>
          <w:lang w:val="pl-PL"/>
        </w:rPr>
        <w:t xml:space="preserve">aukowych </w:t>
      </w:r>
      <w:r w:rsidR="000E5D47" w:rsidRPr="008A6EA9">
        <w:rPr>
          <w:rFonts w:ascii="Arial" w:hAnsi="Arial" w:cs="Arial"/>
          <w:b/>
          <w:lang w:val="pl-PL"/>
        </w:rPr>
        <w:t>Collegium Witelona Uczelnia Państwowa</w:t>
      </w:r>
      <w:r w:rsidRPr="008A6EA9">
        <w:rPr>
          <w:rFonts w:ascii="Arial" w:hAnsi="Arial" w:cs="Arial"/>
          <w:b/>
          <w:lang w:val="pl-PL"/>
        </w:rPr>
        <w:t xml:space="preserve"> w sprawie </w:t>
      </w:r>
      <w:r w:rsidR="000E2282" w:rsidRPr="008A6EA9">
        <w:rPr>
          <w:rFonts w:ascii="Arial" w:hAnsi="Arial" w:cs="Arial"/>
          <w:b/>
          <w:lang w:val="pl-PL"/>
        </w:rPr>
        <w:t>wyrażenia</w:t>
      </w:r>
      <w:r w:rsidRPr="008A6EA9">
        <w:rPr>
          <w:rFonts w:ascii="Arial" w:hAnsi="Arial" w:cs="Arial"/>
          <w:b/>
          <w:lang w:val="pl-PL"/>
        </w:rPr>
        <w:t xml:space="preserve"> opinii </w:t>
      </w:r>
      <w:r w:rsidR="00DD3230" w:rsidRPr="008A6EA9">
        <w:rPr>
          <w:rFonts w:ascii="Arial" w:hAnsi="Arial" w:cs="Arial"/>
          <w:b/>
          <w:lang w:val="pl-PL"/>
        </w:rPr>
        <w:br/>
      </w:r>
      <w:r w:rsidR="000E2282" w:rsidRPr="008A6EA9">
        <w:rPr>
          <w:rFonts w:ascii="Arial" w:hAnsi="Arial" w:cs="Arial"/>
          <w:b/>
          <w:lang w:val="pl-PL"/>
        </w:rPr>
        <w:t>o</w:t>
      </w:r>
      <w:r w:rsidRPr="008A6EA9">
        <w:rPr>
          <w:rFonts w:ascii="Arial" w:hAnsi="Arial" w:cs="Arial"/>
          <w:b/>
          <w:lang w:val="pl-PL"/>
        </w:rPr>
        <w:t xml:space="preserve"> projekcie badawczym z </w:t>
      </w:r>
      <w:r w:rsidR="000E2282" w:rsidRPr="008A6EA9">
        <w:rPr>
          <w:rFonts w:ascii="Arial" w:hAnsi="Arial" w:cs="Arial"/>
          <w:b/>
          <w:lang w:val="pl-PL"/>
        </w:rPr>
        <w:t>udziałem</w:t>
      </w:r>
      <w:r w:rsidRPr="008A6EA9">
        <w:rPr>
          <w:rFonts w:ascii="Arial" w:hAnsi="Arial" w:cs="Arial"/>
          <w:b/>
          <w:lang w:val="pl-PL"/>
        </w:rPr>
        <w:t xml:space="preserve"> ludzi </w:t>
      </w:r>
    </w:p>
    <w:p w14:paraId="453739FC" w14:textId="5F295AC7" w:rsidR="00EF22BE" w:rsidRPr="009001BB" w:rsidRDefault="005241A0" w:rsidP="009001BB">
      <w:pPr>
        <w:pStyle w:val="Akapitzlist"/>
        <w:numPr>
          <w:ilvl w:val="0"/>
          <w:numId w:val="35"/>
        </w:numPr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>Nazwa projektu badawczego:</w:t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</w:p>
    <w:p w14:paraId="0137171A" w14:textId="76D1A013" w:rsidR="00EF22BE" w:rsidRPr="009001BB" w:rsidRDefault="000E2282" w:rsidP="009001BB">
      <w:pPr>
        <w:pStyle w:val="Akapitzlist"/>
        <w:numPr>
          <w:ilvl w:val="0"/>
          <w:numId w:val="35"/>
        </w:numPr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>Wnioskujący</w:t>
      </w:r>
      <w:r w:rsidR="005241A0" w:rsidRPr="00EF22BE">
        <w:rPr>
          <w:rFonts w:ascii="Arial" w:hAnsi="Arial" w:cs="Arial"/>
          <w:lang w:val="pl-PL"/>
        </w:rPr>
        <w:t xml:space="preserve">/podstawowa jednostka organizacyjna (w </w:t>
      </w:r>
      <w:r w:rsidRPr="00EF22BE">
        <w:rPr>
          <w:rFonts w:ascii="Arial" w:hAnsi="Arial" w:cs="Arial"/>
          <w:lang w:val="pl-PL"/>
        </w:rPr>
        <w:t>badaniach</w:t>
      </w:r>
      <w:r w:rsidR="005241A0" w:rsidRPr="00EF22BE">
        <w:rPr>
          <w:rFonts w:ascii="Arial" w:hAnsi="Arial" w:cs="Arial"/>
          <w:lang w:val="pl-PL"/>
        </w:rPr>
        <w:t xml:space="preserve"> wieloo</w:t>
      </w:r>
      <w:r w:rsidRPr="00EF22BE">
        <w:rPr>
          <w:rFonts w:ascii="Arial" w:hAnsi="Arial" w:cs="Arial"/>
          <w:lang w:val="pl-PL"/>
        </w:rPr>
        <w:t>ś</w:t>
      </w:r>
      <w:r w:rsidR="005241A0" w:rsidRPr="00EF22BE">
        <w:rPr>
          <w:rFonts w:ascii="Arial" w:hAnsi="Arial" w:cs="Arial"/>
          <w:lang w:val="pl-PL"/>
        </w:rPr>
        <w:t xml:space="preserve">rodkowych </w:t>
      </w:r>
      <w:r w:rsidR="00C84504" w:rsidRPr="00EF22BE">
        <w:rPr>
          <w:rFonts w:ascii="Arial" w:hAnsi="Arial" w:cs="Arial"/>
          <w:lang w:val="pl-PL"/>
        </w:rPr>
        <w:t xml:space="preserve">należy </w:t>
      </w:r>
      <w:r w:rsidRPr="00EF22BE">
        <w:rPr>
          <w:rFonts w:ascii="Arial" w:hAnsi="Arial" w:cs="Arial"/>
          <w:lang w:val="pl-PL"/>
        </w:rPr>
        <w:t>wymienić</w:t>
      </w:r>
      <w:r w:rsidR="005241A0" w:rsidRPr="00EF22BE">
        <w:rPr>
          <w:rFonts w:ascii="Arial" w:hAnsi="Arial" w:cs="Arial"/>
          <w:lang w:val="pl-PL"/>
        </w:rPr>
        <w:t xml:space="preserve"> wszystkie </w:t>
      </w:r>
      <w:r w:rsidRPr="00EF22BE">
        <w:rPr>
          <w:rFonts w:ascii="Arial" w:hAnsi="Arial" w:cs="Arial"/>
          <w:lang w:val="pl-PL"/>
        </w:rPr>
        <w:t>ośrodki</w:t>
      </w:r>
      <w:r w:rsidR="005241A0" w:rsidRPr="00EF22BE">
        <w:rPr>
          <w:rFonts w:ascii="Arial" w:hAnsi="Arial" w:cs="Arial"/>
          <w:lang w:val="pl-PL"/>
        </w:rPr>
        <w:t>):</w:t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</w:p>
    <w:p w14:paraId="081C78D1" w14:textId="6E442646" w:rsidR="000E2282" w:rsidRPr="009001BB" w:rsidRDefault="005241A0" w:rsidP="009001BB">
      <w:pPr>
        <w:pStyle w:val="Akapitzlist"/>
        <w:numPr>
          <w:ilvl w:val="0"/>
          <w:numId w:val="35"/>
        </w:numPr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>Kierownik podstawowej jednostki organizacyjnej:</w:t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EF22BE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</w:p>
    <w:p w14:paraId="7970D2F3" w14:textId="186F36F5" w:rsidR="00EF22BE" w:rsidRPr="009001BB" w:rsidRDefault="005241A0" w:rsidP="009001BB">
      <w:pPr>
        <w:pStyle w:val="Akapitzlist"/>
        <w:numPr>
          <w:ilvl w:val="0"/>
          <w:numId w:val="35"/>
        </w:numPr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 xml:space="preserve">Kierownik (promotor, opiekun) tematu badawczego nazwisko, </w:t>
      </w:r>
      <w:r w:rsidR="000E2282" w:rsidRPr="00EF22BE">
        <w:rPr>
          <w:rFonts w:ascii="Arial" w:hAnsi="Arial" w:cs="Arial"/>
          <w:lang w:val="pl-PL"/>
        </w:rPr>
        <w:t>tytuł</w:t>
      </w:r>
      <w:r w:rsidRPr="00EF22BE">
        <w:rPr>
          <w:rFonts w:ascii="Arial" w:hAnsi="Arial" w:cs="Arial"/>
          <w:lang w:val="pl-PL"/>
        </w:rPr>
        <w:t xml:space="preserve"> i </w:t>
      </w:r>
      <w:r w:rsidR="000E2282" w:rsidRPr="00EF22BE">
        <w:rPr>
          <w:rFonts w:ascii="Arial" w:hAnsi="Arial" w:cs="Arial"/>
          <w:lang w:val="pl-PL"/>
        </w:rPr>
        <w:t>stopień</w:t>
      </w:r>
      <w:r w:rsidRPr="00EF22BE">
        <w:rPr>
          <w:rFonts w:ascii="Arial" w:hAnsi="Arial" w:cs="Arial"/>
          <w:lang w:val="pl-PL"/>
        </w:rPr>
        <w:t xml:space="preserve"> na</w:t>
      </w:r>
      <w:r w:rsidR="000E2282" w:rsidRPr="00EF22BE">
        <w:rPr>
          <w:rFonts w:ascii="Arial" w:hAnsi="Arial" w:cs="Arial"/>
          <w:lang w:val="pl-PL"/>
        </w:rPr>
        <w:t>ukowy, specjalizacja, telefon i/</w:t>
      </w:r>
      <w:r w:rsidRPr="00EF22BE">
        <w:rPr>
          <w:rFonts w:ascii="Arial" w:hAnsi="Arial" w:cs="Arial"/>
          <w:lang w:val="pl-PL"/>
        </w:rPr>
        <w:t>lub e-mail kontaktowy)</w:t>
      </w:r>
      <w:r w:rsidR="00922F66">
        <w:rPr>
          <w:rFonts w:ascii="Arial" w:hAnsi="Arial" w:cs="Arial"/>
          <w:lang w:val="pl-PL"/>
        </w:rPr>
        <w:t>:</w:t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</w:p>
    <w:p w14:paraId="53C478E9" w14:textId="6A147947" w:rsidR="00EF22BE" w:rsidRDefault="006665D4" w:rsidP="009001BB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>Członkowie</w:t>
      </w:r>
      <w:r w:rsidR="005241A0" w:rsidRPr="00EF22BE">
        <w:rPr>
          <w:rFonts w:ascii="Arial" w:hAnsi="Arial" w:cs="Arial"/>
          <w:lang w:val="pl-PL"/>
        </w:rPr>
        <w:t xml:space="preserve"> </w:t>
      </w:r>
      <w:r w:rsidRPr="00EF22BE">
        <w:rPr>
          <w:rFonts w:ascii="Arial" w:hAnsi="Arial" w:cs="Arial"/>
          <w:lang w:val="pl-PL"/>
        </w:rPr>
        <w:t>zespołu</w:t>
      </w:r>
      <w:r w:rsidR="005241A0" w:rsidRPr="00EF22BE">
        <w:rPr>
          <w:rFonts w:ascii="Arial" w:hAnsi="Arial" w:cs="Arial"/>
          <w:lang w:val="pl-PL"/>
        </w:rPr>
        <w:t xml:space="preserve"> badawczego (imiona, nazwiska, </w:t>
      </w:r>
      <w:r w:rsidRPr="00EF22BE">
        <w:rPr>
          <w:rFonts w:ascii="Arial" w:hAnsi="Arial" w:cs="Arial"/>
          <w:lang w:val="pl-PL"/>
        </w:rPr>
        <w:t>tytuły</w:t>
      </w:r>
      <w:r w:rsidR="005241A0" w:rsidRPr="00EF22BE">
        <w:rPr>
          <w:rFonts w:ascii="Arial" w:hAnsi="Arial" w:cs="Arial"/>
          <w:lang w:val="pl-PL"/>
        </w:rPr>
        <w:t xml:space="preserve"> i stopnie naukowe, specjalizacje, stanowiska </w:t>
      </w:r>
      <w:r w:rsidRPr="00EF22BE">
        <w:rPr>
          <w:rFonts w:ascii="Arial" w:hAnsi="Arial" w:cs="Arial"/>
          <w:lang w:val="pl-PL"/>
        </w:rPr>
        <w:t>służbowe</w:t>
      </w:r>
      <w:r w:rsidR="005241A0" w:rsidRPr="00EF22BE">
        <w:rPr>
          <w:rFonts w:ascii="Arial" w:hAnsi="Arial" w:cs="Arial"/>
          <w:lang w:val="pl-PL"/>
        </w:rPr>
        <w:t xml:space="preserve">) ze wskazaniem osoby odpowiedzialnej za gromadzenie i przechowywanie dokumentacji </w:t>
      </w:r>
      <w:r w:rsidRPr="00EF22BE">
        <w:rPr>
          <w:rFonts w:ascii="Arial" w:hAnsi="Arial" w:cs="Arial"/>
          <w:lang w:val="pl-PL"/>
        </w:rPr>
        <w:t>badania</w:t>
      </w:r>
      <w:r w:rsidR="005241A0" w:rsidRPr="00EF22BE">
        <w:rPr>
          <w:rFonts w:ascii="Arial" w:hAnsi="Arial" w:cs="Arial"/>
          <w:lang w:val="pl-PL"/>
        </w:rPr>
        <w:t>:</w:t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</w:p>
    <w:p w14:paraId="7FFE8E88" w14:textId="487B22EE" w:rsidR="00EF22BE" w:rsidRPr="009001BB" w:rsidRDefault="005241A0" w:rsidP="009001BB">
      <w:pPr>
        <w:pStyle w:val="Akapitzlist"/>
        <w:numPr>
          <w:ilvl w:val="0"/>
          <w:numId w:val="35"/>
        </w:numPr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 xml:space="preserve">Temat </w:t>
      </w:r>
      <w:r w:rsidR="00745B36" w:rsidRPr="00EF22BE">
        <w:rPr>
          <w:rFonts w:ascii="Arial" w:hAnsi="Arial" w:cs="Arial"/>
          <w:lang w:val="pl-PL"/>
        </w:rPr>
        <w:t>badań</w:t>
      </w:r>
      <w:r w:rsidRPr="00EF22BE">
        <w:rPr>
          <w:rFonts w:ascii="Arial" w:hAnsi="Arial" w:cs="Arial"/>
          <w:lang w:val="pl-PL"/>
        </w:rPr>
        <w:t>:</w:t>
      </w:r>
      <w:r w:rsidR="00290991" w:rsidRPr="00EF22BE">
        <w:rPr>
          <w:rFonts w:ascii="Arial" w:hAnsi="Arial" w:cs="Arial"/>
          <w:lang w:val="pl-PL"/>
        </w:rPr>
        <w:t>.</w:t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 xml:space="preserve"> </w:t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</w:p>
    <w:p w14:paraId="30464A4B" w14:textId="77777777" w:rsidR="009001BB" w:rsidRDefault="005241A0" w:rsidP="009001BB">
      <w:pPr>
        <w:pStyle w:val="Akapitzlist"/>
        <w:numPr>
          <w:ilvl w:val="0"/>
          <w:numId w:val="35"/>
        </w:numPr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>Miejsce prowadzenia</w:t>
      </w:r>
      <w:r w:rsidR="00C85E8B" w:rsidRPr="00EF22BE">
        <w:rPr>
          <w:rFonts w:ascii="Arial" w:hAnsi="Arial" w:cs="Arial"/>
          <w:lang w:val="pl-PL"/>
        </w:rPr>
        <w:t xml:space="preserve"> </w:t>
      </w:r>
      <w:r w:rsidR="00745B36" w:rsidRPr="00EF22BE">
        <w:rPr>
          <w:rFonts w:ascii="Arial" w:hAnsi="Arial" w:cs="Arial"/>
          <w:lang w:val="pl-PL"/>
        </w:rPr>
        <w:t>badań</w:t>
      </w:r>
      <w:r w:rsidRPr="00EF22BE">
        <w:rPr>
          <w:rFonts w:ascii="Arial" w:hAnsi="Arial" w:cs="Arial"/>
          <w:lang w:val="pl-PL"/>
        </w:rPr>
        <w:t>:</w:t>
      </w:r>
    </w:p>
    <w:p w14:paraId="0B97D77F" w14:textId="5C071970" w:rsidR="00922F66" w:rsidRPr="009001BB" w:rsidRDefault="00922F66" w:rsidP="009001BB">
      <w:pPr>
        <w:pStyle w:val="Akapitzlist"/>
        <w:ind w:left="360"/>
        <w:rPr>
          <w:rFonts w:ascii="Arial" w:hAnsi="Arial" w:cs="Arial"/>
          <w:lang w:val="pl-PL"/>
        </w:rPr>
      </w:pP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</w:p>
    <w:p w14:paraId="5BB18C39" w14:textId="77777777" w:rsidR="009001BB" w:rsidRDefault="005241A0" w:rsidP="009001BB">
      <w:pPr>
        <w:pStyle w:val="Akapitzlist"/>
        <w:numPr>
          <w:ilvl w:val="0"/>
          <w:numId w:val="35"/>
        </w:numPr>
        <w:rPr>
          <w:rFonts w:ascii="Arial" w:hAnsi="Arial" w:cs="Arial"/>
          <w:lang w:val="pl-PL"/>
        </w:rPr>
      </w:pPr>
      <w:r w:rsidRPr="007E6CF4">
        <w:rPr>
          <w:rFonts w:ascii="Arial" w:hAnsi="Arial" w:cs="Arial"/>
          <w:lang w:val="pl-PL"/>
        </w:rPr>
        <w:t xml:space="preserve">Okres </w:t>
      </w:r>
      <w:r w:rsidR="00745B36" w:rsidRPr="007E6CF4">
        <w:rPr>
          <w:rFonts w:ascii="Arial" w:hAnsi="Arial" w:cs="Arial"/>
          <w:lang w:val="pl-PL"/>
        </w:rPr>
        <w:t>badań</w:t>
      </w:r>
      <w:r w:rsidR="006665D4" w:rsidRPr="007E6CF4">
        <w:rPr>
          <w:rFonts w:ascii="Arial" w:hAnsi="Arial" w:cs="Arial"/>
          <w:lang w:val="pl-PL"/>
        </w:rPr>
        <w:t>:</w:t>
      </w:r>
    </w:p>
    <w:p w14:paraId="281E136E" w14:textId="37EAB90E" w:rsidR="006665D4" w:rsidRPr="009001BB" w:rsidRDefault="00922F66" w:rsidP="009001BB">
      <w:pPr>
        <w:pStyle w:val="Akapitzlist"/>
        <w:ind w:left="360"/>
        <w:rPr>
          <w:rFonts w:ascii="Arial" w:hAnsi="Arial" w:cs="Arial"/>
          <w:u w:val="dotted"/>
          <w:lang w:val="pl-PL"/>
        </w:rPr>
      </w:pP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</w:p>
    <w:p w14:paraId="24DC2653" w14:textId="4250E257" w:rsidR="006665D4" w:rsidRPr="009001BB" w:rsidRDefault="006665D4" w:rsidP="009001BB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lang w:val="pl-PL"/>
        </w:rPr>
      </w:pPr>
      <w:r w:rsidRPr="007E6CF4">
        <w:rPr>
          <w:rFonts w:ascii="Arial" w:hAnsi="Arial" w:cs="Arial"/>
          <w:lang w:val="pl-PL"/>
        </w:rPr>
        <w:t>Przewidywany sposó</w:t>
      </w:r>
      <w:r w:rsidR="005241A0" w:rsidRPr="007E6CF4">
        <w:rPr>
          <w:rFonts w:ascii="Arial" w:hAnsi="Arial" w:cs="Arial"/>
          <w:lang w:val="pl-PL"/>
        </w:rPr>
        <w:t xml:space="preserve">b anonimizowania uzyskanych danych (w </w:t>
      </w:r>
      <w:r w:rsidRPr="007E6CF4">
        <w:rPr>
          <w:rFonts w:ascii="Arial" w:hAnsi="Arial" w:cs="Arial"/>
          <w:lang w:val="pl-PL"/>
        </w:rPr>
        <w:t>szczególności</w:t>
      </w:r>
      <w:r w:rsidR="005241A0" w:rsidRPr="007E6CF4">
        <w:rPr>
          <w:rFonts w:ascii="Arial" w:hAnsi="Arial" w:cs="Arial"/>
          <w:lang w:val="pl-PL"/>
        </w:rPr>
        <w:t xml:space="preserve"> danych osobowych uczestnik</w:t>
      </w:r>
      <w:r w:rsidRPr="007E6CF4">
        <w:rPr>
          <w:rFonts w:ascii="Arial" w:hAnsi="Arial" w:cs="Arial"/>
          <w:lang w:val="pl-PL"/>
        </w:rPr>
        <w:t>ó</w:t>
      </w:r>
      <w:r w:rsidR="005241A0" w:rsidRPr="007E6CF4">
        <w:rPr>
          <w:rFonts w:ascii="Arial" w:hAnsi="Arial" w:cs="Arial"/>
          <w:lang w:val="pl-PL"/>
        </w:rPr>
        <w:t xml:space="preserve">w </w:t>
      </w:r>
      <w:r w:rsidRPr="007E6CF4">
        <w:rPr>
          <w:rFonts w:ascii="Arial" w:hAnsi="Arial" w:cs="Arial"/>
          <w:lang w:val="pl-PL"/>
        </w:rPr>
        <w:t>badania</w:t>
      </w:r>
      <w:r w:rsidR="005241A0" w:rsidRPr="007E6CF4">
        <w:rPr>
          <w:rFonts w:ascii="Arial" w:hAnsi="Arial" w:cs="Arial"/>
          <w:lang w:val="pl-PL"/>
        </w:rPr>
        <w:t>):</w:t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5241A0" w:rsidRPr="009001BB">
        <w:rPr>
          <w:rFonts w:ascii="Arial" w:hAnsi="Arial" w:cs="Arial"/>
          <w:lang w:val="pl-PL"/>
        </w:rPr>
        <w:t xml:space="preserve"> </w:t>
      </w:r>
    </w:p>
    <w:p w14:paraId="2CB6FCF2" w14:textId="01410742" w:rsidR="006665D4" w:rsidRPr="009001BB" w:rsidRDefault="005241A0" w:rsidP="009001BB">
      <w:pPr>
        <w:pStyle w:val="Akapitzlist"/>
        <w:numPr>
          <w:ilvl w:val="0"/>
          <w:numId w:val="35"/>
        </w:numPr>
        <w:rPr>
          <w:rFonts w:ascii="Arial" w:hAnsi="Arial" w:cs="Arial"/>
          <w:u w:val="dotted"/>
          <w:lang w:val="pl-PL"/>
        </w:rPr>
      </w:pPr>
      <w:r w:rsidRPr="007E6CF4">
        <w:rPr>
          <w:rFonts w:ascii="Arial" w:hAnsi="Arial" w:cs="Arial"/>
          <w:lang w:val="pl-PL"/>
        </w:rPr>
        <w:t>Przewidywany spos</w:t>
      </w:r>
      <w:r w:rsidR="006665D4" w:rsidRPr="007E6CF4">
        <w:rPr>
          <w:rFonts w:ascii="Arial" w:hAnsi="Arial" w:cs="Arial"/>
          <w:lang w:val="pl-PL"/>
        </w:rPr>
        <w:t>ób przechowywania danych:</w:t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lastRenderedPageBreak/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 w:rsidRP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</w:p>
    <w:p w14:paraId="1197834F" w14:textId="44997353" w:rsidR="00EF22BE" w:rsidRPr="009001BB" w:rsidRDefault="005241A0" w:rsidP="009001BB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lang w:val="pl-PL"/>
        </w:rPr>
      </w:pPr>
      <w:r w:rsidRPr="00C85E8B">
        <w:rPr>
          <w:rFonts w:ascii="Arial" w:hAnsi="Arial" w:cs="Arial"/>
          <w:lang w:val="pl-PL"/>
        </w:rPr>
        <w:t>Przewidywany spos</w:t>
      </w:r>
      <w:r w:rsidR="006665D4" w:rsidRPr="00C85E8B">
        <w:rPr>
          <w:rFonts w:ascii="Arial" w:hAnsi="Arial" w:cs="Arial"/>
          <w:lang w:val="pl-PL"/>
        </w:rPr>
        <w:t>ób udostęp</w:t>
      </w:r>
      <w:r w:rsidRPr="00C85E8B">
        <w:rPr>
          <w:rFonts w:ascii="Arial" w:hAnsi="Arial" w:cs="Arial"/>
          <w:lang w:val="pl-PL"/>
        </w:rPr>
        <w:t>niania wynik</w:t>
      </w:r>
      <w:r w:rsidR="006665D4" w:rsidRPr="00C85E8B">
        <w:rPr>
          <w:rFonts w:ascii="Arial" w:hAnsi="Arial" w:cs="Arial"/>
          <w:lang w:val="pl-PL"/>
        </w:rPr>
        <w:t>ó</w:t>
      </w:r>
      <w:r w:rsidRPr="00C85E8B">
        <w:rPr>
          <w:rFonts w:ascii="Arial" w:hAnsi="Arial" w:cs="Arial"/>
          <w:lang w:val="pl-PL"/>
        </w:rPr>
        <w:t xml:space="preserve">w </w:t>
      </w:r>
      <w:r w:rsidR="00745B36" w:rsidRPr="00C85E8B">
        <w:rPr>
          <w:rFonts w:ascii="Arial" w:hAnsi="Arial" w:cs="Arial"/>
          <w:lang w:val="pl-PL"/>
        </w:rPr>
        <w:t>badań</w:t>
      </w:r>
      <w:r w:rsidRPr="00C85E8B">
        <w:rPr>
          <w:rFonts w:ascii="Arial" w:hAnsi="Arial" w:cs="Arial"/>
          <w:lang w:val="pl-PL"/>
        </w:rPr>
        <w:t>:</w:t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22F66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C2E57" w:rsidRP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  <w:r w:rsidR="009001BB">
        <w:rPr>
          <w:rFonts w:ascii="Arial" w:hAnsi="Arial" w:cs="Arial"/>
          <w:u w:val="dotted"/>
          <w:lang w:val="pl-PL"/>
        </w:rPr>
        <w:tab/>
      </w:r>
    </w:p>
    <w:p w14:paraId="798396C5" w14:textId="012E567E" w:rsidR="006665D4" w:rsidRPr="00C85E8B" w:rsidRDefault="005241A0" w:rsidP="00EF22BE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lang w:val="pl-PL"/>
        </w:rPr>
      </w:pPr>
      <w:r w:rsidRPr="00C85E8B">
        <w:rPr>
          <w:rFonts w:ascii="Arial" w:hAnsi="Arial" w:cs="Arial"/>
          <w:lang w:val="pl-PL"/>
        </w:rPr>
        <w:t xml:space="preserve">Informacje </w:t>
      </w:r>
      <w:r w:rsidR="006665D4" w:rsidRPr="00C85E8B">
        <w:rPr>
          <w:rFonts w:ascii="Arial" w:hAnsi="Arial" w:cs="Arial"/>
          <w:lang w:val="pl-PL"/>
        </w:rPr>
        <w:t>o</w:t>
      </w:r>
      <w:r w:rsidRPr="00C85E8B">
        <w:rPr>
          <w:rFonts w:ascii="Arial" w:hAnsi="Arial" w:cs="Arial"/>
          <w:lang w:val="pl-PL"/>
        </w:rPr>
        <w:t xml:space="preserve"> </w:t>
      </w:r>
      <w:r w:rsidR="006665D4" w:rsidRPr="00C85E8B">
        <w:rPr>
          <w:rFonts w:ascii="Arial" w:hAnsi="Arial" w:cs="Arial"/>
          <w:lang w:val="pl-PL"/>
        </w:rPr>
        <w:t>badaniach</w:t>
      </w:r>
      <w:r w:rsidRPr="00C85E8B">
        <w:rPr>
          <w:rFonts w:ascii="Arial" w:hAnsi="Arial" w:cs="Arial"/>
          <w:lang w:val="pl-PL"/>
        </w:rPr>
        <w:t xml:space="preserve">, z </w:t>
      </w:r>
      <w:r w:rsidR="006665D4" w:rsidRPr="00C85E8B">
        <w:rPr>
          <w:rFonts w:ascii="Arial" w:hAnsi="Arial" w:cs="Arial"/>
          <w:lang w:val="pl-PL"/>
        </w:rPr>
        <w:t>uwzględnieniem</w:t>
      </w:r>
      <w:r w:rsidRPr="00C85E8B">
        <w:rPr>
          <w:rFonts w:ascii="Arial" w:hAnsi="Arial" w:cs="Arial"/>
          <w:lang w:val="pl-PL"/>
        </w:rPr>
        <w:t xml:space="preserve"> aspekt</w:t>
      </w:r>
      <w:r w:rsidR="006665D4" w:rsidRPr="00C85E8B">
        <w:rPr>
          <w:rFonts w:ascii="Arial" w:hAnsi="Arial" w:cs="Arial"/>
          <w:lang w:val="pl-PL"/>
        </w:rPr>
        <w:t>ó</w:t>
      </w:r>
      <w:r w:rsidRPr="00C85E8B">
        <w:rPr>
          <w:rFonts w:ascii="Arial" w:hAnsi="Arial" w:cs="Arial"/>
          <w:lang w:val="pl-PL"/>
        </w:rPr>
        <w:t xml:space="preserve">w prawno-etycznych i roli w nich </w:t>
      </w:r>
      <w:r w:rsidR="006665D4" w:rsidRPr="00C85E8B">
        <w:rPr>
          <w:rFonts w:ascii="Arial" w:hAnsi="Arial" w:cs="Arial"/>
          <w:lang w:val="pl-PL"/>
        </w:rPr>
        <w:t>człowieka jako podmiotu (j</w:t>
      </w:r>
      <w:r w:rsidRPr="00C85E8B">
        <w:rPr>
          <w:rFonts w:ascii="Arial" w:hAnsi="Arial" w:cs="Arial"/>
          <w:lang w:val="pl-PL"/>
        </w:rPr>
        <w:t xml:space="preserve">ako </w:t>
      </w:r>
      <w:r w:rsidR="006665D4" w:rsidRPr="00C85E8B">
        <w:rPr>
          <w:rFonts w:ascii="Arial" w:hAnsi="Arial" w:cs="Arial"/>
          <w:lang w:val="pl-PL"/>
        </w:rPr>
        <w:t>załącznik</w:t>
      </w:r>
      <w:r w:rsidRPr="00C85E8B">
        <w:rPr>
          <w:rFonts w:ascii="Arial" w:hAnsi="Arial" w:cs="Arial"/>
          <w:lang w:val="pl-PL"/>
        </w:rPr>
        <w:t xml:space="preserve"> do wniosku), </w:t>
      </w:r>
      <w:r w:rsidR="006665D4" w:rsidRPr="00C85E8B">
        <w:rPr>
          <w:rFonts w:ascii="Arial" w:hAnsi="Arial" w:cs="Arial"/>
          <w:lang w:val="pl-PL"/>
        </w:rPr>
        <w:t>zawierający</w:t>
      </w:r>
      <w:r w:rsidRPr="00C85E8B">
        <w:rPr>
          <w:rFonts w:ascii="Arial" w:hAnsi="Arial" w:cs="Arial"/>
          <w:lang w:val="pl-PL"/>
        </w:rPr>
        <w:t xml:space="preserve">: </w:t>
      </w:r>
    </w:p>
    <w:p w14:paraId="483C0A5D" w14:textId="63AC5F40" w:rsidR="006665D4" w:rsidRPr="00EF22BE" w:rsidRDefault="007A6754" w:rsidP="00EF22BE">
      <w:pPr>
        <w:pStyle w:val="Akapitzlist"/>
        <w:numPr>
          <w:ilvl w:val="1"/>
          <w:numId w:val="36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</w:t>
      </w:r>
      <w:r w:rsidR="006665D4" w:rsidRPr="00EF22BE">
        <w:rPr>
          <w:rFonts w:ascii="Arial" w:hAnsi="Arial" w:cs="Arial"/>
          <w:lang w:val="pl-PL"/>
        </w:rPr>
        <w:t>ałożenia</w:t>
      </w:r>
      <w:r w:rsidR="005241A0" w:rsidRPr="00EF22BE">
        <w:rPr>
          <w:rFonts w:ascii="Arial" w:hAnsi="Arial" w:cs="Arial"/>
          <w:lang w:val="pl-PL"/>
        </w:rPr>
        <w:t xml:space="preserve"> teoretyczne </w:t>
      </w:r>
      <w:r w:rsidR="00745B36" w:rsidRPr="00EF22BE">
        <w:rPr>
          <w:rFonts w:ascii="Arial" w:hAnsi="Arial" w:cs="Arial"/>
          <w:lang w:val="pl-PL"/>
        </w:rPr>
        <w:t>badań</w:t>
      </w:r>
      <w:r>
        <w:rPr>
          <w:rFonts w:ascii="Arial" w:hAnsi="Arial" w:cs="Arial"/>
          <w:lang w:val="pl-PL"/>
        </w:rPr>
        <w:t>,</w:t>
      </w:r>
    </w:p>
    <w:p w14:paraId="426679DC" w14:textId="1D607BD6" w:rsidR="00B94505" w:rsidRPr="00EF22BE" w:rsidRDefault="007A6754" w:rsidP="00EF22BE">
      <w:pPr>
        <w:pStyle w:val="Akapitzlist"/>
        <w:numPr>
          <w:ilvl w:val="1"/>
          <w:numId w:val="36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k</w:t>
      </w:r>
      <w:r w:rsidR="006665D4" w:rsidRPr="00EF22BE">
        <w:rPr>
          <w:rFonts w:ascii="Arial" w:hAnsi="Arial" w:cs="Arial"/>
          <w:lang w:val="pl-PL"/>
        </w:rPr>
        <w:t>orzyści i ryzyka zwią</w:t>
      </w:r>
      <w:r w:rsidR="005241A0" w:rsidRPr="00EF22BE">
        <w:rPr>
          <w:rFonts w:ascii="Arial" w:hAnsi="Arial" w:cs="Arial"/>
          <w:lang w:val="pl-PL"/>
        </w:rPr>
        <w:t xml:space="preserve">zane </w:t>
      </w:r>
      <w:r w:rsidR="006665D4" w:rsidRPr="00EF22BE">
        <w:rPr>
          <w:rFonts w:ascii="Arial" w:hAnsi="Arial" w:cs="Arial"/>
          <w:lang w:val="pl-PL"/>
        </w:rPr>
        <w:t xml:space="preserve">z </w:t>
      </w:r>
      <w:r w:rsidR="005241A0" w:rsidRPr="00EF22BE">
        <w:rPr>
          <w:rFonts w:ascii="Arial" w:hAnsi="Arial" w:cs="Arial"/>
          <w:lang w:val="pl-PL"/>
        </w:rPr>
        <w:t>realizacj</w:t>
      </w:r>
      <w:r w:rsidR="006665D4" w:rsidRPr="00EF22BE">
        <w:rPr>
          <w:rFonts w:ascii="Arial" w:hAnsi="Arial" w:cs="Arial"/>
          <w:lang w:val="pl-PL"/>
        </w:rPr>
        <w:t>ą</w:t>
      </w:r>
      <w:r w:rsidR="005241A0" w:rsidRPr="00EF22BE">
        <w:rPr>
          <w:rFonts w:ascii="Arial" w:hAnsi="Arial" w:cs="Arial"/>
          <w:lang w:val="pl-PL"/>
        </w:rPr>
        <w:t xml:space="preserve"> proponowanego </w:t>
      </w:r>
      <w:r w:rsidR="006665D4" w:rsidRPr="00EF22BE">
        <w:rPr>
          <w:rFonts w:ascii="Arial" w:hAnsi="Arial" w:cs="Arial"/>
          <w:lang w:val="pl-PL"/>
        </w:rPr>
        <w:t>badania</w:t>
      </w:r>
      <w:r>
        <w:rPr>
          <w:rFonts w:ascii="Arial" w:hAnsi="Arial" w:cs="Arial"/>
          <w:lang w:val="pl-PL"/>
        </w:rPr>
        <w:t>,</w:t>
      </w:r>
      <w:r w:rsidR="005241A0" w:rsidRPr="00EF22BE">
        <w:rPr>
          <w:rFonts w:ascii="Arial" w:hAnsi="Arial" w:cs="Arial"/>
          <w:lang w:val="pl-PL"/>
        </w:rPr>
        <w:t xml:space="preserve"> </w:t>
      </w:r>
    </w:p>
    <w:p w14:paraId="705DD239" w14:textId="737FFD40" w:rsidR="006665D4" w:rsidRPr="00EF22BE" w:rsidRDefault="007A6754" w:rsidP="00EF22BE">
      <w:pPr>
        <w:pStyle w:val="Akapitzlist"/>
        <w:numPr>
          <w:ilvl w:val="1"/>
          <w:numId w:val="36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m</w:t>
      </w:r>
      <w:r w:rsidR="005241A0" w:rsidRPr="00EF22BE">
        <w:rPr>
          <w:rFonts w:ascii="Arial" w:hAnsi="Arial" w:cs="Arial"/>
          <w:lang w:val="pl-PL"/>
        </w:rPr>
        <w:t xml:space="preserve">etodyka </w:t>
      </w:r>
      <w:r w:rsidR="00EC135A" w:rsidRPr="00EF22BE">
        <w:rPr>
          <w:rFonts w:ascii="Arial" w:hAnsi="Arial" w:cs="Arial"/>
          <w:lang w:val="pl-PL"/>
        </w:rPr>
        <w:t>badań</w:t>
      </w:r>
      <w:r w:rsidR="005241A0" w:rsidRPr="00EF22BE">
        <w:rPr>
          <w:rFonts w:ascii="Arial" w:hAnsi="Arial" w:cs="Arial"/>
          <w:lang w:val="pl-PL"/>
        </w:rPr>
        <w:t xml:space="preserve"> (</w:t>
      </w:r>
      <w:r w:rsidR="006665D4" w:rsidRPr="00EF22BE">
        <w:rPr>
          <w:rFonts w:ascii="Arial" w:hAnsi="Arial" w:cs="Arial"/>
          <w:lang w:val="pl-PL"/>
        </w:rPr>
        <w:t>opisać</w:t>
      </w:r>
      <w:r w:rsidR="005241A0" w:rsidRPr="00EF22BE">
        <w:rPr>
          <w:rFonts w:ascii="Arial" w:hAnsi="Arial" w:cs="Arial"/>
          <w:lang w:val="pl-PL"/>
        </w:rPr>
        <w:t xml:space="preserve"> szczeg</w:t>
      </w:r>
      <w:r w:rsidR="006665D4" w:rsidRPr="00EF22BE">
        <w:rPr>
          <w:rFonts w:ascii="Arial" w:hAnsi="Arial" w:cs="Arial"/>
          <w:lang w:val="pl-PL"/>
        </w:rPr>
        <w:t>ół</w:t>
      </w:r>
      <w:r w:rsidR="005241A0" w:rsidRPr="00EF22BE">
        <w:rPr>
          <w:rFonts w:ascii="Arial" w:hAnsi="Arial" w:cs="Arial"/>
          <w:lang w:val="pl-PL"/>
        </w:rPr>
        <w:t>owo uczestnik</w:t>
      </w:r>
      <w:r w:rsidR="006665D4" w:rsidRPr="00EF22BE">
        <w:rPr>
          <w:rFonts w:ascii="Arial" w:hAnsi="Arial" w:cs="Arial"/>
          <w:lang w:val="pl-PL"/>
        </w:rPr>
        <w:t>ó</w:t>
      </w:r>
      <w:r w:rsidR="005241A0" w:rsidRPr="00EF22BE">
        <w:rPr>
          <w:rFonts w:ascii="Arial" w:hAnsi="Arial" w:cs="Arial"/>
          <w:lang w:val="pl-PL"/>
        </w:rPr>
        <w:t xml:space="preserve">w </w:t>
      </w:r>
      <w:r w:rsidR="006665D4" w:rsidRPr="00EF22BE">
        <w:rPr>
          <w:rFonts w:ascii="Arial" w:hAnsi="Arial" w:cs="Arial"/>
          <w:lang w:val="pl-PL"/>
        </w:rPr>
        <w:t>badania</w:t>
      </w:r>
      <w:r w:rsidR="005241A0" w:rsidRPr="00EF22BE">
        <w:rPr>
          <w:rFonts w:ascii="Arial" w:hAnsi="Arial" w:cs="Arial"/>
          <w:lang w:val="pl-PL"/>
        </w:rPr>
        <w:t xml:space="preserve"> or</w:t>
      </w:r>
      <w:r>
        <w:rPr>
          <w:rFonts w:ascii="Arial" w:hAnsi="Arial" w:cs="Arial"/>
          <w:lang w:val="pl-PL"/>
        </w:rPr>
        <w:t>az zastosowane metody badawcze),</w:t>
      </w:r>
      <w:r w:rsidR="005241A0" w:rsidRPr="00EF22BE">
        <w:rPr>
          <w:rFonts w:ascii="Arial" w:hAnsi="Arial" w:cs="Arial"/>
          <w:lang w:val="pl-PL"/>
        </w:rPr>
        <w:t xml:space="preserve"> </w:t>
      </w:r>
    </w:p>
    <w:p w14:paraId="5A56C4B9" w14:textId="4915C827" w:rsidR="006665D4" w:rsidRPr="00EF22BE" w:rsidRDefault="007A6754" w:rsidP="00EF22BE">
      <w:pPr>
        <w:pStyle w:val="Akapitzlist"/>
        <w:numPr>
          <w:ilvl w:val="1"/>
          <w:numId w:val="36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s</w:t>
      </w:r>
      <w:r w:rsidR="005241A0" w:rsidRPr="00EF22BE">
        <w:rPr>
          <w:rFonts w:ascii="Arial" w:hAnsi="Arial" w:cs="Arial"/>
          <w:lang w:val="pl-PL"/>
        </w:rPr>
        <w:t>pos</w:t>
      </w:r>
      <w:r w:rsidR="006665D4" w:rsidRPr="00EF22BE">
        <w:rPr>
          <w:rFonts w:ascii="Arial" w:hAnsi="Arial" w:cs="Arial"/>
          <w:lang w:val="pl-PL"/>
        </w:rPr>
        <w:t>ó</w:t>
      </w:r>
      <w:r w:rsidR="0048641F" w:rsidRPr="00EF22BE">
        <w:rPr>
          <w:rFonts w:ascii="Arial" w:hAnsi="Arial" w:cs="Arial"/>
          <w:lang w:val="pl-PL"/>
        </w:rPr>
        <w:t>b rekrutacji uczestnikó</w:t>
      </w:r>
      <w:r w:rsidR="005241A0" w:rsidRPr="00EF22BE">
        <w:rPr>
          <w:rFonts w:ascii="Arial" w:hAnsi="Arial" w:cs="Arial"/>
          <w:lang w:val="pl-PL"/>
        </w:rPr>
        <w:t xml:space="preserve">w </w:t>
      </w:r>
      <w:r w:rsidR="006665D4" w:rsidRPr="00EF22BE">
        <w:rPr>
          <w:rFonts w:ascii="Arial" w:hAnsi="Arial" w:cs="Arial"/>
          <w:lang w:val="pl-PL"/>
        </w:rPr>
        <w:t>badania</w:t>
      </w:r>
      <w:r w:rsidR="005241A0" w:rsidRPr="00EF22BE">
        <w:rPr>
          <w:rFonts w:ascii="Arial" w:hAnsi="Arial" w:cs="Arial"/>
          <w:lang w:val="pl-PL"/>
        </w:rPr>
        <w:t xml:space="preserve">. </w:t>
      </w:r>
    </w:p>
    <w:p w14:paraId="4DC5DC53" w14:textId="75F428A6" w:rsidR="006665D4" w:rsidRPr="00EF22BE" w:rsidRDefault="005241A0" w:rsidP="00EF22BE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>Wz</w:t>
      </w:r>
      <w:r w:rsidR="006665D4" w:rsidRPr="00EF22BE">
        <w:rPr>
          <w:rFonts w:ascii="Arial" w:hAnsi="Arial" w:cs="Arial"/>
          <w:lang w:val="pl-PL"/>
        </w:rPr>
        <w:t>ó</w:t>
      </w:r>
      <w:r w:rsidRPr="00EF22BE">
        <w:rPr>
          <w:rFonts w:ascii="Arial" w:hAnsi="Arial" w:cs="Arial"/>
          <w:lang w:val="pl-PL"/>
        </w:rPr>
        <w:t xml:space="preserve">r informacji dla uczestnika </w:t>
      </w:r>
      <w:r w:rsidR="006665D4" w:rsidRPr="00EF22BE">
        <w:rPr>
          <w:rFonts w:ascii="Arial" w:hAnsi="Arial" w:cs="Arial"/>
          <w:lang w:val="pl-PL"/>
        </w:rPr>
        <w:t>badania (j</w:t>
      </w:r>
      <w:r w:rsidRPr="00EF22BE">
        <w:rPr>
          <w:rFonts w:ascii="Arial" w:hAnsi="Arial" w:cs="Arial"/>
          <w:lang w:val="pl-PL"/>
        </w:rPr>
        <w:t xml:space="preserve">ako </w:t>
      </w:r>
      <w:r w:rsidR="006665D4" w:rsidRPr="00EF22BE">
        <w:rPr>
          <w:rFonts w:ascii="Arial" w:hAnsi="Arial" w:cs="Arial"/>
          <w:lang w:val="pl-PL"/>
        </w:rPr>
        <w:t>załącznik</w:t>
      </w:r>
      <w:r w:rsidRPr="00EF22BE">
        <w:rPr>
          <w:rFonts w:ascii="Arial" w:hAnsi="Arial" w:cs="Arial"/>
          <w:lang w:val="pl-PL"/>
        </w:rPr>
        <w:t xml:space="preserve"> do wniosku). Informacja dla uczestnika </w:t>
      </w:r>
      <w:r w:rsidR="006665D4" w:rsidRPr="00EF22BE">
        <w:rPr>
          <w:rFonts w:ascii="Arial" w:hAnsi="Arial" w:cs="Arial"/>
          <w:lang w:val="pl-PL"/>
        </w:rPr>
        <w:t>badania</w:t>
      </w:r>
      <w:r w:rsidRPr="00EF22BE">
        <w:rPr>
          <w:rFonts w:ascii="Arial" w:hAnsi="Arial" w:cs="Arial"/>
          <w:lang w:val="pl-PL"/>
        </w:rPr>
        <w:t xml:space="preserve"> powinna </w:t>
      </w:r>
      <w:r w:rsidR="006665D4" w:rsidRPr="00EF22BE">
        <w:rPr>
          <w:rFonts w:ascii="Arial" w:hAnsi="Arial" w:cs="Arial"/>
          <w:lang w:val="pl-PL"/>
        </w:rPr>
        <w:t>zawierać miejsce na oraz pod</w:t>
      </w:r>
      <w:r w:rsidRPr="00EF22BE">
        <w:rPr>
          <w:rFonts w:ascii="Arial" w:hAnsi="Arial" w:cs="Arial"/>
          <w:lang w:val="pl-PL"/>
        </w:rPr>
        <w:t xml:space="preserve">pis </w:t>
      </w:r>
      <w:r w:rsidR="006665D4" w:rsidRPr="00EF22BE">
        <w:rPr>
          <w:rFonts w:ascii="Arial" w:hAnsi="Arial" w:cs="Arial"/>
          <w:lang w:val="pl-PL"/>
        </w:rPr>
        <w:t>badanego</w:t>
      </w:r>
      <w:r w:rsidRPr="00EF22BE">
        <w:rPr>
          <w:rFonts w:ascii="Arial" w:hAnsi="Arial" w:cs="Arial"/>
          <w:lang w:val="pl-PL"/>
        </w:rPr>
        <w:t xml:space="preserve">. </w:t>
      </w:r>
    </w:p>
    <w:p w14:paraId="3AA2444E" w14:textId="28B1D33D" w:rsidR="006665D4" w:rsidRPr="00EF22BE" w:rsidRDefault="005241A0" w:rsidP="009001BB">
      <w:pPr>
        <w:pStyle w:val="Akapitzlist"/>
        <w:numPr>
          <w:ilvl w:val="0"/>
          <w:numId w:val="35"/>
        </w:numPr>
        <w:tabs>
          <w:tab w:val="left" w:pos="9072"/>
        </w:tabs>
        <w:jc w:val="both"/>
        <w:rPr>
          <w:rFonts w:ascii="Arial" w:hAnsi="Arial" w:cs="Arial"/>
          <w:lang w:val="pl-PL"/>
        </w:rPr>
      </w:pPr>
      <w:r w:rsidRPr="00EF22BE">
        <w:rPr>
          <w:rFonts w:ascii="Arial" w:hAnsi="Arial" w:cs="Arial"/>
          <w:lang w:val="pl-PL"/>
        </w:rPr>
        <w:t>Wz</w:t>
      </w:r>
      <w:r w:rsidR="006665D4" w:rsidRPr="00EF22BE">
        <w:rPr>
          <w:rFonts w:ascii="Arial" w:hAnsi="Arial" w:cs="Arial"/>
          <w:lang w:val="pl-PL"/>
        </w:rPr>
        <w:t>ó</w:t>
      </w:r>
      <w:r w:rsidRPr="00EF22BE">
        <w:rPr>
          <w:rFonts w:ascii="Arial" w:hAnsi="Arial" w:cs="Arial"/>
          <w:lang w:val="pl-PL"/>
        </w:rPr>
        <w:t xml:space="preserve">r formularza dobrowolnej i </w:t>
      </w:r>
      <w:r w:rsidR="006665D4" w:rsidRPr="00EF22BE">
        <w:rPr>
          <w:rFonts w:ascii="Arial" w:hAnsi="Arial" w:cs="Arial"/>
          <w:lang w:val="pl-PL"/>
        </w:rPr>
        <w:t>świadomej</w:t>
      </w:r>
      <w:r w:rsidRPr="00EF22BE">
        <w:rPr>
          <w:rFonts w:ascii="Arial" w:hAnsi="Arial" w:cs="Arial"/>
          <w:lang w:val="pl-PL"/>
        </w:rPr>
        <w:t xml:space="preserve"> zgody uczestnika </w:t>
      </w:r>
      <w:r w:rsidR="006665D4" w:rsidRPr="00EF22BE">
        <w:rPr>
          <w:rFonts w:ascii="Arial" w:hAnsi="Arial" w:cs="Arial"/>
          <w:lang w:val="pl-PL"/>
        </w:rPr>
        <w:t>badania lub jego prawn</w:t>
      </w:r>
      <w:r w:rsidRPr="00EF22BE">
        <w:rPr>
          <w:rFonts w:ascii="Arial" w:hAnsi="Arial" w:cs="Arial"/>
          <w:lang w:val="pl-PL"/>
        </w:rPr>
        <w:t xml:space="preserve">ego opiekuna na </w:t>
      </w:r>
      <w:r w:rsidR="006665D4" w:rsidRPr="00EF22BE">
        <w:rPr>
          <w:rFonts w:ascii="Arial" w:hAnsi="Arial" w:cs="Arial"/>
          <w:lang w:val="pl-PL"/>
        </w:rPr>
        <w:t>udział</w:t>
      </w:r>
      <w:r w:rsidRPr="00EF22BE">
        <w:rPr>
          <w:rFonts w:ascii="Arial" w:hAnsi="Arial" w:cs="Arial"/>
          <w:lang w:val="pl-PL"/>
        </w:rPr>
        <w:t xml:space="preserve"> </w:t>
      </w:r>
      <w:r w:rsidR="009001BB">
        <w:rPr>
          <w:rFonts w:ascii="Arial" w:hAnsi="Arial" w:cs="Arial"/>
          <w:lang w:val="pl-PL"/>
        </w:rPr>
        <w:t>w </w:t>
      </w:r>
      <w:r w:rsidR="006665D4" w:rsidRPr="00EF22BE">
        <w:rPr>
          <w:rFonts w:ascii="Arial" w:hAnsi="Arial" w:cs="Arial"/>
          <w:lang w:val="pl-PL"/>
        </w:rPr>
        <w:t>badaniu (j</w:t>
      </w:r>
      <w:r w:rsidRPr="00EF22BE">
        <w:rPr>
          <w:rFonts w:ascii="Arial" w:hAnsi="Arial" w:cs="Arial"/>
          <w:lang w:val="pl-PL"/>
        </w:rPr>
        <w:t xml:space="preserve">ako </w:t>
      </w:r>
      <w:r w:rsidR="006665D4" w:rsidRPr="00EF22BE">
        <w:rPr>
          <w:rFonts w:ascii="Arial" w:hAnsi="Arial" w:cs="Arial"/>
          <w:lang w:val="pl-PL"/>
        </w:rPr>
        <w:t>załącznik</w:t>
      </w:r>
      <w:r w:rsidRPr="00EF22BE">
        <w:rPr>
          <w:rFonts w:ascii="Arial" w:hAnsi="Arial" w:cs="Arial"/>
          <w:lang w:val="pl-PL"/>
        </w:rPr>
        <w:t xml:space="preserve"> do wniosku). Zgoda powinna </w:t>
      </w:r>
      <w:r w:rsidR="006665D4" w:rsidRPr="00EF22BE">
        <w:rPr>
          <w:rFonts w:ascii="Arial" w:hAnsi="Arial" w:cs="Arial"/>
          <w:lang w:val="pl-PL"/>
        </w:rPr>
        <w:t>zawierać</w:t>
      </w:r>
      <w:r w:rsidRPr="00EF22BE">
        <w:rPr>
          <w:rFonts w:ascii="Arial" w:hAnsi="Arial" w:cs="Arial"/>
          <w:lang w:val="pl-PL"/>
        </w:rPr>
        <w:t xml:space="preserve">: </w:t>
      </w:r>
    </w:p>
    <w:p w14:paraId="7E232A3E" w14:textId="6822191B" w:rsidR="006665D4" w:rsidRPr="00EF22BE" w:rsidRDefault="007A6754" w:rsidP="00EF22BE">
      <w:pPr>
        <w:pStyle w:val="Akapitzlist"/>
        <w:numPr>
          <w:ilvl w:val="1"/>
          <w:numId w:val="38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m</w:t>
      </w:r>
      <w:r w:rsidR="005241A0" w:rsidRPr="00EF22BE">
        <w:rPr>
          <w:rFonts w:ascii="Arial" w:hAnsi="Arial" w:cs="Arial"/>
          <w:lang w:val="pl-PL"/>
        </w:rPr>
        <w:t xml:space="preserve">iejsce na wpisanie imienia i nazwiska osoby </w:t>
      </w:r>
      <w:r w:rsidR="006665D4" w:rsidRPr="00EF22BE">
        <w:rPr>
          <w:rFonts w:ascii="Arial" w:hAnsi="Arial" w:cs="Arial"/>
          <w:lang w:val="pl-PL"/>
        </w:rPr>
        <w:t>badanej</w:t>
      </w:r>
      <w:r>
        <w:rPr>
          <w:rFonts w:ascii="Arial" w:hAnsi="Arial" w:cs="Arial"/>
          <w:lang w:val="pl-PL"/>
        </w:rPr>
        <w:t>,</w:t>
      </w:r>
      <w:r w:rsidR="005241A0" w:rsidRPr="00EF22BE">
        <w:rPr>
          <w:rFonts w:ascii="Arial" w:hAnsi="Arial" w:cs="Arial"/>
          <w:lang w:val="pl-PL"/>
        </w:rPr>
        <w:t xml:space="preserve"> </w:t>
      </w:r>
    </w:p>
    <w:p w14:paraId="2618786C" w14:textId="6B538FF6" w:rsidR="006665D4" w:rsidRPr="00EF22BE" w:rsidRDefault="007A6754" w:rsidP="00EF22BE">
      <w:pPr>
        <w:pStyle w:val="Akapitzlist"/>
        <w:numPr>
          <w:ilvl w:val="1"/>
          <w:numId w:val="38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ś</w:t>
      </w:r>
      <w:r w:rsidR="006665D4" w:rsidRPr="00EF22BE">
        <w:rPr>
          <w:rFonts w:ascii="Arial" w:hAnsi="Arial" w:cs="Arial"/>
          <w:lang w:val="pl-PL"/>
        </w:rPr>
        <w:t>wiadomą</w:t>
      </w:r>
      <w:r w:rsidR="005241A0" w:rsidRPr="00EF22BE">
        <w:rPr>
          <w:rFonts w:ascii="Arial" w:hAnsi="Arial" w:cs="Arial"/>
          <w:lang w:val="pl-PL"/>
        </w:rPr>
        <w:t xml:space="preserve"> i dobrowoln</w:t>
      </w:r>
      <w:r w:rsidR="00C50F90" w:rsidRPr="00EF22BE">
        <w:rPr>
          <w:rFonts w:ascii="Arial" w:hAnsi="Arial" w:cs="Arial"/>
          <w:lang w:val="pl-PL"/>
        </w:rPr>
        <w:t>ą</w:t>
      </w:r>
      <w:r w:rsidR="005241A0" w:rsidRPr="00EF22BE">
        <w:rPr>
          <w:rFonts w:ascii="Arial" w:hAnsi="Arial" w:cs="Arial"/>
          <w:lang w:val="pl-PL"/>
        </w:rPr>
        <w:t xml:space="preserve"> </w:t>
      </w:r>
      <w:r w:rsidR="006665D4" w:rsidRPr="00EF22BE">
        <w:rPr>
          <w:rFonts w:ascii="Arial" w:hAnsi="Arial" w:cs="Arial"/>
          <w:lang w:val="pl-PL"/>
        </w:rPr>
        <w:t xml:space="preserve">zgodę </w:t>
      </w:r>
      <w:r w:rsidR="005241A0" w:rsidRPr="00EF22BE">
        <w:rPr>
          <w:rFonts w:ascii="Arial" w:hAnsi="Arial" w:cs="Arial"/>
          <w:lang w:val="pl-PL"/>
        </w:rPr>
        <w:t xml:space="preserve">uczestnika </w:t>
      </w:r>
      <w:r w:rsidR="006665D4" w:rsidRPr="00EF22BE">
        <w:rPr>
          <w:rFonts w:ascii="Arial" w:hAnsi="Arial" w:cs="Arial"/>
          <w:lang w:val="pl-PL"/>
        </w:rPr>
        <w:t>badania</w:t>
      </w:r>
      <w:r w:rsidR="005241A0" w:rsidRPr="00EF22BE">
        <w:rPr>
          <w:rFonts w:ascii="Arial" w:hAnsi="Arial" w:cs="Arial"/>
          <w:lang w:val="pl-PL"/>
        </w:rPr>
        <w:t xml:space="preserve"> na </w:t>
      </w:r>
      <w:r w:rsidR="006665D4" w:rsidRPr="00EF22BE">
        <w:rPr>
          <w:rFonts w:ascii="Arial" w:hAnsi="Arial" w:cs="Arial"/>
          <w:lang w:val="pl-PL"/>
        </w:rPr>
        <w:t>udział</w:t>
      </w:r>
      <w:r w:rsidR="005241A0" w:rsidRPr="00EF22BE">
        <w:rPr>
          <w:rFonts w:ascii="Arial" w:hAnsi="Arial" w:cs="Arial"/>
          <w:lang w:val="pl-PL"/>
        </w:rPr>
        <w:t xml:space="preserve"> w </w:t>
      </w:r>
      <w:r w:rsidR="006665D4" w:rsidRPr="00EF22BE">
        <w:rPr>
          <w:rFonts w:ascii="Arial" w:hAnsi="Arial" w:cs="Arial"/>
          <w:lang w:val="pl-PL"/>
        </w:rPr>
        <w:t>badaniach</w:t>
      </w:r>
      <w:r>
        <w:rPr>
          <w:rFonts w:ascii="Arial" w:hAnsi="Arial" w:cs="Arial"/>
          <w:lang w:val="pl-PL"/>
        </w:rPr>
        <w:t>,</w:t>
      </w:r>
      <w:r w:rsidR="005241A0" w:rsidRPr="00EF22BE">
        <w:rPr>
          <w:rFonts w:ascii="Arial" w:hAnsi="Arial" w:cs="Arial"/>
          <w:lang w:val="pl-PL"/>
        </w:rPr>
        <w:t xml:space="preserve"> </w:t>
      </w:r>
    </w:p>
    <w:p w14:paraId="13D0904B" w14:textId="17502FB9" w:rsidR="006665D4" w:rsidRPr="00EF22BE" w:rsidRDefault="007A6754" w:rsidP="00EF22BE">
      <w:pPr>
        <w:pStyle w:val="Akapitzlist"/>
        <w:numPr>
          <w:ilvl w:val="1"/>
          <w:numId w:val="38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</w:t>
      </w:r>
      <w:r w:rsidR="005241A0" w:rsidRPr="00EF22BE">
        <w:rPr>
          <w:rFonts w:ascii="Arial" w:hAnsi="Arial" w:cs="Arial"/>
          <w:lang w:val="pl-PL"/>
        </w:rPr>
        <w:t xml:space="preserve">otwierdzenie </w:t>
      </w:r>
      <w:r w:rsidR="006665D4" w:rsidRPr="00EF22BE">
        <w:rPr>
          <w:rFonts w:ascii="Arial" w:hAnsi="Arial" w:cs="Arial"/>
          <w:lang w:val="pl-PL"/>
        </w:rPr>
        <w:t>możliwości</w:t>
      </w:r>
      <w:r w:rsidR="005241A0" w:rsidRPr="00EF22BE">
        <w:rPr>
          <w:rFonts w:ascii="Arial" w:hAnsi="Arial" w:cs="Arial"/>
          <w:lang w:val="pl-PL"/>
        </w:rPr>
        <w:t xml:space="preserve"> zadawania pyta</w:t>
      </w:r>
      <w:r w:rsidR="006665D4" w:rsidRPr="00EF22BE">
        <w:rPr>
          <w:rFonts w:ascii="Arial" w:hAnsi="Arial" w:cs="Arial"/>
          <w:lang w:val="pl-PL"/>
        </w:rPr>
        <w:t>ń</w:t>
      </w:r>
      <w:r w:rsidR="005241A0" w:rsidRPr="00EF22BE">
        <w:rPr>
          <w:rFonts w:ascii="Arial" w:hAnsi="Arial" w:cs="Arial"/>
          <w:lang w:val="pl-PL"/>
        </w:rPr>
        <w:t xml:space="preserve"> prowadz</w:t>
      </w:r>
      <w:r w:rsidR="00C50F90" w:rsidRPr="00EF22BE">
        <w:rPr>
          <w:rFonts w:ascii="Arial" w:hAnsi="Arial" w:cs="Arial"/>
          <w:lang w:val="pl-PL"/>
        </w:rPr>
        <w:t>ą</w:t>
      </w:r>
      <w:r w:rsidR="005241A0" w:rsidRPr="00EF22BE">
        <w:rPr>
          <w:rFonts w:ascii="Arial" w:hAnsi="Arial" w:cs="Arial"/>
          <w:lang w:val="pl-PL"/>
        </w:rPr>
        <w:t xml:space="preserve">cemu eksperyment lub </w:t>
      </w:r>
      <w:r w:rsidR="00745B36" w:rsidRPr="00EF22BE">
        <w:rPr>
          <w:rFonts w:ascii="Arial" w:hAnsi="Arial" w:cs="Arial"/>
          <w:lang w:val="pl-PL"/>
        </w:rPr>
        <w:t>bada</w:t>
      </w:r>
      <w:r w:rsidR="006665D4" w:rsidRPr="00EF22BE">
        <w:rPr>
          <w:rFonts w:ascii="Arial" w:hAnsi="Arial" w:cs="Arial"/>
          <w:lang w:val="pl-PL"/>
        </w:rPr>
        <w:t>n</w:t>
      </w:r>
      <w:r w:rsidR="005241A0" w:rsidRPr="00EF22BE">
        <w:rPr>
          <w:rFonts w:ascii="Arial" w:hAnsi="Arial" w:cs="Arial"/>
          <w:lang w:val="pl-PL"/>
        </w:rPr>
        <w:t>ie i otrz</w:t>
      </w:r>
      <w:r>
        <w:rPr>
          <w:rFonts w:ascii="Arial" w:hAnsi="Arial" w:cs="Arial"/>
          <w:lang w:val="pl-PL"/>
        </w:rPr>
        <w:t>ymania odpowiedzi na te pytania,</w:t>
      </w:r>
      <w:r w:rsidR="005241A0" w:rsidRPr="00EF22BE">
        <w:rPr>
          <w:rFonts w:ascii="Arial" w:hAnsi="Arial" w:cs="Arial"/>
          <w:lang w:val="pl-PL"/>
        </w:rPr>
        <w:t xml:space="preserve"> </w:t>
      </w:r>
    </w:p>
    <w:p w14:paraId="433C448B" w14:textId="12CD1721" w:rsidR="006665D4" w:rsidRPr="00EF22BE" w:rsidRDefault="007A6754" w:rsidP="00EF22BE">
      <w:pPr>
        <w:pStyle w:val="Akapitzlist"/>
        <w:numPr>
          <w:ilvl w:val="1"/>
          <w:numId w:val="38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</w:t>
      </w:r>
      <w:r w:rsidR="006665D4" w:rsidRPr="00EF22BE">
        <w:rPr>
          <w:rFonts w:ascii="Arial" w:hAnsi="Arial" w:cs="Arial"/>
          <w:lang w:val="pl-PL"/>
        </w:rPr>
        <w:t>nformację o</w:t>
      </w:r>
      <w:r w:rsidR="005241A0" w:rsidRPr="00EF22BE">
        <w:rPr>
          <w:rFonts w:ascii="Arial" w:hAnsi="Arial" w:cs="Arial"/>
          <w:lang w:val="pl-PL"/>
        </w:rPr>
        <w:t xml:space="preserve"> </w:t>
      </w:r>
      <w:r w:rsidR="006665D4" w:rsidRPr="00EF22BE">
        <w:rPr>
          <w:rFonts w:ascii="Arial" w:hAnsi="Arial" w:cs="Arial"/>
          <w:lang w:val="pl-PL"/>
        </w:rPr>
        <w:t>możliwości</w:t>
      </w:r>
      <w:r w:rsidR="005241A0" w:rsidRPr="00EF22BE">
        <w:rPr>
          <w:rFonts w:ascii="Arial" w:hAnsi="Arial" w:cs="Arial"/>
          <w:lang w:val="pl-PL"/>
        </w:rPr>
        <w:t xml:space="preserve"> odst</w:t>
      </w:r>
      <w:r w:rsidR="00C50F90" w:rsidRPr="00EF22BE">
        <w:rPr>
          <w:rFonts w:ascii="Arial" w:hAnsi="Arial" w:cs="Arial"/>
          <w:lang w:val="pl-PL"/>
        </w:rPr>
        <w:t>ą</w:t>
      </w:r>
      <w:r w:rsidR="005241A0" w:rsidRPr="00EF22BE">
        <w:rPr>
          <w:rFonts w:ascii="Arial" w:hAnsi="Arial" w:cs="Arial"/>
          <w:lang w:val="pl-PL"/>
        </w:rPr>
        <w:t xml:space="preserve">pienia od </w:t>
      </w:r>
      <w:r w:rsidR="006665D4" w:rsidRPr="00EF22BE">
        <w:rPr>
          <w:rFonts w:ascii="Arial" w:hAnsi="Arial" w:cs="Arial"/>
          <w:lang w:val="pl-PL"/>
        </w:rPr>
        <w:t>udziału</w:t>
      </w:r>
      <w:r w:rsidR="005241A0" w:rsidRPr="00EF22BE">
        <w:rPr>
          <w:rFonts w:ascii="Arial" w:hAnsi="Arial" w:cs="Arial"/>
          <w:lang w:val="pl-PL"/>
        </w:rPr>
        <w:t xml:space="preserve"> w eksperymencie lub </w:t>
      </w:r>
      <w:r w:rsidR="006665D4" w:rsidRPr="00EF22BE">
        <w:rPr>
          <w:rFonts w:ascii="Arial" w:hAnsi="Arial" w:cs="Arial"/>
          <w:lang w:val="pl-PL"/>
        </w:rPr>
        <w:t>badaniu</w:t>
      </w:r>
      <w:r w:rsidR="005241A0" w:rsidRPr="00EF22BE">
        <w:rPr>
          <w:rFonts w:ascii="Arial" w:hAnsi="Arial" w:cs="Arial"/>
          <w:lang w:val="pl-PL"/>
        </w:rPr>
        <w:t xml:space="preserve"> w </w:t>
      </w:r>
      <w:r w:rsidR="006665D4" w:rsidRPr="00EF22BE">
        <w:rPr>
          <w:rFonts w:ascii="Arial" w:hAnsi="Arial" w:cs="Arial"/>
          <w:lang w:val="pl-PL"/>
        </w:rPr>
        <w:t>każdym</w:t>
      </w:r>
      <w:r w:rsidR="005241A0" w:rsidRPr="00EF22BE">
        <w:rPr>
          <w:rFonts w:ascii="Arial" w:hAnsi="Arial" w:cs="Arial"/>
          <w:lang w:val="pl-PL"/>
        </w:rPr>
        <w:t xml:space="preserve"> jego stadium; </w:t>
      </w:r>
    </w:p>
    <w:p w14:paraId="7A1E6448" w14:textId="1DC791D5" w:rsidR="006665D4" w:rsidRPr="00EF22BE" w:rsidRDefault="007A6754" w:rsidP="00EF22BE">
      <w:pPr>
        <w:pStyle w:val="Akapitzlist"/>
        <w:numPr>
          <w:ilvl w:val="1"/>
          <w:numId w:val="38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m</w:t>
      </w:r>
      <w:r w:rsidR="006665D4" w:rsidRPr="00EF22BE">
        <w:rPr>
          <w:rFonts w:ascii="Arial" w:hAnsi="Arial" w:cs="Arial"/>
          <w:lang w:val="pl-PL"/>
        </w:rPr>
        <w:t>iejscowość</w:t>
      </w:r>
      <w:r w:rsidR="005241A0" w:rsidRPr="00EF22BE">
        <w:rPr>
          <w:rFonts w:ascii="Arial" w:hAnsi="Arial" w:cs="Arial"/>
          <w:lang w:val="pl-PL"/>
        </w:rPr>
        <w:t xml:space="preserve"> i </w:t>
      </w:r>
      <w:r w:rsidR="006665D4" w:rsidRPr="00EF22BE">
        <w:rPr>
          <w:rFonts w:ascii="Arial" w:hAnsi="Arial" w:cs="Arial"/>
          <w:lang w:val="pl-PL"/>
        </w:rPr>
        <w:t>datę</w:t>
      </w:r>
      <w:r>
        <w:rPr>
          <w:rFonts w:ascii="Arial" w:hAnsi="Arial" w:cs="Arial"/>
          <w:lang w:val="pl-PL"/>
        </w:rPr>
        <w:t>,</w:t>
      </w:r>
    </w:p>
    <w:p w14:paraId="35ADBBBD" w14:textId="77777777" w:rsidR="009001BB" w:rsidRDefault="007A6754" w:rsidP="009001BB">
      <w:pPr>
        <w:pStyle w:val="Akapitzlist"/>
        <w:numPr>
          <w:ilvl w:val="1"/>
          <w:numId w:val="38"/>
        </w:numPr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p</w:t>
      </w:r>
      <w:r w:rsidR="005241A0" w:rsidRPr="00EF22BE">
        <w:rPr>
          <w:rFonts w:ascii="Arial" w:hAnsi="Arial" w:cs="Arial"/>
          <w:lang w:val="pl-PL"/>
        </w:rPr>
        <w:t xml:space="preserve">odpis </w:t>
      </w:r>
      <w:r w:rsidR="006665D4" w:rsidRPr="00EF22BE">
        <w:rPr>
          <w:rFonts w:ascii="Arial" w:hAnsi="Arial" w:cs="Arial"/>
          <w:lang w:val="pl-PL"/>
        </w:rPr>
        <w:t>badanego</w:t>
      </w:r>
      <w:r w:rsidR="009001BB">
        <w:rPr>
          <w:rFonts w:ascii="Arial" w:hAnsi="Arial" w:cs="Arial"/>
          <w:lang w:val="pl-PL"/>
        </w:rPr>
        <w:t xml:space="preserve"> i jego adres.</w:t>
      </w:r>
    </w:p>
    <w:p w14:paraId="32159B82" w14:textId="1069FD15" w:rsidR="00E2137C" w:rsidRPr="009001BB" w:rsidRDefault="005241A0" w:rsidP="009001BB">
      <w:pPr>
        <w:pStyle w:val="Akapitzlist"/>
        <w:numPr>
          <w:ilvl w:val="0"/>
          <w:numId w:val="35"/>
        </w:numPr>
        <w:spacing w:after="720"/>
        <w:ind w:left="357" w:hanging="357"/>
        <w:jc w:val="both"/>
        <w:rPr>
          <w:rFonts w:ascii="Arial" w:hAnsi="Arial" w:cs="Arial"/>
          <w:lang w:val="pl-PL"/>
        </w:rPr>
      </w:pPr>
      <w:r w:rsidRPr="009001BB">
        <w:rPr>
          <w:rFonts w:ascii="Arial" w:hAnsi="Arial" w:cs="Arial"/>
          <w:lang w:val="pl-PL"/>
        </w:rPr>
        <w:t xml:space="preserve">W przypadku, gdyby </w:t>
      </w:r>
      <w:r w:rsidR="006665D4" w:rsidRPr="009001BB">
        <w:rPr>
          <w:rFonts w:ascii="Arial" w:hAnsi="Arial" w:cs="Arial"/>
          <w:lang w:val="pl-PL"/>
        </w:rPr>
        <w:t>zachodziła</w:t>
      </w:r>
      <w:r w:rsidRPr="009001BB">
        <w:rPr>
          <w:rFonts w:ascii="Arial" w:hAnsi="Arial" w:cs="Arial"/>
          <w:lang w:val="pl-PL"/>
        </w:rPr>
        <w:t xml:space="preserve"> </w:t>
      </w:r>
      <w:r w:rsidR="006665D4" w:rsidRPr="009001BB">
        <w:rPr>
          <w:rFonts w:ascii="Arial" w:hAnsi="Arial" w:cs="Arial"/>
          <w:lang w:val="pl-PL"/>
        </w:rPr>
        <w:t>możliwość</w:t>
      </w:r>
      <w:r w:rsidRPr="009001BB">
        <w:rPr>
          <w:rFonts w:ascii="Arial" w:hAnsi="Arial" w:cs="Arial"/>
          <w:lang w:val="pl-PL"/>
        </w:rPr>
        <w:t xml:space="preserve"> identyfikacji osoby bior</w:t>
      </w:r>
      <w:r w:rsidR="00C50F90" w:rsidRPr="009001BB">
        <w:rPr>
          <w:rFonts w:ascii="Arial" w:hAnsi="Arial" w:cs="Arial"/>
          <w:lang w:val="pl-PL"/>
        </w:rPr>
        <w:t>ą</w:t>
      </w:r>
      <w:r w:rsidRPr="009001BB">
        <w:rPr>
          <w:rFonts w:ascii="Arial" w:hAnsi="Arial" w:cs="Arial"/>
          <w:lang w:val="pl-PL"/>
        </w:rPr>
        <w:t xml:space="preserve">cej </w:t>
      </w:r>
      <w:r w:rsidR="006665D4" w:rsidRPr="009001BB">
        <w:rPr>
          <w:rFonts w:ascii="Arial" w:hAnsi="Arial" w:cs="Arial"/>
          <w:lang w:val="pl-PL"/>
        </w:rPr>
        <w:t>udział</w:t>
      </w:r>
      <w:r w:rsidRPr="009001BB">
        <w:rPr>
          <w:rFonts w:ascii="Arial" w:hAnsi="Arial" w:cs="Arial"/>
          <w:lang w:val="pl-PL"/>
        </w:rPr>
        <w:t xml:space="preserve"> w eksperymencie, uczestnik </w:t>
      </w:r>
      <w:r w:rsidR="006665D4" w:rsidRPr="009001BB">
        <w:rPr>
          <w:rFonts w:ascii="Arial" w:hAnsi="Arial" w:cs="Arial"/>
          <w:lang w:val="pl-PL"/>
        </w:rPr>
        <w:t>badania</w:t>
      </w:r>
      <w:r w:rsidRPr="009001BB">
        <w:rPr>
          <w:rFonts w:ascii="Arial" w:hAnsi="Arial" w:cs="Arial"/>
          <w:lang w:val="pl-PL"/>
        </w:rPr>
        <w:t xml:space="preserve"> winien </w:t>
      </w:r>
      <w:r w:rsidR="006665D4" w:rsidRPr="009001BB">
        <w:rPr>
          <w:rFonts w:ascii="Arial" w:hAnsi="Arial" w:cs="Arial"/>
          <w:lang w:val="pl-PL"/>
        </w:rPr>
        <w:t>wyrazić</w:t>
      </w:r>
      <w:r w:rsidRPr="009001BB">
        <w:rPr>
          <w:rFonts w:ascii="Arial" w:hAnsi="Arial" w:cs="Arial"/>
          <w:lang w:val="pl-PL"/>
        </w:rPr>
        <w:t xml:space="preserve"> </w:t>
      </w:r>
      <w:r w:rsidR="006665D4" w:rsidRPr="009001BB">
        <w:rPr>
          <w:rFonts w:ascii="Arial" w:hAnsi="Arial" w:cs="Arial"/>
          <w:lang w:val="pl-PL"/>
        </w:rPr>
        <w:t>również zgodę</w:t>
      </w:r>
      <w:r w:rsidRPr="009001BB">
        <w:rPr>
          <w:rFonts w:ascii="Arial" w:hAnsi="Arial" w:cs="Arial"/>
          <w:lang w:val="pl-PL"/>
        </w:rPr>
        <w:t xml:space="preserve"> na ujawnienie tego faktu</w:t>
      </w:r>
      <w:r w:rsidR="00B93F3D" w:rsidRPr="009001BB">
        <w:rPr>
          <w:rFonts w:ascii="Arial" w:hAnsi="Arial" w:cs="Arial"/>
          <w:lang w:val="pl-PL"/>
        </w:rPr>
        <w:t>.</w:t>
      </w:r>
    </w:p>
    <w:p w14:paraId="75BF7325" w14:textId="3992A052" w:rsidR="00E2137C" w:rsidRPr="008E1F1C" w:rsidRDefault="008E1F1C" w:rsidP="008E1F1C">
      <w:pPr>
        <w:spacing w:before="0"/>
        <w:jc w:val="both"/>
        <w:rPr>
          <w:rFonts w:ascii="Arial" w:hAnsi="Arial" w:cs="Arial"/>
          <w:u w:val="dotted"/>
          <w:lang w:val="pl-PL"/>
        </w:rPr>
      </w:pP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</w:p>
    <w:p w14:paraId="7E0C9543" w14:textId="28B222ED" w:rsidR="00EF22BE" w:rsidRPr="00B93F3D" w:rsidRDefault="005241A0" w:rsidP="008E1F1C">
      <w:pPr>
        <w:spacing w:before="0"/>
        <w:jc w:val="both"/>
        <w:rPr>
          <w:rFonts w:ascii="Arial" w:hAnsi="Arial" w:cs="Arial"/>
          <w:lang w:val="pl-PL"/>
        </w:rPr>
      </w:pPr>
      <w:r w:rsidRPr="00B93F3D">
        <w:rPr>
          <w:rFonts w:ascii="Arial" w:hAnsi="Arial" w:cs="Arial"/>
          <w:lang w:val="pl-PL"/>
        </w:rPr>
        <w:t>Kierownik podstawowej jednostki organizacyjnej</w:t>
      </w:r>
      <w:r w:rsidR="0089221F" w:rsidRPr="00B93F3D">
        <w:rPr>
          <w:rFonts w:ascii="Arial" w:hAnsi="Arial" w:cs="Arial"/>
          <w:lang w:val="pl-PL"/>
        </w:rPr>
        <w:tab/>
      </w:r>
      <w:r w:rsidR="0089221F" w:rsidRPr="00B93F3D">
        <w:rPr>
          <w:rFonts w:ascii="Arial" w:hAnsi="Arial" w:cs="Arial"/>
          <w:lang w:val="pl-PL"/>
        </w:rPr>
        <w:tab/>
      </w:r>
      <w:r w:rsidR="0089221F" w:rsidRPr="00B93F3D">
        <w:rPr>
          <w:rFonts w:ascii="Arial" w:hAnsi="Arial" w:cs="Arial"/>
          <w:lang w:val="pl-PL"/>
        </w:rPr>
        <w:tab/>
      </w:r>
      <w:r w:rsidR="007448D9" w:rsidRPr="00B93F3D">
        <w:rPr>
          <w:rFonts w:ascii="Arial" w:hAnsi="Arial" w:cs="Arial"/>
          <w:lang w:val="pl-PL"/>
        </w:rPr>
        <w:t xml:space="preserve"> </w:t>
      </w:r>
      <w:r w:rsidR="00EF22BE" w:rsidRPr="00B93F3D">
        <w:rPr>
          <w:rFonts w:ascii="Arial" w:hAnsi="Arial" w:cs="Arial"/>
          <w:lang w:val="pl-PL"/>
        </w:rPr>
        <w:tab/>
      </w:r>
      <w:r w:rsidR="00EF22BE" w:rsidRPr="00B93F3D">
        <w:rPr>
          <w:rFonts w:ascii="Arial" w:hAnsi="Arial" w:cs="Arial"/>
          <w:lang w:val="pl-PL"/>
        </w:rPr>
        <w:tab/>
      </w:r>
      <w:r w:rsidRPr="00B93F3D">
        <w:rPr>
          <w:rFonts w:ascii="Arial" w:hAnsi="Arial" w:cs="Arial"/>
          <w:lang w:val="pl-PL"/>
        </w:rPr>
        <w:t xml:space="preserve">Kierownik </w:t>
      </w:r>
      <w:r w:rsidR="006665D4" w:rsidRPr="00B93F3D">
        <w:rPr>
          <w:rFonts w:ascii="Arial" w:hAnsi="Arial" w:cs="Arial"/>
          <w:lang w:val="pl-PL"/>
        </w:rPr>
        <w:t>badania</w:t>
      </w:r>
      <w:r w:rsidRPr="00B93F3D">
        <w:rPr>
          <w:rFonts w:ascii="Arial" w:hAnsi="Arial" w:cs="Arial"/>
          <w:lang w:val="pl-PL"/>
        </w:rPr>
        <w:t xml:space="preserve"> </w:t>
      </w:r>
    </w:p>
    <w:p w14:paraId="153373DC" w14:textId="42DFF53E" w:rsidR="006665D4" w:rsidRPr="008A6EA9" w:rsidRDefault="005241A0" w:rsidP="008E1F1C">
      <w:pPr>
        <w:spacing w:before="840" w:after="600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Dokumenty zwr</w:t>
      </w:r>
      <w:r w:rsidR="006665D4" w:rsidRPr="008A6EA9">
        <w:rPr>
          <w:rFonts w:ascii="Arial" w:hAnsi="Arial" w:cs="Arial"/>
          <w:lang w:val="pl-PL"/>
        </w:rPr>
        <w:t>ó</w:t>
      </w:r>
      <w:r w:rsidRPr="008A6EA9">
        <w:rPr>
          <w:rFonts w:ascii="Arial" w:hAnsi="Arial" w:cs="Arial"/>
          <w:lang w:val="pl-PL"/>
        </w:rPr>
        <w:t xml:space="preserve">cono do </w:t>
      </w:r>
      <w:r w:rsidR="006665D4" w:rsidRPr="008A6EA9">
        <w:rPr>
          <w:rFonts w:ascii="Arial" w:hAnsi="Arial" w:cs="Arial"/>
          <w:lang w:val="pl-PL"/>
        </w:rPr>
        <w:t>uzupełnienia</w:t>
      </w:r>
      <w:r w:rsidRPr="008A6EA9">
        <w:rPr>
          <w:rFonts w:ascii="Arial" w:hAnsi="Arial" w:cs="Arial"/>
          <w:lang w:val="pl-PL"/>
        </w:rPr>
        <w:t xml:space="preserve"> w dniu: .</w:t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Pr="008A6EA9">
        <w:rPr>
          <w:rFonts w:ascii="Arial" w:hAnsi="Arial" w:cs="Arial"/>
          <w:lang w:val="pl-PL"/>
        </w:rPr>
        <w:t xml:space="preserve"> </w:t>
      </w:r>
    </w:p>
    <w:p w14:paraId="71F0874D" w14:textId="45AED544" w:rsidR="006665D4" w:rsidRPr="00922F66" w:rsidRDefault="00922F66" w:rsidP="007E6CF4">
      <w:pPr>
        <w:spacing w:before="240" w:after="240"/>
        <w:contextualSpacing/>
        <w:jc w:val="both"/>
        <w:rPr>
          <w:rFonts w:ascii="Arial" w:hAnsi="Arial" w:cs="Arial"/>
          <w:u w:val="dotted"/>
          <w:lang w:val="pl-PL"/>
        </w:rPr>
      </w:pP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</w:p>
    <w:p w14:paraId="56EB1487" w14:textId="774F3645" w:rsidR="006665D4" w:rsidRPr="008A6EA9" w:rsidRDefault="005241A0" w:rsidP="007E6CF4">
      <w:pPr>
        <w:ind w:left="6480" w:firstLine="720"/>
        <w:contextualSpacing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>Przewodnicz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cy Komisji </w:t>
      </w:r>
    </w:p>
    <w:p w14:paraId="1AF9DFD0" w14:textId="31C60E66" w:rsidR="00776C29" w:rsidRPr="00922F66" w:rsidRDefault="005241A0" w:rsidP="00290991">
      <w:pPr>
        <w:spacing w:before="720" w:after="720"/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 xml:space="preserve">Rozpatrzono na posiedzeniu Komisji w dniu: </w:t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</w:p>
    <w:p w14:paraId="4F36AFEF" w14:textId="0BDE4562" w:rsidR="00751486" w:rsidRPr="00922F66" w:rsidRDefault="007448D9" w:rsidP="00290991">
      <w:pPr>
        <w:spacing w:before="480" w:after="480"/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 xml:space="preserve">Opinię wydano wnioskodawcy w dniu: </w:t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  <w:r w:rsidR="00922F66">
        <w:rPr>
          <w:rFonts w:ascii="Arial" w:hAnsi="Arial" w:cs="Arial"/>
          <w:u w:val="dotted"/>
          <w:lang w:val="pl-PL"/>
        </w:rPr>
        <w:tab/>
      </w:r>
    </w:p>
    <w:p w14:paraId="00083F64" w14:textId="1F83FCAD" w:rsidR="00751486" w:rsidRPr="00922F66" w:rsidRDefault="00922F66" w:rsidP="00922F66">
      <w:pPr>
        <w:contextualSpacing/>
        <w:jc w:val="both"/>
        <w:rPr>
          <w:rFonts w:ascii="Arial" w:hAnsi="Arial" w:cs="Arial"/>
          <w:u w:val="dotted"/>
          <w:lang w:val="pl-PL"/>
        </w:rPr>
      </w:pP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  <w:r>
        <w:rPr>
          <w:rFonts w:ascii="Arial" w:hAnsi="Arial" w:cs="Arial"/>
          <w:u w:val="dotted"/>
          <w:lang w:val="pl-PL"/>
        </w:rPr>
        <w:tab/>
      </w:r>
    </w:p>
    <w:p w14:paraId="5E7AFFBB" w14:textId="2E6D6C43" w:rsidR="00290991" w:rsidRDefault="007448D9" w:rsidP="00290991">
      <w:pPr>
        <w:ind w:left="6481" w:firstLine="720"/>
        <w:contextualSpacing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Sekretarz Komisji </w:t>
      </w:r>
    </w:p>
    <w:p w14:paraId="090969EA" w14:textId="0F96C17D" w:rsidR="00467B06" w:rsidRPr="007A6754" w:rsidRDefault="005F59D5" w:rsidP="007A6754">
      <w:pPr>
        <w:spacing w:before="1320" w:line="240" w:lineRule="auto"/>
        <w:ind w:left="5041"/>
        <w:rPr>
          <w:rFonts w:ascii="Arial" w:hAnsi="Arial" w:cs="Arial"/>
          <w:sz w:val="16"/>
          <w:lang w:val="pl-PL"/>
        </w:rPr>
      </w:pPr>
      <w:r w:rsidRPr="007A6754">
        <w:rPr>
          <w:rFonts w:ascii="Arial" w:hAnsi="Arial" w:cs="Arial"/>
          <w:sz w:val="16"/>
          <w:lang w:val="pl-PL"/>
        </w:rPr>
        <w:lastRenderedPageBreak/>
        <w:t xml:space="preserve">Załącznik nr </w:t>
      </w:r>
      <w:r w:rsidR="00C12A3C" w:rsidRPr="007A6754">
        <w:rPr>
          <w:rFonts w:ascii="Arial" w:hAnsi="Arial" w:cs="Arial"/>
          <w:sz w:val="16"/>
          <w:lang w:val="pl-PL"/>
        </w:rPr>
        <w:t>2</w:t>
      </w:r>
      <w:r w:rsidRPr="007A6754">
        <w:rPr>
          <w:rFonts w:ascii="Arial" w:hAnsi="Arial" w:cs="Arial"/>
          <w:sz w:val="16"/>
          <w:lang w:val="pl-PL"/>
        </w:rPr>
        <w:t xml:space="preserve"> do Regulaminu</w:t>
      </w:r>
      <w:r w:rsidR="005B414B" w:rsidRPr="007A6754">
        <w:rPr>
          <w:rFonts w:ascii="Arial" w:hAnsi="Arial" w:cs="Arial"/>
          <w:sz w:val="16"/>
          <w:lang w:val="pl-PL"/>
        </w:rPr>
        <w:t xml:space="preserve"> </w:t>
      </w:r>
      <w:r w:rsidRPr="007A6754">
        <w:rPr>
          <w:rFonts w:ascii="Arial" w:hAnsi="Arial" w:cs="Arial"/>
          <w:sz w:val="16"/>
          <w:lang w:val="pl-PL"/>
        </w:rPr>
        <w:t xml:space="preserve">funkcjonowania </w:t>
      </w:r>
      <w:r w:rsidR="00776C29" w:rsidRPr="007A6754">
        <w:rPr>
          <w:rFonts w:ascii="Arial" w:hAnsi="Arial" w:cs="Arial"/>
          <w:sz w:val="16"/>
          <w:lang w:val="pl-PL"/>
        </w:rPr>
        <w:br/>
      </w:r>
      <w:r w:rsidRPr="007A6754">
        <w:rPr>
          <w:rFonts w:ascii="Arial" w:hAnsi="Arial" w:cs="Arial"/>
          <w:sz w:val="16"/>
          <w:lang w:val="pl-PL"/>
        </w:rPr>
        <w:t>Ko</w:t>
      </w:r>
      <w:r w:rsidR="00467B06" w:rsidRPr="007A6754">
        <w:rPr>
          <w:rFonts w:ascii="Arial" w:hAnsi="Arial" w:cs="Arial"/>
          <w:sz w:val="16"/>
          <w:lang w:val="pl-PL"/>
        </w:rPr>
        <w:t xml:space="preserve">misji ds. </w:t>
      </w:r>
      <w:r w:rsidR="00776C29" w:rsidRPr="007A6754">
        <w:rPr>
          <w:rFonts w:ascii="Arial" w:hAnsi="Arial" w:cs="Arial"/>
          <w:sz w:val="16"/>
          <w:lang w:val="pl-PL"/>
        </w:rPr>
        <w:t>e</w:t>
      </w:r>
      <w:r w:rsidR="00467B06" w:rsidRPr="007A6754">
        <w:rPr>
          <w:rFonts w:ascii="Arial" w:hAnsi="Arial" w:cs="Arial"/>
          <w:sz w:val="16"/>
          <w:lang w:val="pl-PL"/>
        </w:rPr>
        <w:t xml:space="preserve">tyki </w:t>
      </w:r>
      <w:r w:rsidR="00776C29" w:rsidRPr="007A6754">
        <w:rPr>
          <w:rFonts w:ascii="Arial" w:hAnsi="Arial" w:cs="Arial"/>
          <w:sz w:val="16"/>
          <w:lang w:val="pl-PL"/>
        </w:rPr>
        <w:t>b</w:t>
      </w:r>
      <w:r w:rsidR="00467B06" w:rsidRPr="007A6754">
        <w:rPr>
          <w:rFonts w:ascii="Arial" w:hAnsi="Arial" w:cs="Arial"/>
          <w:sz w:val="16"/>
          <w:lang w:val="pl-PL"/>
        </w:rPr>
        <w:t xml:space="preserve">adań </w:t>
      </w:r>
      <w:r w:rsidR="00776C29" w:rsidRPr="007A6754">
        <w:rPr>
          <w:rFonts w:ascii="Arial" w:hAnsi="Arial" w:cs="Arial"/>
          <w:sz w:val="16"/>
          <w:lang w:val="pl-PL"/>
        </w:rPr>
        <w:t>n</w:t>
      </w:r>
      <w:r w:rsidR="00467B06" w:rsidRPr="007A6754">
        <w:rPr>
          <w:rFonts w:ascii="Arial" w:hAnsi="Arial" w:cs="Arial"/>
          <w:sz w:val="16"/>
          <w:lang w:val="pl-PL"/>
        </w:rPr>
        <w:t>aukowych</w:t>
      </w:r>
      <w:r w:rsidR="00290991" w:rsidRPr="007A6754">
        <w:rPr>
          <w:rFonts w:ascii="Arial" w:hAnsi="Arial" w:cs="Arial"/>
          <w:sz w:val="16"/>
          <w:lang w:val="pl-PL"/>
        </w:rPr>
        <w:br/>
      </w:r>
      <w:r w:rsidR="00467B06" w:rsidRPr="007A6754">
        <w:rPr>
          <w:rFonts w:ascii="Arial" w:hAnsi="Arial" w:cs="Arial"/>
          <w:sz w:val="16"/>
          <w:lang w:val="pl-PL"/>
        </w:rPr>
        <w:t>Collegium Witelona Uczelnia Państwowa</w:t>
      </w:r>
      <w:r w:rsidRPr="007A6754">
        <w:rPr>
          <w:rFonts w:ascii="Arial" w:hAnsi="Arial" w:cs="Arial"/>
          <w:sz w:val="16"/>
          <w:lang w:val="pl-PL"/>
        </w:rPr>
        <w:t xml:space="preserve"> </w:t>
      </w:r>
    </w:p>
    <w:p w14:paraId="4930F612" w14:textId="77777777" w:rsidR="005F59D5" w:rsidRPr="008A6EA9" w:rsidRDefault="005241A0" w:rsidP="000E365F">
      <w:pPr>
        <w:spacing w:line="360" w:lineRule="auto"/>
        <w:jc w:val="both"/>
        <w:rPr>
          <w:rFonts w:ascii="Arial" w:hAnsi="Arial" w:cs="Arial"/>
          <w:b/>
          <w:lang w:val="pl-PL"/>
        </w:rPr>
      </w:pPr>
      <w:r w:rsidRPr="008A6EA9">
        <w:rPr>
          <w:rFonts w:ascii="Arial" w:hAnsi="Arial" w:cs="Arial"/>
          <w:b/>
          <w:lang w:val="pl-PL"/>
        </w:rPr>
        <w:t>Opinia</w:t>
      </w:r>
    </w:p>
    <w:p w14:paraId="79BFD9C2" w14:textId="717F2E90" w:rsidR="000E365F" w:rsidRPr="00B93F3D" w:rsidRDefault="005241A0" w:rsidP="000E365F">
      <w:pPr>
        <w:spacing w:line="360" w:lineRule="auto"/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 xml:space="preserve">Komisji ds. </w:t>
      </w:r>
      <w:r w:rsidR="00964B27" w:rsidRPr="008A6EA9">
        <w:rPr>
          <w:rFonts w:ascii="Arial" w:hAnsi="Arial" w:cs="Arial"/>
          <w:lang w:val="pl-PL"/>
        </w:rPr>
        <w:t>e</w:t>
      </w:r>
      <w:r w:rsidRPr="008A6EA9">
        <w:rPr>
          <w:rFonts w:ascii="Arial" w:hAnsi="Arial" w:cs="Arial"/>
          <w:lang w:val="pl-PL"/>
        </w:rPr>
        <w:t xml:space="preserve">tyki </w:t>
      </w:r>
      <w:r w:rsidR="00964B27" w:rsidRPr="008A6EA9">
        <w:rPr>
          <w:rFonts w:ascii="Arial" w:hAnsi="Arial" w:cs="Arial"/>
          <w:lang w:val="pl-PL"/>
        </w:rPr>
        <w:t>b</w:t>
      </w:r>
      <w:r w:rsidR="00EC135A" w:rsidRPr="008A6EA9">
        <w:rPr>
          <w:rFonts w:ascii="Arial" w:hAnsi="Arial" w:cs="Arial"/>
          <w:lang w:val="pl-PL"/>
        </w:rPr>
        <w:t>adań</w:t>
      </w:r>
      <w:r w:rsidRPr="008A6EA9">
        <w:rPr>
          <w:rFonts w:ascii="Arial" w:hAnsi="Arial" w:cs="Arial"/>
          <w:lang w:val="pl-PL"/>
        </w:rPr>
        <w:t xml:space="preserve"> </w:t>
      </w:r>
      <w:r w:rsidR="00964B27" w:rsidRPr="008A6EA9">
        <w:rPr>
          <w:rFonts w:ascii="Arial" w:hAnsi="Arial" w:cs="Arial"/>
          <w:lang w:val="pl-PL"/>
        </w:rPr>
        <w:t>n</w:t>
      </w:r>
      <w:r w:rsidRPr="008A6EA9">
        <w:rPr>
          <w:rFonts w:ascii="Arial" w:hAnsi="Arial" w:cs="Arial"/>
          <w:lang w:val="pl-PL"/>
        </w:rPr>
        <w:t>aukowych nr</w:t>
      </w:r>
      <w:r w:rsidR="00B93F3D">
        <w:rPr>
          <w:rFonts w:ascii="Arial" w:hAnsi="Arial" w:cs="Arial"/>
          <w:lang w:val="pl-PL"/>
        </w:rPr>
        <w:t xml:space="preserve"> </w:t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5F59D5" w:rsidRPr="008A6EA9">
        <w:rPr>
          <w:rFonts w:ascii="Arial" w:hAnsi="Arial" w:cs="Arial"/>
          <w:lang w:val="pl-PL"/>
        </w:rPr>
        <w:t xml:space="preserve">z dnia </w:t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</w:p>
    <w:p w14:paraId="55EDCAE6" w14:textId="7438F570" w:rsidR="005F59D5" w:rsidRPr="00B93F3D" w:rsidRDefault="005241A0" w:rsidP="00B93F3D">
      <w:pPr>
        <w:spacing w:before="360" w:after="360" w:line="360" w:lineRule="auto"/>
        <w:contextualSpacing/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>dotycz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ca </w:t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  <w:r w:rsidR="00B93F3D">
        <w:rPr>
          <w:rFonts w:ascii="Arial" w:hAnsi="Arial" w:cs="Arial"/>
          <w:u w:val="dotted"/>
          <w:lang w:val="pl-PL"/>
        </w:rPr>
        <w:tab/>
      </w:r>
    </w:p>
    <w:p w14:paraId="1E8DB665" w14:textId="77777777" w:rsidR="005F59D5" w:rsidRPr="008A6EA9" w:rsidRDefault="005241A0" w:rsidP="000E365F">
      <w:pPr>
        <w:spacing w:line="360" w:lineRule="auto"/>
        <w:jc w:val="both"/>
        <w:rPr>
          <w:rFonts w:ascii="Arial" w:hAnsi="Arial" w:cs="Arial"/>
          <w:lang w:val="pl-PL"/>
        </w:rPr>
      </w:pPr>
      <w:r w:rsidRPr="008A6EA9">
        <w:rPr>
          <w:rFonts w:ascii="Arial" w:hAnsi="Arial" w:cs="Arial"/>
          <w:lang w:val="pl-PL"/>
        </w:rPr>
        <w:t xml:space="preserve">Podpisy </w:t>
      </w:r>
      <w:r w:rsidR="005F59D5" w:rsidRPr="008A6EA9">
        <w:rPr>
          <w:rFonts w:ascii="Arial" w:hAnsi="Arial" w:cs="Arial"/>
          <w:lang w:val="pl-PL"/>
        </w:rPr>
        <w:t>członków</w:t>
      </w:r>
      <w:r w:rsidRPr="008A6EA9">
        <w:rPr>
          <w:rFonts w:ascii="Arial" w:hAnsi="Arial" w:cs="Arial"/>
          <w:lang w:val="pl-PL"/>
        </w:rPr>
        <w:t xml:space="preserve"> Komisji: </w:t>
      </w:r>
    </w:p>
    <w:p w14:paraId="3D9AF631" w14:textId="2D7E1C72" w:rsidR="005F59D5" w:rsidRPr="002A5A08" w:rsidRDefault="005241A0" w:rsidP="000E365F">
      <w:pPr>
        <w:spacing w:line="360" w:lineRule="auto"/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>Przewodnicz</w:t>
      </w:r>
      <w:r w:rsidR="00C50F90" w:rsidRPr="008A6EA9">
        <w:rPr>
          <w:rFonts w:ascii="Arial" w:hAnsi="Arial" w:cs="Arial"/>
          <w:lang w:val="pl-PL"/>
        </w:rPr>
        <w:t>ą</w:t>
      </w:r>
      <w:r w:rsidRPr="008A6EA9">
        <w:rPr>
          <w:rFonts w:ascii="Arial" w:hAnsi="Arial" w:cs="Arial"/>
          <w:lang w:val="pl-PL"/>
        </w:rPr>
        <w:t xml:space="preserve">cy: </w:t>
      </w:r>
      <w:r w:rsidR="00467B06" w:rsidRPr="008A6EA9">
        <w:rPr>
          <w:rFonts w:ascii="Arial" w:hAnsi="Arial" w:cs="Arial"/>
          <w:lang w:val="pl-PL"/>
        </w:rPr>
        <w:tab/>
      </w:r>
      <w:r w:rsidR="005F59D5" w:rsidRPr="008A6EA9">
        <w:rPr>
          <w:rFonts w:ascii="Arial" w:hAnsi="Arial" w:cs="Arial"/>
          <w:lang w:val="pl-PL"/>
        </w:rPr>
        <w:tab/>
      </w:r>
      <w:r w:rsidR="00964B27" w:rsidRPr="008A6EA9">
        <w:rPr>
          <w:rFonts w:ascii="Arial" w:hAnsi="Arial" w:cs="Arial"/>
          <w:lang w:val="pl-PL"/>
        </w:rPr>
        <w:tab/>
      </w:r>
      <w:r w:rsidR="00964B27" w:rsidRPr="008A6EA9">
        <w:rPr>
          <w:rFonts w:ascii="Arial" w:hAnsi="Arial" w:cs="Arial"/>
          <w:lang w:val="pl-PL"/>
        </w:rPr>
        <w:tab/>
      </w:r>
      <w:r w:rsidR="00964B27" w:rsidRPr="008A6EA9">
        <w:rPr>
          <w:rFonts w:ascii="Arial" w:hAnsi="Arial" w:cs="Arial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</w:p>
    <w:p w14:paraId="7CE383CC" w14:textId="2654052C" w:rsidR="005F59D5" w:rsidRPr="002A5A08" w:rsidRDefault="005F59D5" w:rsidP="000E365F">
      <w:pPr>
        <w:spacing w:line="360" w:lineRule="auto"/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 xml:space="preserve">Zastępca </w:t>
      </w:r>
      <w:r w:rsidR="005241A0" w:rsidRPr="008A6EA9">
        <w:rPr>
          <w:rFonts w:ascii="Arial" w:hAnsi="Arial" w:cs="Arial"/>
          <w:lang w:val="pl-PL"/>
        </w:rPr>
        <w:t>przewodnicz</w:t>
      </w:r>
      <w:r w:rsidR="00C50F90" w:rsidRPr="008A6EA9">
        <w:rPr>
          <w:rFonts w:ascii="Arial" w:hAnsi="Arial" w:cs="Arial"/>
          <w:lang w:val="pl-PL"/>
        </w:rPr>
        <w:t>ą</w:t>
      </w:r>
      <w:r w:rsidR="00467B06" w:rsidRPr="008A6EA9">
        <w:rPr>
          <w:rFonts w:ascii="Arial" w:hAnsi="Arial" w:cs="Arial"/>
          <w:lang w:val="pl-PL"/>
        </w:rPr>
        <w:t>cego:</w:t>
      </w:r>
      <w:r w:rsidRPr="008A6EA9">
        <w:rPr>
          <w:rFonts w:ascii="Arial" w:hAnsi="Arial" w:cs="Arial"/>
          <w:lang w:val="pl-PL"/>
        </w:rPr>
        <w:tab/>
      </w:r>
      <w:r w:rsidR="00964B27" w:rsidRPr="008A6EA9">
        <w:rPr>
          <w:rFonts w:ascii="Arial" w:hAnsi="Arial" w:cs="Arial"/>
          <w:lang w:val="pl-PL"/>
        </w:rPr>
        <w:tab/>
      </w:r>
      <w:r w:rsidR="00964B27" w:rsidRPr="008A6EA9">
        <w:rPr>
          <w:rFonts w:ascii="Arial" w:hAnsi="Arial" w:cs="Arial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</w:p>
    <w:p w14:paraId="3422A34A" w14:textId="1019ABAD" w:rsidR="00467B06" w:rsidRPr="002A5A08" w:rsidRDefault="005F59D5" w:rsidP="000E365F">
      <w:pPr>
        <w:spacing w:line="360" w:lineRule="auto"/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>Członkowie</w:t>
      </w:r>
      <w:r w:rsidR="005241A0" w:rsidRPr="008A6EA9">
        <w:rPr>
          <w:rFonts w:ascii="Arial" w:hAnsi="Arial" w:cs="Arial"/>
          <w:lang w:val="pl-PL"/>
        </w:rPr>
        <w:t>:</w:t>
      </w:r>
      <w:r w:rsidR="00290991">
        <w:rPr>
          <w:rFonts w:ascii="Arial" w:hAnsi="Arial" w:cs="Arial"/>
          <w:lang w:val="pl-PL"/>
        </w:rPr>
        <w:tab/>
      </w:r>
      <w:r w:rsidR="00290991">
        <w:rPr>
          <w:rFonts w:ascii="Arial" w:hAnsi="Arial" w:cs="Arial"/>
          <w:lang w:val="pl-PL"/>
        </w:rPr>
        <w:tab/>
      </w:r>
      <w:r w:rsidR="00290991">
        <w:rPr>
          <w:rFonts w:ascii="Arial" w:hAnsi="Arial" w:cs="Arial"/>
          <w:lang w:val="pl-PL"/>
        </w:rPr>
        <w:tab/>
      </w:r>
      <w:r w:rsidR="00290991">
        <w:rPr>
          <w:rFonts w:ascii="Arial" w:hAnsi="Arial" w:cs="Arial"/>
          <w:lang w:val="pl-PL"/>
        </w:rPr>
        <w:tab/>
      </w:r>
      <w:r w:rsidR="00290991">
        <w:rPr>
          <w:rFonts w:ascii="Arial" w:hAnsi="Arial" w:cs="Arial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</w:p>
    <w:p w14:paraId="14D660D2" w14:textId="5FF0D7D5" w:rsidR="00290991" w:rsidRPr="002A5A08" w:rsidRDefault="00290991" w:rsidP="000E365F">
      <w:pPr>
        <w:spacing w:line="360" w:lineRule="auto"/>
        <w:jc w:val="both"/>
        <w:rPr>
          <w:rFonts w:ascii="Arial" w:hAnsi="Arial" w:cs="Arial"/>
          <w:u w:val="dotted"/>
          <w:lang w:val="pl-PL"/>
        </w:rPr>
      </w:pP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</w:p>
    <w:p w14:paraId="01E09C65" w14:textId="0DEAF26F" w:rsidR="00290991" w:rsidRPr="002A5A08" w:rsidRDefault="00290991" w:rsidP="000E365F">
      <w:pPr>
        <w:spacing w:line="360" w:lineRule="auto"/>
        <w:jc w:val="both"/>
        <w:rPr>
          <w:rFonts w:ascii="Arial" w:hAnsi="Arial" w:cs="Arial"/>
          <w:u w:val="dotted"/>
          <w:lang w:val="pl-PL"/>
        </w:rPr>
      </w:pP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</w:p>
    <w:p w14:paraId="3A2BD3DF" w14:textId="2C9C19F4" w:rsidR="00290991" w:rsidRPr="002A5A08" w:rsidRDefault="00290991" w:rsidP="000E365F">
      <w:pPr>
        <w:spacing w:before="240" w:after="240" w:line="360" w:lineRule="auto"/>
        <w:jc w:val="both"/>
        <w:rPr>
          <w:rFonts w:ascii="Arial" w:hAnsi="Arial" w:cs="Arial"/>
          <w:u w:val="dotted"/>
          <w:lang w:val="pl-PL"/>
        </w:rPr>
      </w:pP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</w:p>
    <w:p w14:paraId="1C26B6DC" w14:textId="1CF0F360" w:rsidR="00B94505" w:rsidRPr="002A5A08" w:rsidRDefault="005241A0" w:rsidP="000E365F">
      <w:pPr>
        <w:spacing w:line="360" w:lineRule="auto"/>
        <w:jc w:val="both"/>
        <w:rPr>
          <w:rFonts w:ascii="Arial" w:hAnsi="Arial" w:cs="Arial"/>
          <w:u w:val="dotted"/>
          <w:lang w:val="pl-PL"/>
        </w:rPr>
      </w:pPr>
      <w:r w:rsidRPr="008A6EA9">
        <w:rPr>
          <w:rFonts w:ascii="Arial" w:hAnsi="Arial" w:cs="Arial"/>
          <w:lang w:val="pl-PL"/>
        </w:rPr>
        <w:t>Sekretarz:</w:t>
      </w:r>
      <w:r w:rsidR="00290991">
        <w:rPr>
          <w:rFonts w:ascii="Arial" w:hAnsi="Arial" w:cs="Arial"/>
          <w:lang w:val="pl-PL"/>
        </w:rPr>
        <w:tab/>
      </w:r>
      <w:r w:rsidR="00290991">
        <w:rPr>
          <w:rFonts w:ascii="Arial" w:hAnsi="Arial" w:cs="Arial"/>
          <w:lang w:val="pl-PL"/>
        </w:rPr>
        <w:tab/>
      </w:r>
      <w:r w:rsidR="00290991">
        <w:rPr>
          <w:rFonts w:ascii="Arial" w:hAnsi="Arial" w:cs="Arial"/>
          <w:lang w:val="pl-PL"/>
        </w:rPr>
        <w:tab/>
      </w:r>
      <w:r w:rsidR="00290991">
        <w:rPr>
          <w:rFonts w:ascii="Arial" w:hAnsi="Arial" w:cs="Arial"/>
          <w:lang w:val="pl-PL"/>
        </w:rPr>
        <w:tab/>
      </w:r>
      <w:r w:rsidR="00290991">
        <w:rPr>
          <w:rFonts w:ascii="Arial" w:hAnsi="Arial" w:cs="Arial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  <w:r w:rsidR="002A5A08">
        <w:rPr>
          <w:rFonts w:ascii="Arial" w:hAnsi="Arial" w:cs="Arial"/>
          <w:u w:val="dotted"/>
          <w:lang w:val="pl-PL"/>
        </w:rPr>
        <w:tab/>
      </w:r>
    </w:p>
    <w:sectPr w:rsidR="00B94505" w:rsidRPr="002A5A08" w:rsidSect="00A74DC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20708" w14:textId="77777777" w:rsidR="009C2ED1" w:rsidRDefault="009C2ED1" w:rsidP="008A6EA9">
      <w:pPr>
        <w:spacing w:line="240" w:lineRule="auto"/>
      </w:pPr>
      <w:r>
        <w:separator/>
      </w:r>
    </w:p>
  </w:endnote>
  <w:endnote w:type="continuationSeparator" w:id="0">
    <w:p w14:paraId="727228F0" w14:textId="77777777" w:rsidR="009C2ED1" w:rsidRDefault="009C2ED1" w:rsidP="008A6E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6BCE8" w14:textId="77777777" w:rsidR="009C2ED1" w:rsidRDefault="009C2ED1" w:rsidP="008A6EA9">
      <w:pPr>
        <w:spacing w:line="240" w:lineRule="auto"/>
      </w:pPr>
      <w:r>
        <w:separator/>
      </w:r>
    </w:p>
  </w:footnote>
  <w:footnote w:type="continuationSeparator" w:id="0">
    <w:p w14:paraId="27160E34" w14:textId="77777777" w:rsidR="009C2ED1" w:rsidRDefault="009C2ED1" w:rsidP="008A6E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AC4A5A"/>
    <w:multiLevelType w:val="hybridMultilevel"/>
    <w:tmpl w:val="539C0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808C0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2F2A45"/>
    <w:multiLevelType w:val="hybridMultilevel"/>
    <w:tmpl w:val="D4901950"/>
    <w:lvl w:ilvl="0" w:tplc="9BE06BA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A5981"/>
    <w:multiLevelType w:val="hybridMultilevel"/>
    <w:tmpl w:val="930260B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05856C0D"/>
    <w:multiLevelType w:val="hybridMultilevel"/>
    <w:tmpl w:val="E9BEE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E76B97"/>
    <w:multiLevelType w:val="hybridMultilevel"/>
    <w:tmpl w:val="7DFEF3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3811BB"/>
    <w:multiLevelType w:val="hybridMultilevel"/>
    <w:tmpl w:val="A852DF90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DDCA0FF0">
      <w:start w:val="1"/>
      <w:numFmt w:val="decimal"/>
      <w:lvlText w:val="%2."/>
      <w:lvlJc w:val="left"/>
      <w:pPr>
        <w:ind w:left="164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140C538B"/>
    <w:multiLevelType w:val="hybridMultilevel"/>
    <w:tmpl w:val="6C34A20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1C6E5A8E"/>
    <w:multiLevelType w:val="hybridMultilevel"/>
    <w:tmpl w:val="A0125E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1D643AA3"/>
    <w:multiLevelType w:val="hybridMultilevel"/>
    <w:tmpl w:val="A8A8D2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0F874CD"/>
    <w:multiLevelType w:val="hybridMultilevel"/>
    <w:tmpl w:val="C9C2A8C4"/>
    <w:lvl w:ilvl="0" w:tplc="1D6C1396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714B82"/>
    <w:multiLevelType w:val="hybridMultilevel"/>
    <w:tmpl w:val="B5D43D12"/>
    <w:lvl w:ilvl="0" w:tplc="E7100D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062C7"/>
    <w:multiLevelType w:val="hybridMultilevel"/>
    <w:tmpl w:val="B94AF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78050F"/>
    <w:multiLevelType w:val="hybridMultilevel"/>
    <w:tmpl w:val="EC088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DE01164">
      <w:start w:val="1"/>
      <w:numFmt w:val="decimal"/>
      <w:lvlText w:val="%2."/>
      <w:lvlJc w:val="left"/>
      <w:pPr>
        <w:ind w:left="1440" w:hanging="360"/>
      </w:pPr>
      <w:rPr>
        <w:rFonts w:ascii="Arial" w:eastAsiaTheme="minorEastAsia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D6482"/>
    <w:multiLevelType w:val="hybridMultilevel"/>
    <w:tmpl w:val="B31852C6"/>
    <w:lvl w:ilvl="0" w:tplc="5F56F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F45721"/>
    <w:multiLevelType w:val="hybridMultilevel"/>
    <w:tmpl w:val="52A056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5F3E493A">
      <w:start w:val="1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9948E838">
      <w:start w:val="4"/>
      <w:numFmt w:val="decimal"/>
      <w:lvlText w:val="%4"/>
      <w:lvlJc w:val="left"/>
      <w:pPr>
        <w:ind w:left="330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A0D2494"/>
    <w:multiLevelType w:val="hybridMultilevel"/>
    <w:tmpl w:val="170437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3B1063A0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53288B88">
      <w:start w:val="3"/>
      <w:numFmt w:val="decimal"/>
      <w:lvlText w:val="%4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5113C49"/>
    <w:multiLevelType w:val="hybridMultilevel"/>
    <w:tmpl w:val="6C34A20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568F0450"/>
    <w:multiLevelType w:val="hybridMultilevel"/>
    <w:tmpl w:val="2D8CBCA4"/>
    <w:lvl w:ilvl="0" w:tplc="32EC0B7A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C671F2"/>
    <w:multiLevelType w:val="multilevel"/>
    <w:tmpl w:val="60D07D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522" w:hanging="45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8" w:hanging="1440"/>
      </w:pPr>
      <w:rPr>
        <w:rFonts w:hint="default"/>
      </w:rPr>
    </w:lvl>
  </w:abstractNum>
  <w:abstractNum w:abstractNumId="28" w15:restartNumberingAfterBreak="0">
    <w:nsid w:val="5BD42A66"/>
    <w:multiLevelType w:val="hybridMultilevel"/>
    <w:tmpl w:val="3B9AD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D5658"/>
    <w:multiLevelType w:val="hybridMultilevel"/>
    <w:tmpl w:val="25A238DE"/>
    <w:lvl w:ilvl="0" w:tplc="3E7217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D56DC0"/>
    <w:multiLevelType w:val="hybridMultilevel"/>
    <w:tmpl w:val="3BFEE9D2"/>
    <w:lvl w:ilvl="0" w:tplc="0EDC83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2121E25"/>
    <w:multiLevelType w:val="hybridMultilevel"/>
    <w:tmpl w:val="5218B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935EC1"/>
    <w:multiLevelType w:val="hybridMultilevel"/>
    <w:tmpl w:val="1DB05A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795499"/>
    <w:multiLevelType w:val="hybridMultilevel"/>
    <w:tmpl w:val="6C34A20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 w15:restartNumberingAfterBreak="0">
    <w:nsid w:val="688D44EF"/>
    <w:multiLevelType w:val="hybridMultilevel"/>
    <w:tmpl w:val="38A0B4BA"/>
    <w:lvl w:ilvl="0" w:tplc="5F3AB1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4CFE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F169A6"/>
    <w:multiLevelType w:val="hybridMultilevel"/>
    <w:tmpl w:val="A6022312"/>
    <w:lvl w:ilvl="0" w:tplc="0EDC83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BDF1ECF"/>
    <w:multiLevelType w:val="hybridMultilevel"/>
    <w:tmpl w:val="3F6C7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805B4"/>
    <w:multiLevelType w:val="hybridMultilevel"/>
    <w:tmpl w:val="10144C0C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DDCA0FF0">
      <w:start w:val="1"/>
      <w:numFmt w:val="decimal"/>
      <w:lvlText w:val="%2."/>
      <w:lvlJc w:val="left"/>
      <w:pPr>
        <w:ind w:left="164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59A6D1F"/>
    <w:multiLevelType w:val="hybridMultilevel"/>
    <w:tmpl w:val="0AC0AF8E"/>
    <w:lvl w:ilvl="0" w:tplc="43D0FB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BC0FD8"/>
    <w:multiLevelType w:val="hybridMultilevel"/>
    <w:tmpl w:val="9A7AB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966D02"/>
    <w:multiLevelType w:val="hybridMultilevel"/>
    <w:tmpl w:val="47FE3A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F819C2"/>
    <w:multiLevelType w:val="hybridMultilevel"/>
    <w:tmpl w:val="B866C4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28"/>
  </w:num>
  <w:num w:numId="11">
    <w:abstractNumId w:val="20"/>
  </w:num>
  <w:num w:numId="12">
    <w:abstractNumId w:val="13"/>
  </w:num>
  <w:num w:numId="13">
    <w:abstractNumId w:val="32"/>
  </w:num>
  <w:num w:numId="14">
    <w:abstractNumId w:val="30"/>
  </w:num>
  <w:num w:numId="15">
    <w:abstractNumId w:val="35"/>
  </w:num>
  <w:num w:numId="16">
    <w:abstractNumId w:val="19"/>
  </w:num>
  <w:num w:numId="17">
    <w:abstractNumId w:val="15"/>
  </w:num>
  <w:num w:numId="18">
    <w:abstractNumId w:val="40"/>
  </w:num>
  <w:num w:numId="19">
    <w:abstractNumId w:val="29"/>
  </w:num>
  <w:num w:numId="20">
    <w:abstractNumId w:val="38"/>
  </w:num>
  <w:num w:numId="21">
    <w:abstractNumId w:val="39"/>
  </w:num>
  <w:num w:numId="22">
    <w:abstractNumId w:val="9"/>
  </w:num>
  <w:num w:numId="23">
    <w:abstractNumId w:val="41"/>
  </w:num>
  <w:num w:numId="24">
    <w:abstractNumId w:val="24"/>
  </w:num>
  <w:num w:numId="25">
    <w:abstractNumId w:val="22"/>
  </w:num>
  <w:num w:numId="26">
    <w:abstractNumId w:val="34"/>
  </w:num>
  <w:num w:numId="27">
    <w:abstractNumId w:val="16"/>
  </w:num>
  <w:num w:numId="28">
    <w:abstractNumId w:val="23"/>
  </w:num>
  <w:num w:numId="29">
    <w:abstractNumId w:val="25"/>
  </w:num>
  <w:num w:numId="30">
    <w:abstractNumId w:val="33"/>
  </w:num>
  <w:num w:numId="31">
    <w:abstractNumId w:val="37"/>
  </w:num>
  <w:num w:numId="32">
    <w:abstractNumId w:val="21"/>
  </w:num>
  <w:num w:numId="33">
    <w:abstractNumId w:val="10"/>
  </w:num>
  <w:num w:numId="34">
    <w:abstractNumId w:val="18"/>
  </w:num>
  <w:num w:numId="35">
    <w:abstractNumId w:val="27"/>
  </w:num>
  <w:num w:numId="36">
    <w:abstractNumId w:val="17"/>
  </w:num>
  <w:num w:numId="37">
    <w:abstractNumId w:val="31"/>
  </w:num>
  <w:num w:numId="38">
    <w:abstractNumId w:val="11"/>
  </w:num>
  <w:num w:numId="39">
    <w:abstractNumId w:val="12"/>
  </w:num>
  <w:num w:numId="40">
    <w:abstractNumId w:val="14"/>
  </w:num>
  <w:num w:numId="41">
    <w:abstractNumId w:val="36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022C"/>
    <w:rsid w:val="000055B8"/>
    <w:rsid w:val="00034616"/>
    <w:rsid w:val="0006063C"/>
    <w:rsid w:val="0006743C"/>
    <w:rsid w:val="00090DAC"/>
    <w:rsid w:val="000D5552"/>
    <w:rsid w:val="000E2282"/>
    <w:rsid w:val="000E365F"/>
    <w:rsid w:val="000E5D47"/>
    <w:rsid w:val="000F653C"/>
    <w:rsid w:val="000F7328"/>
    <w:rsid w:val="00106EF1"/>
    <w:rsid w:val="0014259F"/>
    <w:rsid w:val="0015074B"/>
    <w:rsid w:val="001B7C28"/>
    <w:rsid w:val="001D1E12"/>
    <w:rsid w:val="001E6681"/>
    <w:rsid w:val="00227895"/>
    <w:rsid w:val="00227A45"/>
    <w:rsid w:val="00244FA8"/>
    <w:rsid w:val="00263D38"/>
    <w:rsid w:val="0029028C"/>
    <w:rsid w:val="00290991"/>
    <w:rsid w:val="0029639D"/>
    <w:rsid w:val="002A5683"/>
    <w:rsid w:val="002A5A08"/>
    <w:rsid w:val="002B1F10"/>
    <w:rsid w:val="002B6DB5"/>
    <w:rsid w:val="002D3506"/>
    <w:rsid w:val="00326F90"/>
    <w:rsid w:val="00340400"/>
    <w:rsid w:val="0034285A"/>
    <w:rsid w:val="0035104A"/>
    <w:rsid w:val="003C2C2F"/>
    <w:rsid w:val="003C5784"/>
    <w:rsid w:val="00432EA8"/>
    <w:rsid w:val="00447A26"/>
    <w:rsid w:val="00463D00"/>
    <w:rsid w:val="00467B06"/>
    <w:rsid w:val="0048641F"/>
    <w:rsid w:val="00496755"/>
    <w:rsid w:val="004F4AED"/>
    <w:rsid w:val="00510B2B"/>
    <w:rsid w:val="0052386C"/>
    <w:rsid w:val="005241A0"/>
    <w:rsid w:val="00536069"/>
    <w:rsid w:val="00542C47"/>
    <w:rsid w:val="005439EF"/>
    <w:rsid w:val="005724E7"/>
    <w:rsid w:val="00574F0D"/>
    <w:rsid w:val="00577506"/>
    <w:rsid w:val="005813F8"/>
    <w:rsid w:val="0059506F"/>
    <w:rsid w:val="005A4E49"/>
    <w:rsid w:val="005B414B"/>
    <w:rsid w:val="005B51EC"/>
    <w:rsid w:val="005B6B0A"/>
    <w:rsid w:val="005D1514"/>
    <w:rsid w:val="005F4C03"/>
    <w:rsid w:val="005F59D5"/>
    <w:rsid w:val="00620B05"/>
    <w:rsid w:val="006665D4"/>
    <w:rsid w:val="00693F2D"/>
    <w:rsid w:val="006C20F4"/>
    <w:rsid w:val="00710433"/>
    <w:rsid w:val="00725765"/>
    <w:rsid w:val="007448D9"/>
    <w:rsid w:val="00745B36"/>
    <w:rsid w:val="00751486"/>
    <w:rsid w:val="0077643E"/>
    <w:rsid w:val="0077652E"/>
    <w:rsid w:val="00776C29"/>
    <w:rsid w:val="00795606"/>
    <w:rsid w:val="007A6754"/>
    <w:rsid w:val="007E6CF4"/>
    <w:rsid w:val="007E79CD"/>
    <w:rsid w:val="00803471"/>
    <w:rsid w:val="00830AF3"/>
    <w:rsid w:val="00834607"/>
    <w:rsid w:val="0085263F"/>
    <w:rsid w:val="0089221F"/>
    <w:rsid w:val="008943FC"/>
    <w:rsid w:val="008A6EA9"/>
    <w:rsid w:val="008B7ABB"/>
    <w:rsid w:val="008C2566"/>
    <w:rsid w:val="008E1F1C"/>
    <w:rsid w:val="008F230B"/>
    <w:rsid w:val="008F6457"/>
    <w:rsid w:val="009001BB"/>
    <w:rsid w:val="00904B9D"/>
    <w:rsid w:val="00922F66"/>
    <w:rsid w:val="00925CF6"/>
    <w:rsid w:val="0095019F"/>
    <w:rsid w:val="00955E72"/>
    <w:rsid w:val="00964B27"/>
    <w:rsid w:val="00970119"/>
    <w:rsid w:val="009924AB"/>
    <w:rsid w:val="009A18A9"/>
    <w:rsid w:val="009C2E57"/>
    <w:rsid w:val="009C2ED1"/>
    <w:rsid w:val="009F3F8E"/>
    <w:rsid w:val="00A21ED1"/>
    <w:rsid w:val="00A46D92"/>
    <w:rsid w:val="00A74DCE"/>
    <w:rsid w:val="00A765AF"/>
    <w:rsid w:val="00A84A56"/>
    <w:rsid w:val="00A97BBF"/>
    <w:rsid w:val="00AA1D8D"/>
    <w:rsid w:val="00AA62B7"/>
    <w:rsid w:val="00AC01DA"/>
    <w:rsid w:val="00B379E0"/>
    <w:rsid w:val="00B47730"/>
    <w:rsid w:val="00B74CB0"/>
    <w:rsid w:val="00B93F3D"/>
    <w:rsid w:val="00B94505"/>
    <w:rsid w:val="00B96E1B"/>
    <w:rsid w:val="00BF11EE"/>
    <w:rsid w:val="00C11070"/>
    <w:rsid w:val="00C12A3C"/>
    <w:rsid w:val="00C17B8A"/>
    <w:rsid w:val="00C348DE"/>
    <w:rsid w:val="00C36AEC"/>
    <w:rsid w:val="00C50F90"/>
    <w:rsid w:val="00C77B4A"/>
    <w:rsid w:val="00C82A65"/>
    <w:rsid w:val="00C84504"/>
    <w:rsid w:val="00C85E8B"/>
    <w:rsid w:val="00CB0664"/>
    <w:rsid w:val="00CE3A2C"/>
    <w:rsid w:val="00D049E5"/>
    <w:rsid w:val="00D05B57"/>
    <w:rsid w:val="00D17E8C"/>
    <w:rsid w:val="00D248F8"/>
    <w:rsid w:val="00D31308"/>
    <w:rsid w:val="00D406B6"/>
    <w:rsid w:val="00D44563"/>
    <w:rsid w:val="00D87382"/>
    <w:rsid w:val="00D908E9"/>
    <w:rsid w:val="00DC4462"/>
    <w:rsid w:val="00DC79BA"/>
    <w:rsid w:val="00DD3230"/>
    <w:rsid w:val="00E0780C"/>
    <w:rsid w:val="00E2137C"/>
    <w:rsid w:val="00E252D3"/>
    <w:rsid w:val="00E33AA4"/>
    <w:rsid w:val="00E34A21"/>
    <w:rsid w:val="00E452B9"/>
    <w:rsid w:val="00E65F5E"/>
    <w:rsid w:val="00E94641"/>
    <w:rsid w:val="00E95122"/>
    <w:rsid w:val="00EC135A"/>
    <w:rsid w:val="00EC2223"/>
    <w:rsid w:val="00EC3777"/>
    <w:rsid w:val="00EF22BE"/>
    <w:rsid w:val="00EF275D"/>
    <w:rsid w:val="00F13769"/>
    <w:rsid w:val="00F202CF"/>
    <w:rsid w:val="00F50513"/>
    <w:rsid w:val="00FB5A78"/>
    <w:rsid w:val="00FC693F"/>
    <w:rsid w:val="00FD753F"/>
    <w:rsid w:val="00FE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D08A682"/>
  <w14:defaultImageDpi w14:val="330"/>
  <w15:docId w15:val="{FB45F718-74B7-4704-8E21-6F2D83524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EastAsia" w:hAnsiTheme="majorHAnsi" w:cstheme="minorBidi"/>
        <w:sz w:val="18"/>
        <w:szCs w:val="18"/>
        <w:lang w:val="en-US" w:eastAsia="en-US" w:bidi="ar-SA"/>
      </w:rPr>
    </w:rPrDefault>
    <w:pPrDefault>
      <w:pPr>
        <w:spacing w:before="160"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6754"/>
    <w:pPr>
      <w:spacing w:after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E1F1C"/>
    <w:pPr>
      <w:keepNext/>
      <w:keepLines/>
      <w:spacing w:before="480" w:line="360" w:lineRule="auto"/>
      <w:outlineLvl w:val="0"/>
    </w:pPr>
    <w:rPr>
      <w:rFonts w:ascii="Arial" w:eastAsiaTheme="majorEastAsia" w:hAnsi="Arial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6754"/>
    <w:pPr>
      <w:keepNext/>
      <w:keepLines/>
      <w:jc w:val="center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C693F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C693F"/>
    <w:pPr>
      <w:keepNext/>
      <w:keepLines/>
      <w:spacing w:before="200"/>
      <w:outlineLvl w:val="4"/>
    </w:pPr>
    <w:rPr>
      <w:rFonts w:eastAsiaTheme="majorEastAsia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C693F"/>
    <w:pPr>
      <w:keepNext/>
      <w:keepLines/>
      <w:spacing w:before="20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eastAsiaTheme="majorEastAsia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E1F1C"/>
    <w:rPr>
      <w:rFonts w:ascii="Arial" w:eastAsiaTheme="majorEastAsia" w:hAnsi="Arial" w:cstheme="majorBidi"/>
      <w:b/>
      <w:bCs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7A6754"/>
    <w:rPr>
      <w:rFonts w:eastAsiaTheme="majorEastAsia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8E1F1C"/>
    <w:pPr>
      <w:spacing w:after="300" w:line="240" w:lineRule="auto"/>
      <w:contextualSpacing/>
    </w:pPr>
    <w:rPr>
      <w:rFonts w:ascii="Arial" w:eastAsiaTheme="majorEastAsia" w:hAnsi="Arial" w:cstheme="majorBidi"/>
      <w:spacing w:val="5"/>
      <w:kern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E1F1C"/>
    <w:rPr>
      <w:rFonts w:ascii="Arial" w:eastAsiaTheme="majorEastAsia" w:hAnsi="Arial" w:cstheme="majorBidi"/>
      <w:spacing w:val="5"/>
      <w:kern w:val="28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12A3C"/>
    <w:pPr>
      <w:spacing w:line="240" w:lineRule="auto"/>
    </w:pPr>
    <w:rPr>
      <w:rFonts w:ascii="Segoe UI" w:hAnsi="Segoe UI" w:cs="Segoe UI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A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D23057-129F-490B-81BD-EBE15845F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2079</Words>
  <Characters>12479</Characters>
  <Application>Microsoft Office Word</Application>
  <DocSecurity>0</DocSecurity>
  <Lines>103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47/25 Rektora Collegium Witelona Uczelnia Państwowa z dnia 10 września 2025</vt:lpstr>
      <vt:lpstr/>
    </vt:vector>
  </TitlesOfParts>
  <Manager/>
  <Company/>
  <LinksUpToDate>false</LinksUpToDate>
  <CharactersWithSpaces>14529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47/25 Rektora Collegium Witelona Uczelnia Państwowa z dnia 10 września 2025</dc:title>
  <dc:subject/>
  <dc:creator>python-docx</dc:creator>
  <cp:keywords/>
  <dc:description>generated by python-docx</dc:description>
  <cp:lastModifiedBy>Rosa Izabela</cp:lastModifiedBy>
  <cp:revision>6</cp:revision>
  <cp:lastPrinted>2025-08-20T09:42:00Z</cp:lastPrinted>
  <dcterms:created xsi:type="dcterms:W3CDTF">2025-09-17T08:36:00Z</dcterms:created>
  <dcterms:modified xsi:type="dcterms:W3CDTF">2025-09-19T07:29:00Z</dcterms:modified>
  <cp:category/>
</cp:coreProperties>
</file>